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Outfest Comeback: How OutfestNEXT Is Rebuilding LA’s LGBTQ+ Film Scene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returning to cinema nights , Outfest staged a scaled-down, buzzy four-day OutfestNEXT in Hollywood so emerging queer filmmakers can reconnect, rebuild industry ties and find new paths to funding; it mattered because Los Angeles missed the festival’s yearly energy.</w:t>
      </w:r>
      <w:r/>
    </w:p>
    <w:p>
      <w:r/>
      <w:r>
        <w:t>Essential Takeaways</w:t>
      </w:r>
      <w:r/>
      <w:r/>
    </w:p>
    <w:p>
      <w:pPr>
        <w:pStyle w:val="ListBullet"/>
        <w:spacing w:line="240" w:lineRule="auto"/>
        <w:ind w:left="720"/>
      </w:pPr>
      <w:r/>
      <w:r>
        <w:rPr>
          <w:b/>
        </w:rPr>
        <w:t>Scaled return:</w:t>
      </w:r>
      <w:r>
        <w:t xml:space="preserve"> Outfest ran a compact, sold‑out four‑day programme at the Los Angeles LGBT Center’s Renberg Theatre, showcasing 30+ films and shorts with lively filmmaker Q&amp;As.</w:t>
      </w:r>
      <w:r/>
    </w:p>
    <w:p>
      <w:pPr>
        <w:pStyle w:val="ListBullet"/>
        <w:spacing w:line="240" w:lineRule="auto"/>
        <w:ind w:left="720"/>
      </w:pPr>
      <w:r/>
      <w:r>
        <w:rPr>
          <w:b/>
        </w:rPr>
        <w:t>Leadership shakeup:</w:t>
      </w:r>
      <w:r>
        <w:t xml:space="preserve"> A new board led by Lucas Bailey and interim director Christopher Racster is prioritising transparent finances and a sustainable model.</w:t>
      </w:r>
      <w:r/>
    </w:p>
    <w:p>
      <w:pPr>
        <w:pStyle w:val="ListBullet"/>
        <w:spacing w:line="240" w:lineRule="auto"/>
        <w:ind w:left="720"/>
      </w:pPr>
      <w:r/>
      <w:r>
        <w:rPr>
          <w:b/>
        </w:rPr>
        <w:t>Community hunger:</w:t>
      </w:r>
      <w:r>
        <w:t xml:space="preserve"> Small, 183‑seat screenings often sold out and conversations spilled into the courtyard, signalling strong local appetite.</w:t>
      </w:r>
      <w:r/>
    </w:p>
    <w:p>
      <w:pPr>
        <w:pStyle w:val="ListBullet"/>
        <w:spacing w:line="240" w:lineRule="auto"/>
        <w:ind w:left="720"/>
      </w:pPr>
      <w:r/>
      <w:r>
        <w:rPr>
          <w:b/>
        </w:rPr>
        <w:t>Rebuilding focus:</w:t>
      </w:r>
      <w:r>
        <w:t xml:space="preserve"> Programming, educational labs and Outfest Fusion for filmmakers of colour are key priorities as the festival seeks diverse funding.</w:t>
      </w:r>
      <w:r/>
    </w:p>
    <w:p>
      <w:pPr>
        <w:pStyle w:val="ListBullet"/>
        <w:spacing w:line="240" w:lineRule="auto"/>
        <w:ind w:left="720"/>
      </w:pPr>
      <w:r/>
      <w:r>
        <w:rPr>
          <w:b/>
        </w:rPr>
        <w:t>Practical win:</w:t>
      </w:r>
      <w:r>
        <w:t xml:space="preserve"> For rising talents, Outfest remains a discovery platform that can lead to distribution deals and festival circuit momentum.</w:t>
      </w:r>
      <w:r/>
      <w:r/>
    </w:p>
    <w:p>
      <w:pPr>
        <w:pStyle w:val="Heading2"/>
      </w:pPr>
      <w:r>
        <w:t>A compact festival with big feeling</w:t>
      </w:r>
      <w:r/>
    </w:p>
    <w:p>
      <w:r/>
      <w:r>
        <w:t>Outfest’s summer return wasn’t the sprawling 11‑day blowout of yesteryear; instead, organisers chose a tight, four‑day run at the Renberg Theatre that felt intimate and urgent. The room is small , 183 seats , but that closeness made screenings feel electric, and chatter lingered in the courtyard well after credits rolled. For attendees, the sensory detail was simple: packed houses, director applause and the warm buzz of a community glad to be together.</w:t>
      </w:r>
      <w:r/>
    </w:p>
    <w:p>
      <w:r/>
      <w:r>
        <w:t>The scaled format is deliberate. After a two‑year pause marked by financial strain, legal fights and staff changes, OutfestNEXT was pitched as an experimental, lower‑risk way to rebuild trust and momentum. The festival’s interim leadership views this as a testing ground: leaner schedules, concentrated curation, and more chances to learn what draws audiences and industry back.</w:t>
      </w:r>
      <w:r/>
    </w:p>
    <w:p>
      <w:pPr>
        <w:pStyle w:val="Heading2"/>
      </w:pPr>
      <w:r>
        <w:t>Why leadership change matters now</w:t>
      </w:r>
      <w:r/>
    </w:p>
    <w:p>
      <w:r/>
      <w:r>
        <w:t>Outfest’s revival has come with a new board and fresh leadership energy. Lucas Bailey, who joined last year with a background at NBCUniversal, Peacock and Netflix, is steering governance while Christopher Racster , a familiar face who led Outfest from 2011 to 2019 , runs day‑to‑day operations. They’ve made clear that stabilising the books and creating a sustainable business model is top priority.</w:t>
      </w:r>
      <w:r/>
    </w:p>
    <w:p>
      <w:r/>
      <w:r>
        <w:t>That matters because the shuttering exposed how brittle even well‑known nonprofits can be when funding dries up. The team is trying to balance accountability with outreach: repairing relationships within the queer community while courting new allies in and beyond entertainment.</w:t>
      </w:r>
      <w:r/>
    </w:p>
    <w:p>
      <w:pPr>
        <w:pStyle w:val="Heading2"/>
      </w:pPr>
      <w:r>
        <w:t>Programming choices and the festival’s role in careers</w:t>
      </w:r>
      <w:r/>
    </w:p>
    <w:p>
      <w:r/>
      <w:r>
        <w:t>OutfestNEXT didn’t shy away from headline grabs , Gregg Araki’s new film featured alongside promising work by emerging directors , but the real win was the pipeline. Festivals are still one of the clearest ways for early‑career filmmakers to be seen by agents, buyers and distributors, and Outfest has historically been a springboard to larger festivals and deals.</w:t>
      </w:r>
      <w:r/>
    </w:p>
    <w:p>
      <w:r/>
      <w:r>
        <w:t>For creators, the festival offered more than screenings: sold‑out rooms create momentum, conversations create contacts, and visibility in Los Angeles puts work directly in front of people who greenlight projects. Expect Outfest to lean into that function as it rebuilds, nurturing the next generation while keeping an eye on commercial realities.</w:t>
      </w:r>
      <w:r/>
    </w:p>
    <w:p>
      <w:pPr>
        <w:pStyle w:val="Heading2"/>
      </w:pPr>
      <w:r>
        <w:t>Funding in a tricky climate , what’s different now</w:t>
      </w:r>
      <w:r/>
    </w:p>
    <w:p>
      <w:r/>
      <w:r>
        <w:t>Outfest’s troubles were textbook for the cultural moment: a mix of political pressures, corporate retrenchment and internal missteps. Organisers admit they were overly reliant on corporate support, which can evaporate during industry mergers or public controversies. The new approach is diversification: smaller, recurring events, partnerships with corporations when appropriate, and an emphasis on educational programming that can attract philanthropic and institutional dollars.</w:t>
      </w:r>
      <w:r/>
    </w:p>
    <w:p>
      <w:r/>
      <w:r>
        <w:t>This pragmatic pivot should help the festival survive future shocks. It also signals a more realistic deal‑making posture , smaller asks, clearer deliverables, and funding tied to concrete programmes like labs and Fusion.</w:t>
      </w:r>
      <w:r/>
    </w:p>
    <w:p>
      <w:pPr>
        <w:pStyle w:val="Heading2"/>
      </w:pPr>
      <w:r>
        <w:t>What filmmakers and audiences can expect next</w:t>
      </w:r>
      <w:r/>
    </w:p>
    <w:p>
      <w:r/>
      <w:r>
        <w:t>Practically speaking, Outfest plans to expand its calendar beyond this compact run. Racster has hinted at twice‑yearly OutfestNEXTs and a broader slate of single screenings and labs. For filmmakers, that means more opportunities to screen work in LA without waiting a full year; for audiences, it means smaller, more frequent moments to gather.</w:t>
      </w:r>
      <w:r/>
    </w:p>
    <w:p>
      <w:r/>
      <w:r>
        <w:t>The festival’s focus on education , producers labs, mentoring and Outfest Fusion , aims to create longer careers, not just one‑off premieres. If organisers keep delivering packed rooms and distribution outcomes, Outfest can reassert itself as an essential stop on the circuit.</w:t>
      </w:r>
      <w:r/>
    </w:p>
    <w:p>
      <w:r/>
      <w:r>
        <w:t>It's a small change that can make every screening count.</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[6]</w:t>
        </w:r>
      </w:hyperlink>
      <w:r>
        <w:t xml:space="preserve">- Paragraph 2: </w:t>
      </w:r>
      <w:hyperlink r:id="rId12">
        <w:r>
          <w:rPr>
            <w:color w:val="0000EE"/>
            <w:u w:val="single"/>
          </w:rPr>
          <w:t>[5]</w:t>
        </w:r>
      </w:hyperlink>
      <w:r>
        <w:t xml:space="preserve">, </w:t>
      </w:r>
      <w:hyperlink r:id="rId11">
        <w:r>
          <w:rPr>
            <w:color w:val="0000EE"/>
            <w:u w:val="single"/>
          </w:rPr>
          <w:t>[6]</w:t>
        </w:r>
      </w:hyperlink>
      <w:r>
        <w:t xml:space="preserve">- Paragraph 3: </w:t>
      </w:r>
      <w:hyperlink r:id="rId13">
        <w:r>
          <w:rPr>
            <w:color w:val="0000EE"/>
            <w:u w:val="single"/>
          </w:rPr>
          <w:t>[3]</w:t>
        </w:r>
      </w:hyperlink>
      <w:r>
        <w:t xml:space="preserve">, </w:t>
      </w:r>
      <w:hyperlink r:id="rId14">
        <w:r>
          <w:rPr>
            <w:color w:val="0000EE"/>
            <w:u w:val="single"/>
          </w:rPr>
          <w:t>[7]</w:t>
        </w:r>
      </w:hyperlink>
      <w:r>
        <w:t xml:space="preserve">- Paragraph 4: </w:t>
      </w:r>
      <w:hyperlink r:id="rId9">
        <w:r>
          <w:rPr>
            <w:color w:val="0000EE"/>
            <w:u w:val="single"/>
          </w:rPr>
          <w:t>[1]</w:t>
        </w:r>
      </w:hyperlink>
      <w:r>
        <w:t xml:space="preserve">, </w:t>
      </w:r>
      <w:hyperlink r:id="rId12">
        <w:r>
          <w:rPr>
            <w:color w:val="0000EE"/>
            <w:u w:val="single"/>
          </w:rPr>
          <w:t>[5]</w:t>
        </w:r>
      </w:hyperlink>
      <w:r>
        <w:t xml:space="preserve">- Paragraph 5: </w:t>
      </w:r>
      <w:hyperlink r:id="rId9">
        <w:r>
          <w:rPr>
            <w:color w:val="0000EE"/>
            <w:u w:val="single"/>
          </w:rPr>
          <w:t>[1]</w:t>
        </w:r>
      </w:hyperlink>
      <w:r>
        <w:t xml:space="preserve">, </w:t>
      </w:r>
      <w:hyperlink r:id="rId15">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https://variety.com/2026/film/news/outfest-rebuilds-future-lgbtq-film-festival-1236824448/</w:t>
        </w:r>
      </w:hyperlink>
      <w:r>
        <w:t xml:space="preserve"> - Please view link - unable to able to access data</w:t>
      </w:r>
      <w:r/>
    </w:p>
    <w:p>
      <w:pPr>
        <w:pStyle w:val="ListNumber"/>
        <w:spacing w:line="240" w:lineRule="auto"/>
        <w:ind w:left="720"/>
      </w:pPr>
      <w:r/>
      <w:hyperlink r:id="rId10">
        <w:r>
          <w:rPr>
            <w:color w:val="0000EE"/>
            <w:u w:val="single"/>
          </w:rPr>
          <w:t>https://www.out.com/film/outfest-2023-jury-award-winners</w:t>
        </w:r>
      </w:hyperlink>
      <w:r>
        <w:t xml:space="preserve"> - Outfest 2023, the Los Angeles LGBTQ+ film festival, concluded with the announcement of its Jury Award winners. The jurors, comprising filmmakers, journalists, artists, and entertainment executives, selected films that showcased the depth and diversity of LGBTQIA+ cinema. Mike Dougherty, Outfest’s director of programming, highlighted the exceptional talent and creativity displayed by the filmmakers, noting that the choices made by the juries were challenging due to the high quality of the submissions. The festival celebrated a wide array of films that offered provocative, insightful, and fearless narratives, underscoring the vibrant contributions of LGBTQ+ artists to the film industry.</w:t>
      </w:r>
      <w:r/>
    </w:p>
    <w:p>
      <w:pPr>
        <w:pStyle w:val="ListNumber"/>
        <w:spacing w:line="240" w:lineRule="auto"/>
        <w:ind w:left="720"/>
      </w:pPr>
      <w:r/>
      <w:hyperlink r:id="rId13">
        <w:r>
          <w:rPr>
            <w:color w:val="0000EE"/>
            <w:u w:val="single"/>
          </w:rPr>
          <w:t>https://www.out.com/film/outfest-2023</w:t>
        </w:r>
      </w:hyperlink>
      <w:r>
        <w:t xml:space="preserve"> - Outfest 2023, the 41st Los Angeles LGBTQ+ Film Festival, took place from July 13 to 23, 2023, across various venues in Los Angeles. The 11-day festival showcased over 170 titles from more than 25 countries, including narratives, documentaries, shorts, and an episodic showcase. Highlights featured the world premiere of 'Truth Be Told,' a documentary exploring the relationship between the LGBTQ+ community and the Black church, featuring interviews with notable figures such as Billy Porter and Meagan Good. The festival opened with 'Aristotle &amp; Dante Discover the Secrets of the Universe' and closed with 'Chasing Chasing Amy.'</w:t>
      </w:r>
      <w:r/>
    </w:p>
    <w:p>
      <w:pPr>
        <w:pStyle w:val="ListNumber"/>
        <w:spacing w:line="240" w:lineRule="auto"/>
        <w:ind w:left="720"/>
      </w:pPr>
      <w:r/>
      <w:hyperlink r:id="rId15">
        <w:r>
          <w:rPr>
            <w:color w:val="0000EE"/>
            <w:u w:val="single"/>
          </w:rPr>
          <w:t>https://www.out.com/film/outfest-fusion-2023</w:t>
        </w:r>
      </w:hyperlink>
      <w:r>
        <w:t xml:space="preserve"> - The 2023 Outfest Fusion QTBIPOC Film Festival, celebrating its 20th anniversary, featured 23 world premieres, 5 U.S. premieres, 4 international premieres, and 3 North American premieres. The festival showcased works from the U.S. and 16 other countries, highlighting the global reach of queer and trans BIPOC cinema. Notable films included the documentary 'Little Richard: I Am Everything' by Lisa Cortés and the portrait of the New York City Meatpacking District and the trans women of color who lived and worked there, 'The Stroll' by Kristy Lovell and Zackary Drucker.</w:t>
      </w:r>
      <w:r/>
    </w:p>
    <w:p>
      <w:pPr>
        <w:pStyle w:val="ListNumber"/>
        <w:spacing w:line="240" w:lineRule="auto"/>
        <w:ind w:left="720"/>
      </w:pPr>
      <w:r/>
      <w:hyperlink r:id="rId12">
        <w:r>
          <w:rPr>
            <w:color w:val="0000EE"/>
            <w:u w:val="single"/>
          </w:rPr>
          <w:t>https://www.lgbtqnation.com/2023/10/outfest-film-fest-postpones-gala-amid-financial-issues-staff-shake-up/</w:t>
        </w:r>
      </w:hyperlink>
      <w:r>
        <w:t xml:space="preserve"> - In October 2023, Outfest, the Los Angeles-based LGBTQ+ film festival, postponed its annual Legacy Awards gala and paused its programming due to financial issues and staff layoffs. The nonprofit organization announced it would scale back operations for several months, including postponing its annual gala fundraiser scheduled for October 22. The board of directors stated that, like other nonprofit organizations, Outfest had been severely impacted by the financial climate of the media and entertainment industry. They emphasized the need to create a financial model that prioritizes programming serving the community and supports the staff.</w:t>
      </w:r>
      <w:r/>
    </w:p>
    <w:p>
      <w:pPr>
        <w:pStyle w:val="ListNumber"/>
        <w:spacing w:line="240" w:lineRule="auto"/>
        <w:ind w:left="720"/>
      </w:pPr>
      <w:r/>
      <w:hyperlink r:id="rId11">
        <w:r>
          <w:rPr>
            <w:color w:val="0000EE"/>
            <w:u w:val="single"/>
          </w:rPr>
          <w:t>https://www.redcat.org/events/2023/outfest</w:t>
        </w:r>
      </w:hyperlink>
      <w:r>
        <w:t xml:space="preserve"> - REDCAT, a multidisciplinary centre for innovative visual, performing, and media arts, hosted screenings as part of the Outfest Los Angeles Film Festival from July 14 to 16, 2023. The screenings included films such as 'Playland,' 'Perpetrator,' 'Blend Into My Favorite Color,' 'She Works Hard for the Money,' 'T Blockers,' 'My Animal,' and 'The People’s Joker.' REDCAT's participation underscored its commitment to showcasing diverse and innovative works, contributing to the rich tapestry of LGBTQ+ cinema presented during the festival.</w:t>
      </w:r>
      <w:r/>
    </w:p>
    <w:p>
      <w:pPr>
        <w:pStyle w:val="ListNumber"/>
        <w:spacing w:line="240" w:lineRule="auto"/>
        <w:ind w:left="720"/>
      </w:pPr>
      <w:r/>
      <w:hyperlink r:id="rId14">
        <w:r>
          <w:rPr>
            <w:color w:val="0000EE"/>
            <w:u w:val="single"/>
          </w:rPr>
          <w:t>https://www.out.com/outfest</w:t>
        </w:r>
      </w:hyperlink>
      <w:r>
        <w:t xml:space="preserve"> - Outfest, the Los Angeles-based nonprofit organisation, has been a significant platform for LGBTQ+ cinema since 1982. It produces two film festivals, operates a movie streaming platform, and runs educational services for filmmakers. Outfest is a key partner in the North American Queer Festival Alliance, an initiative aimed at promoting LGBTQ+ film. The organisation's mission includes uplifting global LGBTQIA+ creators in the entertainment industry by providing career support and curating the exhibition and preservation of queer and transgender stories.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variety.com/2026/film/news/outfest-rebuilds-future-lgbtq-film-festival-1236824448/" TargetMode="External"/><Relationship Id="rId10" Type="http://schemas.openxmlformats.org/officeDocument/2006/relationships/hyperlink" Target="https://www.out.com/film/outfest-2023-jury-award-winners" TargetMode="External"/><Relationship Id="rId11" Type="http://schemas.openxmlformats.org/officeDocument/2006/relationships/hyperlink" Target="https://www.redcat.org/events/2023/outfest" TargetMode="External"/><Relationship Id="rId12" Type="http://schemas.openxmlformats.org/officeDocument/2006/relationships/hyperlink" Target="https://www.lgbtqnation.com/2023/10/outfest-film-fest-postpones-gala-amid-financial-issues-staff-shake-up/" TargetMode="External"/><Relationship Id="rId13" Type="http://schemas.openxmlformats.org/officeDocument/2006/relationships/hyperlink" Target="https://www.out.com/film/outfest-2023" TargetMode="External"/><Relationship Id="rId14" Type="http://schemas.openxmlformats.org/officeDocument/2006/relationships/hyperlink" Target="https://www.out.com/outfest" TargetMode="External"/><Relationship Id="rId15" Type="http://schemas.openxmlformats.org/officeDocument/2006/relationships/hyperlink" Target="https://www.out.com/film/outfest-fusion-2023"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