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NYC Black Pride Events 2024: What to Know Before You Go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community moments are turning out: NYC Black Pride returns Aug. 19 for five days of health talks, heritage celebrations, ballroom energy and nightlife, bringing together Black LGBTQ New Yorkers in Manhattan to celebrate resilience and reckon with ongoing threats to rights and healthcare.</w:t>
      </w:r>
      <w:r/>
    </w:p>
    <w:p>
      <w:r/>
      <w:r>
        <w:t>Essential Takeaways</w:t>
      </w:r>
      <w:r/>
      <w:r/>
    </w:p>
    <w:p>
      <w:pPr>
        <w:pStyle w:val="ListBullet"/>
        <w:spacing w:line="240" w:lineRule="auto"/>
        <w:ind w:left="720"/>
      </w:pPr>
      <w:r/>
      <w:r>
        <w:rPr>
          <w:b/>
        </w:rPr>
        <w:t>When and where:</w:t>
      </w:r>
      <w:r>
        <w:t xml:space="preserve"> NYC Black Pride runs Aug. 19–23 with core events in Manhattan, including Chelsea, Harlem and Hudson River Park. </w:t>
      </w:r>
      <w:r/>
    </w:p>
    <w:p>
      <w:pPr>
        <w:pStyle w:val="ListBullet"/>
        <w:spacing w:line="240" w:lineRule="auto"/>
        <w:ind w:left="720"/>
      </w:pPr>
      <w:r/>
      <w:r>
        <w:rPr>
          <w:b/>
        </w:rPr>
        <w:t>Health focus:</w:t>
      </w:r>
      <w:r>
        <w:t xml:space="preserve"> The festival opens with the Health as a Human Right Conference, marking decades of HIV/AIDS activism and current healthcare concerns. </w:t>
      </w:r>
      <w:r/>
    </w:p>
    <w:p>
      <w:pPr>
        <w:pStyle w:val="ListBullet"/>
        <w:spacing w:line="240" w:lineRule="auto"/>
        <w:ind w:left="720"/>
      </w:pPr>
      <w:r/>
      <w:r>
        <w:rPr>
          <w:b/>
        </w:rPr>
        <w:t>Signature nights:</w:t>
      </w:r>
      <w:r>
        <w:t xml:space="preserve"> Expect the Latex Ball at Terminal 5 and the Heritage Awards and Mr. &amp; Miss Black Pride International at the Renaissance Harlem Hotel. </w:t>
      </w:r>
      <w:r/>
    </w:p>
    <w:p>
      <w:pPr>
        <w:pStyle w:val="ListBullet"/>
        <w:spacing w:line="240" w:lineRule="auto"/>
        <w:ind w:left="720"/>
      </w:pPr>
      <w:r/>
      <w:r>
        <w:rPr>
          <w:b/>
        </w:rPr>
        <w:t>Practical details:</w:t>
      </w:r>
      <w:r>
        <w:t xml:space="preserve"> Mr. &amp; Miss entry is $100 by Aug. 14; winners receive cash prizes. A free health fair happens at Pier 84 on Aug. 22. </w:t>
      </w:r>
      <w:r/>
    </w:p>
    <w:p>
      <w:pPr>
        <w:pStyle w:val="ListBullet"/>
        <w:spacing w:line="240" w:lineRule="auto"/>
        <w:ind w:left="720"/>
      </w:pPr>
      <w:r/>
      <w:r>
        <w:rPr>
          <w:b/>
        </w:rPr>
        <w:t>Vibe:</w:t>
      </w:r>
      <w:r>
        <w:t xml:space="preserve"> Events mix education, ceremony and spectacle, think voguing, latex glamour and community recognition, while connecting people to services.</w:t>
      </w:r>
      <w:r/>
      <w:r/>
    </w:p>
    <w:p>
      <w:pPr>
        <w:pStyle w:val="Heading2"/>
      </w:pPr>
      <w:r>
        <w:t>A strong start: Health as a Human Right sets the tone</w:t>
      </w:r>
      <w:r/>
    </w:p>
    <w:p>
      <w:r/>
      <w:r>
        <w:t>The festival opens with a conference that feels both solemn and energising, centred on resilience and the long fight against HIV/AIDS. According to event organisers, this year’s sessions mark the CDC report’s 45th anniversary and a 40‑year look at how Black communities mobilised in response. Expect conversations with city and state health officials, practical resources and a sense of steely hope.</w:t>
      </w:r>
      <w:r/>
    </w:p>
    <w:p>
      <w:r/>
      <w:r>
        <w:t>This programming matters because healthcare debates are headline news; organisers say attacks on access and inclusion make these discussions urgent. If you’re interested in policy or prevention, arrive early, bring questions and pick up local service information from tables staffed by public health teams.</w:t>
      </w:r>
      <w:r/>
    </w:p>
    <w:p>
      <w:pPr>
        <w:pStyle w:val="Heading2"/>
      </w:pPr>
      <w:r>
        <w:t>Heritage, honours and changemakers: the awards bring community stories forward</w:t>
      </w:r>
      <w:r/>
    </w:p>
    <w:p>
      <w:r/>
      <w:r>
        <w:t>The Heritage Awards Ceremony returns to Harlem with a new “changemakers” feature highlighting people who’ve moved the needle. Names on this year’s list span activism, arts and municipal leadership, from Qween Jean, who recently made theatre history, to local organisations and civic offices.</w:t>
      </w:r>
      <w:r/>
    </w:p>
    <w:p>
      <w:r/>
      <w:r>
        <w:t>Ceremonies like this are quieter than a dance floor but just as powerful; they stitch personal histories into a public record. If you want to meet community leaders or hear bite‑sized oral histories, the Renaissance Harlem Hotel event is a compact way to catch those stories.</w:t>
      </w:r>
      <w:r/>
    </w:p>
    <w:p>
      <w:pPr>
        <w:pStyle w:val="Heading2"/>
      </w:pPr>
      <w:r>
        <w:t>Latex Ball and ballroom culture: education meets spectacle</w:t>
      </w:r>
      <w:r/>
    </w:p>
    <w:p>
      <w:r/>
      <w:r>
        <w:t>Terminal 5 will host the Latex Ball on Aug. 22, a GMHC‑led night that mixes competitive voguing, fashion and HIV prevention messaging. GMHC frames the night as Triple E, Education, Entertainment, Empowerment, so it’s not only a party but a platform for outreach and safer‑sex messaging.</w:t>
      </w:r>
      <w:r/>
    </w:p>
    <w:p>
      <w:r/>
      <w:r>
        <w:t>Expect bold fashion, loud music and performers who know how to put on a show. If you’re new to ballroom culture, go with an open mind and steady footwear; the energy is contagious and the messaging is woven into the performances.</w:t>
      </w:r>
      <w:r/>
    </w:p>
    <w:p>
      <w:pPr>
        <w:pStyle w:val="Heading2"/>
      </w:pPr>
      <w:r>
        <w:t>Mr. &amp; Miss Black Pride International: community pageantry with a prize</w:t>
      </w:r>
      <w:r/>
    </w:p>
    <w:p>
      <w:r/>
      <w:r>
        <w:t>The pageant returns the same afternoon as the Heritage Awards, with categories from swimwear to talent and a practical Q&amp;A round. It’s free for spectators, but competitors must enter by Aug. 14 and pay a $100 fee; the top prize is $2,000.</w:t>
      </w:r>
      <w:r/>
    </w:p>
    <w:p>
      <w:r/>
      <w:r>
        <w:t>Pageantry here is less about glamour alone and more about platform and purpose, contestants often use the stage to raise awareness about issues affecting Black LGBTQ people. If you’re thinking of entering, practise your interview and prepare a short platform statement.</w:t>
      </w:r>
      <w:r/>
    </w:p>
    <w:p>
      <w:pPr>
        <w:pStyle w:val="Heading2"/>
      </w:pPr>
      <w:r>
        <w:t>Health fair, parties and how to plan your weekend</w:t>
      </w:r>
      <w:r/>
    </w:p>
    <w:p>
      <w:r/>
      <w:r>
        <w:t>Saturday’s health fair at Pier 84 runs noon–6pm and pairs perfectly with evening events; it’s a low‑pressure way to access screening info, resources and services. Meanwhile, organisers say additional nightlife programming will be announced, and there’s the regular Sanctuary night hosted weekly by the NYC Black Pride lead.</w:t>
      </w:r>
      <w:r/>
    </w:p>
    <w:p>
      <w:r/>
      <w:r>
        <w:t>Practical tips: check NYCBlackPride.org for final schedules, book tickets for indoor events like the Latex Ball in advance, wear layers for outdoor programming by the river, and bring ID if you’re accessing healthcare services. Public transport is the easiest way around Manhattan during festival days.</w:t>
      </w:r>
      <w:r/>
    </w:p>
    <w:p>
      <w:r/>
      <w:r>
        <w:t>It's a small change that can make every visit more connected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https://gaycitynews.com/nyc-black-pride-return-august-19-23/</w:t>
        </w:r>
      </w:hyperlink>
      <w:r>
        <w:t xml:space="preserve"> - Please view link - unable to able to access data</w:t>
      </w:r>
      <w:r/>
    </w:p>
    <w:p>
      <w:pPr>
        <w:pStyle w:val="ListNumber"/>
        <w:spacing w:line="240" w:lineRule="auto"/>
        <w:ind w:left="720"/>
      </w:pPr>
      <w:r/>
      <w:hyperlink r:id="rId9">
        <w:r>
          <w:rPr>
            <w:color w:val="0000EE"/>
            <w:u w:val="single"/>
          </w:rPr>
          <w:t>https://gaycitynews.com/nyc-black-pride-return-august-19-23/</w:t>
        </w:r>
      </w:hyperlink>
      <w:r>
        <w:t xml:space="preserve"> - NYC Black Pride's annual festivities are set to return on August 19 for five days of events, including a health conference, a latex ball, the annual Heritage Awards Ceremony, and nightlife parties. The events begin on August 19 with the annual Health as a Human Right Conference, reflecting on the 45-year mark since the CDC's first report on HIV/AIDS and the 40-year anniversary of Black communities addressing the epidemic. The theme, 'Celebrating a Legacy of Resilience,' highlights the ongoing challenges faced by Black LGBTQ New Yorkers, especially in the context of recent political actions affecting healthcare and rights. The 29th edition of NYC Black Pride will host its core events in Manhattan, featuring discussions on HIV/AIDS, healthcare changes, and more. The Heritage Awards Ceremony on August 21 at the Renaissance Harlem Hotel will honour community changemakers, including Qween Jean, the first out trans person to win a Tony Award for best costume design for 'Cats: The Jellicle Ball.' The Mr. and Miss Black Pride International contest will follow, with categories such as Interview, Presentation, Swimwear, Formal Wear, Talent, and Q&amp;A. The Latex Ball on August 22 at Terminal 5 will highlight house and ballroom culture while addressing HIV/AIDS, using the Triple E approach—Education, Entertainment, and Empowerment—to promote HIV prevention and positive sexual health messaging. Additional parties and events will be announced ahead of NYC Black Pride. For more information, visit NYCBlackPride.org.</w:t>
      </w:r>
      <w:r/>
    </w:p>
    <w:p>
      <w:pPr>
        <w:pStyle w:val="ListNumber"/>
        <w:spacing w:line="240" w:lineRule="auto"/>
        <w:ind w:left="720"/>
      </w:pPr>
      <w:r/>
      <w:hyperlink r:id="rId11">
        <w:r>
          <w:rPr>
            <w:color w:val="0000EE"/>
            <w:u w:val="single"/>
          </w:rPr>
          <w:t>https://gmhc.org/gmhc_events/latex-ball-2024/</w:t>
        </w:r>
      </w:hyperlink>
      <w:r>
        <w:t xml:space="preserve"> - GMHC's Latex Ball 2024 is scheduled for Saturday, June 22, 2024, at Terminal 5, 610 West 56 Street, New York, NY 10019. The event is free and open to all community members aged 18 and older. The Latex Ball is the oldest annual event of the international House &amp; Ball community, celebrating over 30 years of ballroom culture. It serves as both a celebration of creativity and a tribute to those lost to AIDS-related complications in the ballroom community. The event features competitions in dance, voguing, and fashion, and incorporates messaging that links the community to resources that help prevent the spread of HIV. For more information, visit GMHC's website.</w:t>
      </w:r>
      <w:r/>
    </w:p>
    <w:p>
      <w:pPr>
        <w:pStyle w:val="ListNumber"/>
        <w:spacing w:line="240" w:lineRule="auto"/>
        <w:ind w:left="720"/>
      </w:pPr>
      <w:r/>
      <w:hyperlink r:id="rId10">
        <w:r>
          <w:rPr>
            <w:color w:val="0000EE"/>
            <w:u w:val="single"/>
          </w:rPr>
          <w:t>https://www.nycblackpride.org/the-center-for-black-pride</w:t>
        </w:r>
      </w:hyperlink>
      <w:r>
        <w:t xml:space="preserve"> - NYC Black Pride is an annual five-day multicultural event targeting the Black and Latino Lesbian, Gay, Bisexual, and Transgender (LGBT) community. The festival attracts attendees from the United States, Canada, United Kingdom, France, and the Caribbean, with over 100,000 Black and Latino LGBT persons in NYC and an additional 10,000 visitors for Black Pride events. The NYC Center For Black Pride is a non-profit organisation created to educate and advocate for NYC’s SGL/LGBTQIA2S+ people of colour community through events that celebrate and honour societal contributions. The 2026 NYC Black Pride Festival is scheduled to begin August 17th and run through August 21st, featuring thirteen events throughout the NYC area, including discussion panels, an awards ceremony, an expo (featuring a trans bodybuilding competition, the Black Out Music Festival, and the Mr. and Miss Black Pride International pageant), plus multiple social events and parties. For more information, visit the official website.</w:t>
      </w:r>
      <w:r/>
    </w:p>
    <w:p>
      <w:pPr>
        <w:pStyle w:val="ListNumber"/>
        <w:spacing w:line="240" w:lineRule="auto"/>
        <w:ind w:left="720"/>
      </w:pPr>
      <w:r/>
      <w:hyperlink r:id="rId13">
        <w:r>
          <w:rPr>
            <w:color w:val="0000EE"/>
            <w:u w:val="single"/>
          </w:rPr>
          <w:t>https://www.eventeny.com/events/hp24tgncnb-11539/</w:t>
        </w:r>
      </w:hyperlink>
      <w:r>
        <w:t xml:space="preserve"> - Harlem Pride 2024 is hosting a Trans</w:t>
      </w:r>
      <w:r>
        <w:rPr>
          <w:i/>
        </w:rPr>
        <w:t xml:space="preserve"> Gender Non-Conforming, Non-Binary Appreciation Reception on Friday, June 14th, 2024, at Lambda Lounge, 2256 Adam Clayton Boulevard, New York, NY 10027. The event aims to honour Trans</w:t>
      </w:r>
      <w:r>
        <w:t>, Gender Non-Conforming, and Non-Binary community members, allies, and organisations who make extraordinary contributions to Harlem’s SGL/LGBTQ community. Attendees can enjoy music, dancing, food, drinks, and fun. Admission is free, but RSVP is required. For more details, visit the Eventeny page.</w:t>
      </w:r>
      <w:r/>
    </w:p>
    <w:p>
      <w:pPr>
        <w:pStyle w:val="ListNumber"/>
        <w:spacing w:line="240" w:lineRule="auto"/>
        <w:ind w:left="720"/>
      </w:pPr>
      <w:r/>
      <w:hyperlink r:id="rId12">
        <w:r>
          <w:rPr>
            <w:color w:val="0000EE"/>
            <w:u w:val="single"/>
          </w:rPr>
          <w:t>https://www.eventeny.com/events/hp24lop-8042/</w:t>
        </w:r>
      </w:hyperlink>
      <w:r>
        <w:t xml:space="preserve"> - Harlem Pride 2024 is celebrating its 15th anniversary with the Legacy of Pride Awards on Sunday, June 2nd, 2024, at the Harlem Jazz Museum, 58 West 129th Street, Ground Floor, New York, NY 10027. The awards ceremony honours the efforts of SGL/LGBTQ community members and allies who carry on traditions of political activism, advocacy, and community building, creating a Legacy of Pride. Tickets are non-refundable. For more information, visit the Eventeny page.</w:t>
      </w:r>
      <w:r/>
    </w:p>
    <w:p>
      <w:pPr>
        <w:pStyle w:val="ListNumber"/>
        <w:spacing w:line="240" w:lineRule="auto"/>
        <w:ind w:left="720"/>
      </w:pPr>
      <w:r/>
      <w:hyperlink r:id="rId14">
        <w:r>
          <w:rPr>
            <w:color w:val="0000EE"/>
            <w:u w:val="single"/>
          </w:rPr>
          <w:t>https://www.nycpride.org/news-press-media/nyc-pride-unveils-event-roster-for-the-2024</w:t>
        </w:r>
      </w:hyperlink>
      <w:r>
        <w:t xml:space="preserve"> - NYC Pride has unveiled its event roster for the 2024 Pride season, marking the 40th anniversary of Heritage of Pride and the 55th anniversary of the Stonewall Uprising. The events include festivals, parties, and calls to action that centre Queer joy and unity. The 2024 Pride March is scheduled for Sunday, June 30. For more details, visit the official NYC Pride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nyc-black-pride-return-august-19-23/" TargetMode="External"/><Relationship Id="rId10" Type="http://schemas.openxmlformats.org/officeDocument/2006/relationships/hyperlink" Target="https://www.nycblackpride.org/the-center-for-black-pride" TargetMode="External"/><Relationship Id="rId11" Type="http://schemas.openxmlformats.org/officeDocument/2006/relationships/hyperlink" Target="https://gmhc.org/gmhc_events/latex-ball-2024/" TargetMode="External"/><Relationship Id="rId12" Type="http://schemas.openxmlformats.org/officeDocument/2006/relationships/hyperlink" Target="https://www.eventeny.com/events/hp24lop-8042/" TargetMode="External"/><Relationship Id="rId13" Type="http://schemas.openxmlformats.org/officeDocument/2006/relationships/hyperlink" Target="https://www.eventeny.com/events/hp24tgncnb-11539/" TargetMode="External"/><Relationship Id="rId14" Type="http://schemas.openxmlformats.org/officeDocument/2006/relationships/hyperlink" Target="https://www.nycpride.org/news-press-media/nyc-pride-unveils-event-roster-for-th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