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Madonna WorldPride Performance Tips for Fans Heading to Afas Live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a late arrival, a show full of theatrics, and a few carefully chosen hits , Madonna’s WorldPride surprise is as much about spectacle as it is about music, and fans in Amsterdam should expect an experience that’s bold, theatrical and intentionally unpredictable.</w:t>
      </w:r>
      <w:r/>
    </w:p>
    <w:p>
      <w:r/>
      <w:r>
        <w:t>Essential Takeaways</w:t>
      </w:r>
      <w:r/>
      <w:r/>
    </w:p>
    <w:p>
      <w:pPr>
        <w:pStyle w:val="ListBullet"/>
        <w:spacing w:line="240" w:lineRule="auto"/>
        <w:ind w:left="720"/>
      </w:pPr>
      <w:r/>
      <w:r>
        <w:rPr>
          <w:b/>
        </w:rPr>
        <w:t>Arrive prepared:</w:t>
      </w:r>
      <w:r>
        <w:t xml:space="preserve"> Madonna shows are notoriously late; bring snacks, water and patience. </w:t>
      </w:r>
      <w:r/>
    </w:p>
    <w:p>
      <w:pPr>
        <w:pStyle w:val="ListBullet"/>
        <w:spacing w:line="240" w:lineRule="auto"/>
        <w:ind w:left="720"/>
      </w:pPr>
      <w:r/>
      <w:r>
        <w:rPr>
          <w:b/>
        </w:rPr>
        <w:t>Expect a mix of live and playback:</w:t>
      </w:r>
      <w:r>
        <w:t xml:space="preserve"> Some ballads are sung live, but backing tracks are used when needed. </w:t>
      </w:r>
      <w:r/>
    </w:p>
    <w:p>
      <w:pPr>
        <w:pStyle w:val="ListBullet"/>
        <w:spacing w:line="240" w:lineRule="auto"/>
        <w:ind w:left="720"/>
      </w:pPr>
      <w:r/>
      <w:r>
        <w:rPr>
          <w:b/>
        </w:rPr>
        <w:t>Show of solidarity:</w:t>
      </w:r>
      <w:r>
        <w:t xml:space="preserve"> Pride-themed visuals and rainbow symbolism are central to her set. </w:t>
      </w:r>
      <w:r/>
    </w:p>
    <w:p>
      <w:pPr>
        <w:pStyle w:val="ListBullet"/>
        <w:spacing w:line="240" w:lineRule="auto"/>
        <w:ind w:left="720"/>
      </w:pPr>
      <w:r/>
      <w:r>
        <w:rPr>
          <w:b/>
        </w:rPr>
        <w:t>Not all hits guaranteed:</w:t>
      </w:r>
      <w:r>
        <w:t xml:space="preserve"> Recent tours favour new material; don’t assume every greatest hit will appear. </w:t>
      </w:r>
      <w:r/>
    </w:p>
    <w:p>
      <w:pPr>
        <w:pStyle w:val="ListBullet"/>
        <w:spacing w:line="240" w:lineRule="auto"/>
        <w:ind w:left="720"/>
      </w:pPr>
      <w:r/>
      <w:r>
        <w:rPr>
          <w:b/>
        </w:rPr>
        <w:t>Pack for theatre:</w:t>
      </w:r>
      <w:r>
        <w:t xml:space="preserve"> Costumes, props and dramatic moments are part of the deal , bring your camera and your best outfit.</w:t>
      </w:r>
      <w:r/>
      <w:r/>
    </w:p>
    <w:p>
      <w:pPr>
        <w:pStyle w:val="Heading2"/>
      </w:pPr>
      <w:r>
        <w:t>Come late? Yes , and that’s part of the show</w:t>
      </w:r>
      <w:r/>
    </w:p>
    <w:p>
      <w:r/>
      <w:r>
        <w:t>Madonna’s tardy entrances are almost a genre in themselves, and they’ve become part of the ritual for fans who know to settle in and savour the waiting game. According to reports about recent tours, she often starts well after the advertised time, and that strategic lateness cranks up anticipation into near-carnival levels. Industry coverage suggests the habit has even prompted complaints and lawsuits in the past, yet for many attendees the delay just heightens the spectacle. Practical tip: plan your evening as if the show starts late, not on time , public transport and babysitters will thank you.</w:t>
      </w:r>
      <w:r/>
    </w:p>
    <w:p>
      <w:pPr>
        <w:pStyle w:val="Heading2"/>
      </w:pPr>
      <w:r>
        <w:t>Live singing mingled with playback , why that matters</w:t>
      </w:r>
      <w:r/>
    </w:p>
    <w:p>
      <w:r/>
      <w:r>
        <w:t>If you want pure, unvarnished live vocals the whole night, you might be disappointed. Madonna has long relied on backing tracks at high-energy moments to protect her voice and preserve choreography, while still delivering live vocals for slower ballads. Experts and concert reports point to technical mishaps too, so sometimes technology shapes what you hear more than the performer’s condition does. For fans, that means savouring the moments that are clearly live , they’re often the most intimate and emotionally charged parts of the set.</w:t>
      </w:r>
      <w:r/>
    </w:p>
    <w:p>
      <w:pPr>
        <w:pStyle w:val="Heading2"/>
      </w:pPr>
      <w:r>
        <w:t>Pride visuals and political theatre , expect bold gestures</w:t>
      </w:r>
      <w:r/>
    </w:p>
    <w:p>
      <w:r/>
      <w:r>
        <w:t>Choosing WorldPride for a surprise set isn’t accidental; Madonna and Pride have a shared history stretching back decades. She’s used queer spaces and activism as both inspiration and audience, and her shows typically brim with rainbow iconography and explicit solidarity. That matters beyond symbolism , it’s a commercial and emotional alignment with a core fanbase. If you’re documenting the night, expect elaborate staging and costume changes that lean into Pride’s celebratory energy.</w:t>
      </w:r>
      <w:r/>
    </w:p>
    <w:p>
      <w:pPr>
        <w:pStyle w:val="Heading2"/>
      </w:pPr>
      <w:r>
        <w:t>New material gets stage time , prepare for surprises</w:t>
      </w:r>
      <w:r/>
    </w:p>
    <w:p>
      <w:r/>
      <w:r>
        <w:t>Don’t assume a hits-only playlist. Recent tours have shown Madonna prioritising newer albums and fresh creative statements alongside select classics. Critics and insiders have flagged that her setlists often spotlight current projects, sometimes to the frustration of fans wanting non-stop nostalgia. If you’re attending for the full catalogue of classics, consider the possibility of a truncated hits segment and keep expectations flexible , the theatrical whole often outweighs song-by-song satisfaction.</w:t>
      </w:r>
      <w:r/>
    </w:p>
    <w:p>
      <w:pPr>
        <w:pStyle w:val="Heading2"/>
      </w:pPr>
      <w:r>
        <w:t>Provocation and emotion , part PR stunt, part real feeling</w:t>
      </w:r>
      <w:r/>
    </w:p>
    <w:p>
      <w:r/>
      <w:r>
        <w:t>Madonna’s career has thrived on well-timed controversy, from choreography that shocked in the 1980s to religious imagery and headline-grabbing stunts. But beneath the theatre, there are genuine emotional beats: she’s had onstage moments of vulnerability where fans saw a softer, human side. Reviewers say that mix of calculated provocation and honest emotion is what keeps her relevant. For the audience, that means you’ll get both spectacle and, occasionally, an unexpectedly raw moment that stays with you after the lights go down.</w:t>
      </w:r>
      <w:r/>
    </w:p>
    <w:p>
      <w:pPr>
        <w:pStyle w:val="Heading2"/>
      </w:pPr>
      <w:r>
        <w:t>How to make the most of the night at Afas Live</w:t>
      </w:r>
      <w:r/>
    </w:p>
    <w:p>
      <w:r/>
      <w:r>
        <w:t>Go for comfort and a little glamour , Madonnaphiles love to dress up, but you’ll be standing a while if you’re up at the barrier. Charge your phone, but also leave space to soak up the atmosphere without scrolling. If you want the classic hits, consider arriving early and checking fan setlist threads after the first dates to spot likely inclusions. And remember: whether she’s perfection on the mic or leaning on playback, the show is designed to move and provoke you.</w:t>
      </w:r>
      <w:r/>
    </w:p>
    <w:p>
      <w:r/>
      <w:r>
        <w:t>It’s a small change in expectations that can make the night memorable , enjoy the theatre, and let the show surprise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14">
        <w:r>
          <w:rPr>
            <w:color w:val="0000EE"/>
            <w:u w:val="single"/>
          </w:rPr>
          <w:t>[4]</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https://www.parool.nl/amsterdam/madonna-treedt-zaterdagnacht-op-tijdens-worldpride-zes-dingen-die-haar-tot-een-onverwoestbaar-fenomeen-maken~b06240db/</w:t>
        </w:r>
      </w:hyperlink>
      <w:r>
        <w:t xml:space="preserve"> - Please view link - unable to able to access data</w:t>
      </w:r>
      <w:r/>
    </w:p>
    <w:p>
      <w:pPr>
        <w:pStyle w:val="ListNumber"/>
        <w:spacing w:line="240" w:lineRule="auto"/>
        <w:ind w:left="720"/>
      </w:pPr>
      <w:r/>
      <w:hyperlink r:id="rId10">
        <w:r>
          <w:rPr>
            <w:color w:val="0000EE"/>
            <w:u w:val="single"/>
          </w:rPr>
          <w:t>https://www.latimes.com/entertainment-arts/music/story/2023-12-14/madonna-starts-barclays-brooklyn-late-us-celebration-tour</w:t>
        </w:r>
      </w:hyperlink>
      <w:r>
        <w:t xml:space="preserve"> - Madonna's U.S. leg of the Celebration tour began with a delayed start in Brooklyn, causing frustration among fans. The concert, initially scheduled to start at 8:30 p.m., began nearly an hour late, leading to discussions about the artist's punctuality and the impact on attendees' schedules. Despite the delay, the performance was well-received, with fans expressing appreciation for the show.</w:t>
      </w:r>
      <w:r/>
    </w:p>
    <w:p>
      <w:pPr>
        <w:pStyle w:val="ListNumber"/>
        <w:spacing w:line="240" w:lineRule="auto"/>
        <w:ind w:left="720"/>
      </w:pPr>
      <w:r/>
      <w:hyperlink r:id="rId11">
        <w:r>
          <w:rPr>
            <w:color w:val="0000EE"/>
            <w:u w:val="single"/>
          </w:rPr>
          <w:t>https://www.latimes.com/entertainment-arts/music/story/2024-04-05/madonna-no-fan-should-expect-her-to-perform-on-time</w:t>
        </w:r>
      </w:hyperlink>
      <w:r>
        <w:t xml:space="preserve"> - Madonna's management team addressed a class-action lawsuit filed by fans over late concert start times, arguing that attendees should not expect her shows to begin on time. The lawsuit, stemming from a December 2023 performance in Brooklyn, was dismissed without settlement, with the plaintiffs voluntarily withdrawing their case. The incident highlighted ongoing discussions about concert punctuality and fan expectations.</w:t>
      </w:r>
      <w:r/>
    </w:p>
    <w:p>
      <w:pPr>
        <w:pStyle w:val="ListNumber"/>
        <w:spacing w:line="240" w:lineRule="auto"/>
        <w:ind w:left="720"/>
      </w:pPr>
      <w:r/>
      <w:hyperlink r:id="rId14">
        <w:r>
          <w:rPr>
            <w:color w:val="0000EE"/>
            <w:u w:val="single"/>
          </w:rPr>
          <w:t>https://www.cbsnews.com/amp/news/madonna-sued-late-concert-start-time-barclays-center/</w:t>
        </w:r>
      </w:hyperlink>
      <w:r>
        <w:t xml:space="preserve"> - Fans filed a lawsuit against Madonna after her concerts at Barclays Center in Brooklyn began hours later than scheduled. The performances, initially set to start at 8:30 p.m., did not commence until after 10:30 p.m. on all three nights. The lawsuit alleged false advertising and deceptive trade practices, citing the significant delays and their impact on attendees.</w:t>
      </w:r>
      <w:r/>
    </w:p>
    <w:p>
      <w:pPr>
        <w:pStyle w:val="ListNumber"/>
        <w:spacing w:line="240" w:lineRule="auto"/>
        <w:ind w:left="720"/>
      </w:pPr>
      <w:r/>
      <w:hyperlink r:id="rId15">
        <w:r>
          <w:rPr>
            <w:color w:val="0000EE"/>
            <w:u w:val="single"/>
          </w:rPr>
          <w:t>https://www.cbsnews.com/amp/news/madonna-concert-than-four-hours-late/</w:t>
        </w:r>
      </w:hyperlink>
      <w:r>
        <w:t xml:space="preserve"> - Madonna's 'Rebel Heart' tour concert in Melbourne experienced a significant delay, with the show starting more than four hours late. Originally scheduled for 8:30 p.m., the performance began at 12:50 a.m., causing inconvenience for attendees. Despite the late start, the concert was well-received, with fans expressing that the show was worth the wait.</w:t>
      </w:r>
      <w:r/>
    </w:p>
    <w:p>
      <w:pPr>
        <w:pStyle w:val="ListNumber"/>
        <w:spacing w:line="240" w:lineRule="auto"/>
        <w:ind w:left="720"/>
      </w:pPr>
      <w:r/>
      <w:hyperlink r:id="rId12">
        <w:r>
          <w:rPr>
            <w:color w:val="0000EE"/>
            <w:u w:val="single"/>
          </w:rPr>
          <w:t>https://www.timesofisrael.com/madonna-posts-edited-video-of-pitchy-eurovision-performance/</w:t>
        </w:r>
      </w:hyperlink>
      <w:r>
        <w:t xml:space="preserve"> - After receiving criticism for her off-key performance at the Eurovision Song Contest in Tel Aviv, Madonna uploaded an edited version of the video to YouTube. The edited clip digitally corrected some of the pitch issues from the original performance, which had been widely panned for its vocal inaccuracies.</w:t>
      </w:r>
      <w:r/>
    </w:p>
    <w:p>
      <w:pPr>
        <w:pStyle w:val="ListNumber"/>
        <w:spacing w:line="240" w:lineRule="auto"/>
        <w:ind w:left="720"/>
      </w:pPr>
      <w:r/>
      <w:hyperlink r:id="rId13">
        <w:r>
          <w:rPr>
            <w:color w:val="0000EE"/>
            <w:u w:val="single"/>
          </w:rPr>
          <w:t>https://www.joods.nl/2019/05/madonna-heeft-de-video-van-haar-optreden-in-tel-aviv-laten-bewerken-en-zingt-niet-meer-vals/</w:t>
        </w:r>
      </w:hyperlink>
      <w:r>
        <w:t xml:space="preserve"> - Following backlash over her performance at the Eurovision Song Contest in Tel Aviv, Madonna released a modified version of the video on her YouTube channel. The edited video addressed the off-key notes from the live performance, leading to discussions about the authenticity of the original and edited versions.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amsterdam/madonna-treedt-zaterdagnacht-op-tijdens-worldpride-zes-dingen-die-haar-tot-een-onverwoestbaar-fenomeen-maken~b06240db/" TargetMode="External"/><Relationship Id="rId10" Type="http://schemas.openxmlformats.org/officeDocument/2006/relationships/hyperlink" Target="https://www.latimes.com/entertainment-arts/music/story/2023-12-14/madonna-starts-barclays-brooklyn-late-us-celebration-tour" TargetMode="External"/><Relationship Id="rId11" Type="http://schemas.openxmlformats.org/officeDocument/2006/relationships/hyperlink" Target="https://www.latimes.com/entertainment-arts/music/story/2024-04-05/madonna-no-fan-should-expect-her-to-perform-on-time" TargetMode="External"/><Relationship Id="rId12" Type="http://schemas.openxmlformats.org/officeDocument/2006/relationships/hyperlink" Target="https://www.timesofisrael.com/madonna-posts-edited-video-of-pitchy-eurovision-performance/" TargetMode="External"/><Relationship Id="rId13" Type="http://schemas.openxmlformats.org/officeDocument/2006/relationships/hyperlink" Target="https://www.joods.nl/2019/05/madonna-heeft-de-video-van-haar-optreden-in-tel-aviv-laten-bewerken-en-zingt-niet-meer-vals/" TargetMode="External"/><Relationship Id="rId14" Type="http://schemas.openxmlformats.org/officeDocument/2006/relationships/hyperlink" Target="https://www.cbsnews.com/amp/news/madonna-sued-late-concert-start-time-barclays-center/" TargetMode="External"/><Relationship Id="rId15" Type="http://schemas.openxmlformats.org/officeDocument/2006/relationships/hyperlink" Target="https://www.cbsnews.com/amp/news/madonna-concert-than-four-hours-l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