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Pride Events: Morrisons Brighton’s Community Fundraiser for Marie Curie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heading to Morrisons on St James’s Street this Brighton Pride weekend to join in fundraising, face painting and feel-good moments , a compact, family-friendly spot to support Marie Curie while soaking up Pride spirit. Here’s what’s happening and why it’s worth a stop.</w:t>
      </w:r>
      <w:r/>
    </w:p>
    <w:p>
      <w:r/>
      <w:r>
        <w:t>Essential Takeaways</w:t>
      </w:r>
      <w:r/>
      <w:r/>
    </w:p>
    <w:p>
      <w:pPr>
        <w:pStyle w:val="ListBullet"/>
        <w:spacing w:line="240" w:lineRule="auto"/>
        <w:ind w:left="720"/>
      </w:pPr>
      <w:r/>
      <w:r>
        <w:rPr>
          <w:b/>
        </w:rPr>
        <w:t>When and where:</w:t>
      </w:r>
      <w:r>
        <w:t xml:space="preserve"> Morrisons St James’s Street will host activities across Brighton Pride weekend, with the main fundraiser on Saturday 1 August. </w:t>
      </w:r>
      <w:r/>
    </w:p>
    <w:p>
      <w:pPr>
        <w:pStyle w:val="ListBullet"/>
        <w:spacing w:line="240" w:lineRule="auto"/>
        <w:ind w:left="720"/>
      </w:pPr>
      <w:r/>
      <w:r>
        <w:rPr>
          <w:b/>
        </w:rPr>
        <w:t>Fundraising focus:</w:t>
      </w:r>
      <w:r>
        <w:t xml:space="preserve"> Proceeds benefit Marie Curie via a tombola, lucky dip and a rainbow raffle , easy ways to give while you shop. </w:t>
      </w:r>
      <w:r/>
    </w:p>
    <w:p>
      <w:pPr>
        <w:pStyle w:val="ListBullet"/>
        <w:spacing w:line="240" w:lineRule="auto"/>
        <w:ind w:left="720"/>
      </w:pPr>
      <w:r/>
      <w:r>
        <w:rPr>
          <w:b/>
        </w:rPr>
        <w:t>Activities on offer:</w:t>
      </w:r>
      <w:r>
        <w:t xml:space="preserve"> Cupcakes, a selfie station, face painting (12pm–3pm) and acupressure massages by donation (9am–12pm). </w:t>
      </w:r>
      <w:r/>
    </w:p>
    <w:p>
      <w:pPr>
        <w:pStyle w:val="ListBullet"/>
        <w:spacing w:line="240" w:lineRule="auto"/>
        <w:ind w:left="720"/>
      </w:pPr>
      <w:r/>
      <w:r>
        <w:rPr>
          <w:b/>
        </w:rPr>
        <w:t>Community feel:</w:t>
      </w:r>
      <w:r>
        <w:t xml:space="preserve"> Events are run with local groups like Possability People and City Yoga UK, creating an inclusive, neighbourly atmosphere. </w:t>
      </w:r>
      <w:r/>
      <w:r/>
    </w:p>
    <w:p>
      <w:pPr>
        <w:pStyle w:val="Heading2"/>
      </w:pPr>
      <w:r>
        <w:t>A friendly hub for Pride weekend , what to expect</w:t>
      </w:r>
      <w:r/>
    </w:p>
    <w:p>
      <w:r/>
      <w:r>
        <w:t>Morrisons on St James’s Street is pitching itself as a cosy community stop during Brighton Pride, with the sensory little things that lift an outing , bright cupcakes, a selfie backdrop and the chatter of a tombola. According to the store’s community champion, Sam Dyke, the team wants to be a visible local partner, and the line-up screams accessible fun rather than a big-ticket party.</w:t>
      </w:r>
      <w:r/>
    </w:p>
    <w:p>
      <w:r/>
      <w:r>
        <w:t>That matters in Brighton, where Pride has a huge programme across the city. While the parade and headline events draw crowds, smaller hubs like this make the weekend feel communal and manageable, especially for families or shoppers who want to join in without committing to all-day events.</w:t>
      </w:r>
      <w:r/>
    </w:p>
    <w:p>
      <w:pPr>
        <w:pStyle w:val="Heading2"/>
      </w:pPr>
      <w:r>
        <w:t>Fundraising made simple , tombola, raffle and relaxed donations</w:t>
      </w:r>
      <w:r/>
    </w:p>
    <w:p>
      <w:r/>
      <w:r>
        <w:t>The focus at Morrisons is straightforward: raise money for Marie Curie through a mix of raffle tickets, a lucky dip and a tombola. It’s the kind of fundraising that encourages impulse giving , you buy a ticket, you get a treat, and the cause wins. For those who prefer quieter participation, the acupressure sessions by donation are a gentle way to contribute while having a little self-care.</w:t>
      </w:r>
      <w:r/>
    </w:p>
    <w:p>
      <w:r/>
      <w:r>
        <w:t>If you’re planning to pop in, bring small change for tickets and donations; popular stalls can sell out or get busy, and smaller notes make transactions quicker and friendlier.</w:t>
      </w:r>
      <w:r/>
    </w:p>
    <w:p>
      <w:pPr>
        <w:pStyle w:val="Heading2"/>
      </w:pPr>
      <w:r>
        <w:t>Inclusive activities run with community groups</w:t>
      </w:r>
      <w:r/>
    </w:p>
    <w:p>
      <w:r/>
      <w:r>
        <w:t>Face painting from 12pm to 3pm is provided by Possability People, a move that signals an inclusive approach to the weekend’s activities. City Yoga UK’s acupressure massages run from 9am until midday, offering a calm start to the day for shoppers and volunteers alike.</w:t>
      </w:r>
      <w:r/>
    </w:p>
    <w:p>
      <w:r/>
      <w:r>
        <w:t>Brighton’s Pride programme is packed with events across venues and public spaces, and community-run pop-ups like this one fit neatly into that tapestry, giving local charities, volunteer-led groups and stores a chance to connect directly with residents and visitors.</w:t>
      </w:r>
      <w:r/>
    </w:p>
    <w:p>
      <w:pPr>
        <w:pStyle w:val="Heading2"/>
      </w:pPr>
      <w:r>
        <w:t>Why smaller Pride events still matter</w:t>
      </w:r>
      <w:r/>
    </w:p>
    <w:p>
      <w:r/>
      <w:r>
        <w:t>Large-scale Pride events generate headlines, but small, local fundraisers bring measurable benefits: they raise funds for charities, provide volunteering opportunities and let neighbours meet one another. According to Pride organisers and VisitBrighton listings, the weekend works best when big stages and small stalls coexist , each amplifies the other.</w:t>
      </w:r>
      <w:r/>
    </w:p>
    <w:p>
      <w:r/>
      <w:r>
        <w:t>If you want to support Marie Curie but aren’t attending major concerts or the parade, a visit to Morrisons is a low-effort, high-impact option. You’ll leave with a cupcake, maybe a laugh from the selfie station, and the quiet satisfaction of having helped a cause.</w:t>
      </w:r>
      <w:r/>
    </w:p>
    <w:p>
      <w:pPr>
        <w:pStyle w:val="Heading2"/>
      </w:pPr>
      <w:r>
        <w:t>Practical tips for visiting Morrisons Pride pop-up</w:t>
      </w:r>
      <w:r/>
    </w:p>
    <w:p>
      <w:r/>
      <w:r>
        <w:t>Aim for a mid-morning slot if you want the massages, or early afternoon for face painting when queues are often shorter. Bring loose change for raffle tickets and tombola entries, and plan a quick detour to other Pride trail stops , VisitBrighton and Brighton Pride listings make it easy to map a lunchtime circuit.</w:t>
      </w:r>
      <w:r/>
    </w:p>
    <w:p>
      <w:r/>
      <w:r>
        <w:t>And if you’re volunteering or running a stall elsewhere, dropping by for a cup of tea and a chat keeps the weekend feeling connected.</w:t>
      </w:r>
      <w:r/>
    </w:p>
    <w:p>
      <w:r/>
      <w:r>
        <w:t>It's a small change that can make every Pride moment feel a bit warmer.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11">
        <w:r>
          <w:rPr>
            <w:color w:val="0000EE"/>
            <w:u w:val="single"/>
          </w:rPr>
          <w:t>[3]</w:t>
        </w:r>
      </w:hyperlink>
      <w:r>
        <w:t xml:space="preserve">, </w:t>
      </w:r>
      <w:hyperlink r:id="rId14">
        <w:r>
          <w:rPr>
            <w:color w:val="0000EE"/>
            <w:u w:val="single"/>
          </w:rPr>
          <w:t>[7]</w:t>
        </w:r>
      </w:hyperlink>
      <w:r>
        <w:t xml:space="preserve">- Paragraph 5: </w:t>
      </w:r>
      <w:hyperlink r:id="rId15">
        <w:r>
          <w:rPr>
            <w:color w:val="0000EE"/>
            <w:u w:val="single"/>
          </w:rPr>
          <w:t>[6]</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https://www.theargus.co.uk/news/26412406.morrisons-brighton-hosts-pride-weekend-charity-events/?ref=rss</w:t>
        </w:r>
      </w:hyperlink>
      <w:r>
        <w:t xml:space="preserve"> - Please view link - unable to able to access data</w:t>
      </w:r>
      <w:r/>
    </w:p>
    <w:p>
      <w:pPr>
        <w:pStyle w:val="ListNumber"/>
        <w:spacing w:line="240" w:lineRule="auto"/>
        <w:ind w:left="720"/>
      </w:pPr>
      <w:r/>
      <w:hyperlink r:id="rId10">
        <w:r>
          <w:rPr>
            <w:color w:val="0000EE"/>
            <w:u w:val="single"/>
          </w:rPr>
          <w:t>https://my.morrisons.com/pride/</w:t>
        </w:r>
      </w:hyperlink>
      <w:r>
        <w:t xml:space="preserve"> - Morrisons' official Pride page highlights their year-round support for the LGBTQ+ community, featuring their LGBT+ Network, pronoun badges for staff, and a Pride Range in partnership with the charity akt. The page also details their commitment to donating over £10,000 to local LGBT+ charities and community groups through their Community Champions programme.</w:t>
      </w:r>
      <w:r/>
    </w:p>
    <w:p>
      <w:pPr>
        <w:pStyle w:val="ListNumber"/>
        <w:spacing w:line="240" w:lineRule="auto"/>
        <w:ind w:left="720"/>
      </w:pPr>
      <w:r/>
      <w:hyperlink r:id="rId11">
        <w:r>
          <w:rPr>
            <w:color w:val="0000EE"/>
            <w:u w:val="single"/>
          </w:rPr>
          <w:t>https://www.visitbrighton.com/whats-on/brighton-and-hove-pride-p2571021</w:t>
        </w:r>
      </w:hyperlink>
      <w:r>
        <w:t xml:space="preserve"> - Brighton &amp; Hove Pride is an annual LGBTQ+ event held in Preston Park, Brighton. The 2025 theme, 'The Power of Love', celebrates resilience, spirit, passion, and unity. The event features a parade showcasing over one hundred LGBTQ+ charities, community groups, and small businesses, as well as the NHS and other Pride organisations.</w:t>
      </w:r>
      <w:r/>
    </w:p>
    <w:p>
      <w:pPr>
        <w:pStyle w:val="ListNumber"/>
        <w:spacing w:line="240" w:lineRule="auto"/>
        <w:ind w:left="720"/>
      </w:pPr>
      <w:r/>
      <w:hyperlink r:id="rId13">
        <w:r>
          <w:rPr>
            <w:color w:val="0000EE"/>
            <w:u w:val="single"/>
          </w:rPr>
          <w:t>https://www.brighton-pride.org/welfare/</w:t>
        </w:r>
      </w:hyperlink>
      <w:r>
        <w:t xml:space="preserve"> - Brighton &amp; Hove Pride prioritises attendee welfare by providing support services during events. This includes St John Ambulance teams, a dedicated Welfare Team offering assistance for various needs, and facilities like water refill points and suncream applications. The initiative also offers information on local health services and emergency contacts.</w:t>
      </w:r>
      <w:r/>
    </w:p>
    <w:p>
      <w:pPr>
        <w:pStyle w:val="ListNumber"/>
        <w:spacing w:line="240" w:lineRule="auto"/>
        <w:ind w:left="720"/>
      </w:pPr>
      <w:r/>
      <w:hyperlink r:id="rId12">
        <w:r>
          <w:rPr>
            <w:color w:val="0000EE"/>
            <w:u w:val="single"/>
          </w:rPr>
          <w:t>https://www.visitbrighton.com/whats-on/brighton-and-hove-pride-p2027931</w:t>
        </w:r>
      </w:hyperlink>
      <w:r>
        <w:t xml:space="preserve"> - Brighton &amp; Hove Pride is a prominent LGBTQ+ event in Brighton, featuring the Pride Parade and Pride on the Park festival. The 2025 event includes performances by global artists, diverse stages, and immersive experiences. The Pride Village Party offers a lively street celebration with open-air bars, live music, and drag performances.</w:t>
      </w:r>
      <w:r/>
    </w:p>
    <w:p>
      <w:pPr>
        <w:pStyle w:val="ListNumber"/>
        <w:spacing w:line="240" w:lineRule="auto"/>
        <w:ind w:left="720"/>
      </w:pPr>
      <w:r/>
      <w:hyperlink r:id="rId15">
        <w:r>
          <w:rPr>
            <w:color w:val="0000EE"/>
            <w:u w:val="single"/>
          </w:rPr>
          <w:t>https://www.visitbrighton.com/whats-on/pride-fundraiser-drag-music-bingo-p2586471</w:t>
        </w:r>
      </w:hyperlink>
      <w:r>
        <w:t xml:space="preserve"> - The Pride Fundraiser: Drag Music Bingo event at Shelter Hall in Brighton offers a night of drag musical bingo, with all ticket sales donated to The Pride Community Foundation. Hosted by Amethyst Love and Kandi Krush, the event features a soundtrack of diva hits, special drinks, and prizes including hotel stays and gift cards.</w:t>
      </w:r>
      <w:r/>
    </w:p>
    <w:p>
      <w:pPr>
        <w:pStyle w:val="ListNumber"/>
        <w:spacing w:line="240" w:lineRule="auto"/>
        <w:ind w:left="720"/>
      </w:pPr>
      <w:r/>
      <w:hyperlink r:id="rId14">
        <w:r>
          <w:rPr>
            <w:color w:val="0000EE"/>
            <w:u w:val="single"/>
          </w:rPr>
          <w:t>https://all.accor.com/a/en/limitless/thematics/top-things-to-do/pride-in-brighton.html</w:t>
        </w:r>
      </w:hyperlink>
      <w:r>
        <w:t xml:space="preserve"> - An overview of Brighton Pride events, including the Pride Parade, Pride on the Park music festival, and Pride Village Party. The article provides details on ticketing, event schedules, and highlights the vibrant atmosphere of Brighton's LGBTQ+ celebrations, with a focus on the first weekend in August.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12406.morrisons-brighton-hosts-pride-weekend-charity-events/?ref=rss" TargetMode="External"/><Relationship Id="rId10" Type="http://schemas.openxmlformats.org/officeDocument/2006/relationships/hyperlink" Target="https://my.morrisons.com/pride/" TargetMode="External"/><Relationship Id="rId11" Type="http://schemas.openxmlformats.org/officeDocument/2006/relationships/hyperlink" Target="https://www.visitbrighton.com/whats-on/brighton-and-hove-pride-p2571021" TargetMode="External"/><Relationship Id="rId12" Type="http://schemas.openxmlformats.org/officeDocument/2006/relationships/hyperlink" Target="https://www.visitbrighton.com/whats-on/brighton-and-hove-pride-p2027931" TargetMode="External"/><Relationship Id="rId13" Type="http://schemas.openxmlformats.org/officeDocument/2006/relationships/hyperlink" Target="https://www.brighton-pride.org/welfare/" TargetMode="External"/><Relationship Id="rId14" Type="http://schemas.openxmlformats.org/officeDocument/2006/relationships/hyperlink" Target="https://all.accor.com/a/en/limitless/thematics/top-things-to-do/pride-in-brighton.html" TargetMode="External"/><Relationship Id="rId15" Type="http://schemas.openxmlformats.org/officeDocument/2006/relationships/hyperlink" Target="https://www.visitbrighton.com/whats-on/pride-fundraiser-drag-music-bingo-p258647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