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Lily Zhang Moments: How the Table Tennis Star Is Winning On and Off the Court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Lily Zhang’s story as a reminder that elite sport and everyday life can mix , she’s training hard in California, competing globally, and sharing joyful, queer representation that matters to fans everywhere. Here’s why her season, relationship and reach feel especially timely for young athletes and viewers.</w:t>
      </w:r>
      <w:r/>
    </w:p>
    <w:p>
      <w:r/>
      <w:r>
        <w:t>Essential Takeaways</w:t>
      </w:r>
      <w:r/>
      <w:r/>
    </w:p>
    <w:p>
      <w:pPr>
        <w:pStyle w:val="ListBullet"/>
        <w:spacing w:line="240" w:lineRule="auto"/>
        <w:ind w:left="720"/>
      </w:pPr>
      <w:r/>
      <w:r>
        <w:rPr>
          <w:b/>
        </w:rPr>
        <w:t>Four-time Olympian:</w:t>
      </w:r>
      <w:r>
        <w:t xml:space="preserve"> Lily Zhang remains one of Team USA’s most consistent table tennis stars, competing internationally while based in Palo Alto and training locally at Table Tennis America.</w:t>
      </w:r>
      <w:r/>
    </w:p>
    <w:p>
      <w:pPr>
        <w:pStyle w:val="ListBullet"/>
        <w:spacing w:line="240" w:lineRule="auto"/>
        <w:ind w:left="720"/>
      </w:pPr>
      <w:r/>
      <w:r>
        <w:rPr>
          <w:b/>
        </w:rPr>
        <w:t>Active online presence:</w:t>
      </w:r>
      <w:r>
        <w:t xml:space="preserve"> Zhang’s TikTok and YouTube mix match highlights with candid relationship clips , her girlfriend Jessie Xiao features regularly, giving fans an affectionate, relatable window into life off the court.</w:t>
      </w:r>
      <w:r/>
    </w:p>
    <w:p>
      <w:pPr>
        <w:pStyle w:val="ListBullet"/>
        <w:spacing w:line="240" w:lineRule="auto"/>
        <w:ind w:left="720"/>
      </w:pPr>
      <w:r/>
      <w:r>
        <w:rPr>
          <w:b/>
        </w:rPr>
        <w:t>Representation matters:</w:t>
      </w:r>
      <w:r>
        <w:t xml:space="preserve"> Zhang says coming out later in life was easier once she saw more queer and Asian visibility; she now hopes her openness helps young athletes feel less alone.</w:t>
      </w:r>
      <w:r/>
    </w:p>
    <w:p>
      <w:pPr>
        <w:pStyle w:val="ListBullet"/>
        <w:spacing w:line="240" w:lineRule="auto"/>
        <w:ind w:left="720"/>
      </w:pPr>
      <w:r/>
      <w:r>
        <w:rPr>
          <w:b/>
        </w:rPr>
        <w:t>Travel-heavy routine:</w:t>
      </w:r>
      <w:r>
        <w:t xml:space="preserve"> She travels around eight to nine months a year, tries to train at least once daily and adapts her schedule on the road , practical for anyone balancing sport and life.</w:t>
      </w:r>
      <w:r/>
    </w:p>
    <w:p>
      <w:pPr>
        <w:pStyle w:val="ListBullet"/>
        <w:spacing w:line="240" w:lineRule="auto"/>
        <w:ind w:left="720"/>
      </w:pPr>
      <w:r/>
      <w:r>
        <w:rPr>
          <w:b/>
        </w:rPr>
        <w:t>Human touch:</w:t>
      </w:r>
      <w:r>
        <w:t xml:space="preserve"> Zhang values small rituals to sustain long-distance romance, like mini date nights and games, and leans on music and films to decompress.</w:t>
      </w:r>
      <w:r/>
      <w:r/>
    </w:p>
    <w:p>
      <w:pPr>
        <w:pStyle w:val="Heading2"/>
      </w:pPr>
      <w:r>
        <w:t>Why Lily Zhang’s season feels different this year</w:t>
      </w:r>
      <w:r/>
    </w:p>
    <w:p>
      <w:r/>
      <w:r>
        <w:t>She’s still travelling the world, but there’s a softer, more intentional rhythm beneath the tournament churn. Zhang has been competing at events such as the U.S. Smash and other international stops, and she’s taking victories and early exits alike in stride. According to reporting in Outsports, she splits time between training in Fremont and life at her Palo Alto base, which keeps things grounded. It’s the quietly human detail , the smell of the gym, the clack of paddles , that makes her season sing, not just the results.</w:t>
      </w:r>
      <w:r/>
    </w:p>
    <w:p>
      <w:pPr>
        <w:pStyle w:val="Heading2"/>
      </w:pPr>
      <w:r>
        <w:t>From Stanford laundry rooms to Olympic tables , a concise backstory</w:t>
      </w:r>
      <w:r/>
    </w:p>
    <w:p>
      <w:r/>
      <w:r>
        <w:t>Zhang’s earliest glimpses of table tennis were domestic and intimate: childhood play with her immigrant parents on campus at Stanford. Later, her father’s academic ties to the university meant table tennis stayed a family thread even as her career turned professional. Olympedia and other profiles chart the steady arc: prodigy to four-time Olympian. The narrative is familiar but still inspiring , talent nurtured at home, refined on the world stage.</w:t>
      </w:r>
      <w:r/>
    </w:p>
    <w:p>
      <w:pPr>
        <w:pStyle w:val="Heading2"/>
      </w:pPr>
      <w:r>
        <w:t>Visibility and representation: why her coming out matters</w:t>
      </w:r>
      <w:r/>
    </w:p>
    <w:p>
      <w:r/>
      <w:r>
        <w:t>Zhang’s coming out story resonates because table tennis has traditionally skewed conservative in some circles, and it’s strongly represented by Asian athletes, where openness about sexuality can be complicated. Outsports highlights her comment that she didn’t see people like herself earlier on, which made coming out daunting. Now, with more queer and Asian media and a supportive fanbase, she’s found a roomy, positive reception. For young athletes watching, that’s significant: representation changes the internal script you tell yourself.</w:t>
      </w:r>
      <w:r/>
    </w:p>
    <w:p>
      <w:pPr>
        <w:pStyle w:val="Heading2"/>
      </w:pPr>
      <w:r>
        <w:t>How she balances elite training and a public life</w:t>
      </w:r>
      <w:r/>
    </w:p>
    <w:p>
      <w:r/>
      <w:r>
        <w:t>Training eight to nine months a year on the road isn’t glamorous; it’s a logistics puzzle. Zhang aims for at least one table session a day and fits in extras if schedules allow. Practical tips from her approach: prioritise small, consistent habits rather than perfect routines; find a local club to anchor training when back home; and use short rituals , warm-ups, playlists, a favourite cooldown , to mark the day. This is useful whether you’re an aspiring pro or someone juggling gym time with work.</w:t>
      </w:r>
      <w:r/>
    </w:p>
    <w:p>
      <w:pPr>
        <w:pStyle w:val="Heading2"/>
      </w:pPr>
      <w:r>
        <w:t>Relationship routines that actually work for athletes</w:t>
      </w:r>
      <w:r/>
    </w:p>
    <w:p>
      <w:r/>
      <w:r>
        <w:t>Long-distance relationships are messy when one partner is always touring. Zhang and Jessie Xiao make space with small, deliberate rituals: mini date nights, a shared online game, and simple check-ins that carve out normalcy from chaos. Outsports notes they enjoy sapphic films and playlists together, which is a reminder that shared cultural moments can be as stabilising as video calls. If you’re keeping love alive across time zones, try a short ritual you both look forward to rather than a long, exhaustive schedule.</w:t>
      </w:r>
      <w:r/>
    </w:p>
    <w:p>
      <w:pPr>
        <w:pStyle w:val="Heading2"/>
      </w:pPr>
      <w:r>
        <w:t>What’s next , legacy, outreach and the quiet aim to inspire</w:t>
      </w:r>
      <w:r/>
    </w:p>
    <w:p>
      <w:r/>
      <w:r>
        <w:t>Zhang talks like someone building more than medals; she wants to open doors for queer athletes of colour and be a visible option for kids who didn’t see themselves on the podium before. That intention is part advocacy, part everyday living , sharing her life openly, training visibly, and staying human in the spotlight. As she said to Outsports, living freely might nudge someone else to do the same, and that’s as big a legacy as any championship.</w:t>
      </w:r>
      <w:r/>
    </w:p>
    <w:p>
      <w:r/>
      <w:r>
        <w:t>It's a small change that can make every match , and every life off the court , a little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1">
        <w:r>
          <w:rPr>
            <w:color w:val="0000EE"/>
            <w:u w:val="single"/>
          </w:rPr>
          <w:t>[4]</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https://www.outsports.com/2026/7/30/24140543/lily-zhang-table-tennis-olympics-girlfriend-queer-athlete/</w:t>
        </w:r>
      </w:hyperlink>
      <w:r>
        <w:t xml:space="preserve"> - Please view link - unable to able to access data</w:t>
      </w:r>
      <w:r/>
    </w:p>
    <w:p>
      <w:pPr>
        <w:pStyle w:val="ListNumber"/>
        <w:spacing w:line="240" w:lineRule="auto"/>
        <w:ind w:left="720"/>
      </w:pPr>
      <w:r/>
      <w:hyperlink r:id="rId10">
        <w:r>
          <w:rPr>
            <w:color w:val="0000EE"/>
            <w:u w:val="single"/>
          </w:rPr>
          <w:t>https://www.outsports.com/2024/8/1/24099007/lily-zhang-team-usa-table-tennis-olympics-paris-girlfriend-jessie-lgbtq-gay/</w:t>
        </w:r>
      </w:hyperlink>
      <w:r>
        <w:t xml:space="preserve"> - In August 2024, Lily Zhang, a four-time Olympian in table tennis, competed in the Paris Olympics. Her girlfriend, Jessie, shared updates from the Games, including attending matches and supporting Zhang. The couple's relationship gained attention, with Jessie sharing experiences from the 'Paris 2024 WAG diaries' on TikTok. Zhang's performance in Paris marked a significant achievement in her career, and the couple's presence together highlighted their supportive relationship during the Olympics.</w:t>
      </w:r>
      <w:r/>
    </w:p>
    <w:p>
      <w:pPr>
        <w:pStyle w:val="ListNumber"/>
        <w:spacing w:line="240" w:lineRule="auto"/>
        <w:ind w:left="720"/>
      </w:pPr>
      <w:r/>
      <w:hyperlink r:id="rId12">
        <w:r>
          <w:rPr>
            <w:color w:val="0000EE"/>
            <w:u w:val="single"/>
          </w:rPr>
          <w:t>https://www.olympedia.org/athletes/126657</w:t>
        </w:r>
      </w:hyperlink>
      <w:r>
        <w:t xml:space="preserve"> - Lily Zhang, born on June 16, 1996, in Redwood City, California, is an American table tennis player. She has competed in multiple Olympic Games, including London 2012, Rio de Janeiro 2016, Tokyo 2020, and Paris 2024. At the 2014 Summer Youth Olympics, she won a bronze medal in the girls' table tennis singles tournament. Zhang's consistent participation in the Olympics underscores her dedication and prominence in the sport.</w:t>
      </w:r>
      <w:r/>
    </w:p>
    <w:p>
      <w:pPr>
        <w:pStyle w:val="ListNumber"/>
        <w:spacing w:line="240" w:lineRule="auto"/>
        <w:ind w:left="720"/>
      </w:pPr>
      <w:r/>
      <w:hyperlink r:id="rId11">
        <w:r>
          <w:rPr>
            <w:color w:val="0000EE"/>
            <w:u w:val="single"/>
          </w:rPr>
          <w:t>https://www.outsports.com/2025/12/12/24123776/lily-zhang-table-tennis-jessie-xiao-anthony-edwards-lgbtq-gay-youtube/</w:t>
        </w:r>
      </w:hyperlink>
      <w:r>
        <w:t xml:space="preserve"> - In December 2025, Lily Zhang faced NBA star Anthony Edwards in a table tennis match, a highly anticipated event since the Paris Olympics. Concurrently, she celebrated a milestone in Major League Table Tennis and launched a YouTube vlog with her girlfriend, Jessie Xiao. The vlog, described as 'chaotic,' offers fans an inside look into their relationship and daily lives, further connecting with their audience.</w:t>
      </w:r>
      <w:r/>
    </w:p>
    <w:p>
      <w:pPr>
        <w:pStyle w:val="ListNumber"/>
        <w:spacing w:line="240" w:lineRule="auto"/>
        <w:ind w:left="720"/>
      </w:pPr>
      <w:r/>
      <w:hyperlink r:id="rId15">
        <w:r>
          <w:rPr>
            <w:color w:val="0000EE"/>
            <w:u w:val="single"/>
          </w:rPr>
          <w:t>https://olympics.fandom.com/wiki/Lily_Zhang</w:t>
        </w:r>
      </w:hyperlink>
      <w:r>
        <w:t xml:space="preserve"> - Lily Zhang is an American table tennis player who has represented the United States in four consecutive Olympic Games: London 2012, Rio de Janeiro 2016, Tokyo 2020, and Paris 2024. She secured a bronze medal in the girls' table tennis singles at the 2014 Summer Youth Olympics in Nanjing, China. Zhang's consistent Olympic participation highlights her skill and commitment to the sport.</w:t>
      </w:r>
      <w:r/>
    </w:p>
    <w:p>
      <w:pPr>
        <w:pStyle w:val="ListNumber"/>
        <w:spacing w:line="240" w:lineRule="auto"/>
        <w:ind w:left="720"/>
      </w:pPr>
      <w:r/>
      <w:hyperlink r:id="rId14">
        <w:r>
          <w:rPr>
            <w:color w:val="0000EE"/>
            <w:u w:val="single"/>
          </w:rPr>
          <w:t>https://www.koreaboo.com/stories/table-tennis-olympian-girlfriend-go-viral-couple-goals-sapphic/</w:t>
        </w:r>
      </w:hyperlink>
      <w:r>
        <w:t xml:space="preserve"> - During the 2024 Paris Olympics, table tennis player Lily Zhang and her girlfriend, Jessie, gained viral attention for their relationship. Jessie shared updates from the Games, including attending matches and supporting Zhang. Their presence together highlighted a supportive and loving relationship during the Olympics, resonating with fans and the LGBTQ+ community.</w:t>
      </w:r>
      <w:r/>
    </w:p>
    <w:p>
      <w:pPr>
        <w:pStyle w:val="ListNumber"/>
        <w:spacing w:line="240" w:lineRule="auto"/>
        <w:ind w:left="720"/>
      </w:pPr>
      <w:r/>
      <w:hyperlink r:id="rId13">
        <w:r>
          <w:rPr>
            <w:color w:val="0000EE"/>
            <w:u w:val="single"/>
          </w:rPr>
          <w:t>https://www.livemint.com/sports/shes-a-four-time-olympian-her-parents-want-her-to-get-a-real-job-11722345982862.html</w:t>
        </w:r>
      </w:hyperlink>
      <w:r>
        <w:t xml:space="preserve"> - In July 2024, an article highlighted Lily Zhang's achievements as a four-time Olympian in table tennis. Despite her success, her parents expressed concerns about her career choice, urging her to pursue a 'normal job.' The piece sheds light on the challenges athletes face in balancing personal aspirations with family expectations.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7/30/24140543/lily-zhang-table-tennis-olympics-girlfriend-queer-athlete/" TargetMode="External"/><Relationship Id="rId10" Type="http://schemas.openxmlformats.org/officeDocument/2006/relationships/hyperlink" Target="https://www.outsports.com/2024/8/1/24099007/lily-zhang-team-usa-table-tennis-olympics-paris-girlfriend-jessie-lgbtq-gay/" TargetMode="External"/><Relationship Id="rId11" Type="http://schemas.openxmlformats.org/officeDocument/2006/relationships/hyperlink" Target="https://www.outsports.com/2025/12/12/24123776/lily-zhang-table-tennis-jessie-xiao-anthony-edwards-lgbtq-gay-youtube/" TargetMode="External"/><Relationship Id="rId12" Type="http://schemas.openxmlformats.org/officeDocument/2006/relationships/hyperlink" Target="https://www.olympedia.org/athletes/126657" TargetMode="External"/><Relationship Id="rId13" Type="http://schemas.openxmlformats.org/officeDocument/2006/relationships/hyperlink" Target="https://www.livemint.com/sports/shes-a-four-time-olympian-her-parents-want-her-to-get-a-real-job-11722345982862.html" TargetMode="External"/><Relationship Id="rId14" Type="http://schemas.openxmlformats.org/officeDocument/2006/relationships/hyperlink" Target="https://www.koreaboo.com/stories/table-tennis-olympian-girlfriend-go-viral-couple-goals-sapphic/" TargetMode="External"/><Relationship Id="rId15" Type="http://schemas.openxmlformats.org/officeDocument/2006/relationships/hyperlink" Target="https://olympics.fandom.com/wiki/Lily_Zha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