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Catholic Pilgrimage in New York: What to Expect from Father James Martin’s $250 Walk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meaning are signing up: Father James Martin’s Outreach is offering a $250 LGBTQ Catholic history pilgrimage in New York City, and it matters because the route mixes sacred places, queer memory and spiritual reflection for Catholics seeking welcome and context.</w:t>
      </w:r>
      <w:r/>
    </w:p>
    <w:p>
      <w:r/>
      <w:r>
        <w:t>Essential Takeaways</w:t>
      </w:r>
      <w:r/>
      <w:r/>
    </w:p>
    <w:p>
      <w:pPr>
        <w:pStyle w:val="ListBullet"/>
        <w:spacing w:line="240" w:lineRule="auto"/>
        <w:ind w:left="720"/>
      </w:pPr>
      <w:r/>
      <w:r>
        <w:rPr>
          <w:b/>
        </w:rPr>
        <w:t>Price and focus:</w:t>
      </w:r>
      <w:r>
        <w:t xml:space="preserve"> The pilgrimage costs $250 and centres on LGBTQ Catholic history and spiritual reflection in New York.</w:t>
      </w:r>
      <w:r/>
    </w:p>
    <w:p>
      <w:pPr>
        <w:pStyle w:val="ListBullet"/>
        <w:spacing w:line="240" w:lineRule="auto"/>
        <w:ind w:left="720"/>
      </w:pPr>
      <w:r/>
      <w:r>
        <w:rPr>
          <w:b/>
        </w:rPr>
        <w:t>Leader:</w:t>
      </w:r>
      <w:r>
        <w:t xml:space="preserve"> Father James Martin, S.J., founder of Outreach, will lead the pilgrimage and provide guided reflections.</w:t>
      </w:r>
      <w:r/>
    </w:p>
    <w:p>
      <w:pPr>
        <w:pStyle w:val="ListBullet"/>
        <w:spacing w:line="240" w:lineRule="auto"/>
        <w:ind w:left="720"/>
      </w:pPr>
      <w:r/>
      <w:r>
        <w:rPr>
          <w:b/>
        </w:rPr>
        <w:t>Route vibe:</w:t>
      </w:r>
      <w:r>
        <w:t xml:space="preserve"> Expect a mix of historic sites, chapels and public memory spots with quiet moments for prayer and conversation.</w:t>
      </w:r>
      <w:r/>
    </w:p>
    <w:p>
      <w:pPr>
        <w:pStyle w:val="ListBullet"/>
        <w:spacing w:line="240" w:lineRule="auto"/>
        <w:ind w:left="720"/>
      </w:pPr>
      <w:r/>
      <w:r>
        <w:rPr>
          <w:b/>
        </w:rPr>
        <w:t>Audience feel:</w:t>
      </w:r>
      <w:r>
        <w:t xml:space="preserve"> Intended for LGBTQ Catholics and allies seeking spiritual belonging; atmosphere described as warm and pastoral.</w:t>
      </w:r>
      <w:r/>
    </w:p>
    <w:p>
      <w:pPr>
        <w:pStyle w:val="ListBullet"/>
        <w:spacing w:line="240" w:lineRule="auto"/>
        <w:ind w:left="720"/>
      </w:pPr>
      <w:r/>
      <w:r>
        <w:rPr>
          <w:b/>
        </w:rPr>
        <w:t>Practical note:</w:t>
      </w:r>
      <w:r>
        <w:t xml:space="preserve"> The pilgrimage follows Outreach’s recent conferences and programming aimed at inclusion and dialogue.</w:t>
      </w:r>
      <w:r/>
      <w:r/>
    </w:p>
    <w:p>
      <w:pPr>
        <w:pStyle w:val="Heading2"/>
      </w:pPr>
      <w:r>
        <w:t>Why New York matters for an LGBTQ Catholic pilgrimage</w:t>
      </w:r>
      <w:r/>
    </w:p>
    <w:p>
      <w:r/>
      <w:r>
        <w:t>New York is layered , it's noisy, visual and full of memory, which makes it a vivid backdrop for a pilgrimage that aims to connect faith with queer history. Outreach chose the city because it holds pivotal sites where LGBTQ Catholics have gathered, loved and organised; those streets carry stories you can feel underfoot. For participants, that means more than sightseeing: it’s a lived archive where prayer meets public life.</w:t>
      </w:r>
      <w:r/>
    </w:p>
    <w:p>
      <w:r/>
      <w:r>
        <w:t>Outreach has been expanding from conferences into pilgrimages after staging national gatherings and campus events, so this walk is both a spiritual offering and a way to map recent community history. If you’re thinking of going, wear comfortable shoes and bring a small notebook; these days, pilgrims often balance reflection with photos and journalling.</w:t>
      </w:r>
      <w:r/>
    </w:p>
    <w:p>
      <w:pPr>
        <w:pStyle w:val="Heading2"/>
      </w:pPr>
      <w:r>
        <w:t>What the route and programme are likely to include</w:t>
      </w:r>
      <w:r/>
    </w:p>
    <w:p>
      <w:r/>
      <w:r>
        <w:t>Expect a carefully paced itinerary that mixes stops at historic parishes, memorials and public spaces relevant to LGBTQ Catholic life. Father Martin will lead reflections, and organisers will likely weave in short readings, moments of silence and opportunities for group sharing. The feel is meant to be contemplative rather than touristy, with time for both learning and prayer.</w:t>
      </w:r>
      <w:r/>
    </w:p>
    <w:p>
      <w:r/>
      <w:r>
        <w:t>Organisers have drawn on Outreach’s past conferences and campus work to design programming that’s pastoral and educational. If you want to know whether it’s right for you, check accessibility details and whether individual confession or sacramental options are offered , these elements can vary by pilgrimage.</w:t>
      </w:r>
      <w:r/>
    </w:p>
    <w:p>
      <w:pPr>
        <w:pStyle w:val="Heading2"/>
      </w:pPr>
      <w:r>
        <w:t>How this pilgrimage fits into a wider movement for inclusion</w:t>
      </w:r>
      <w:r/>
    </w:p>
    <w:p>
      <w:r/>
      <w:r>
        <w:t>This walk isn’t an isolated idea; it follows a pattern of Outreach events, campus dialogues and national conferences that emphasise pastoral accompaniment and inclusion. Those who pay attention to the conversation will see it as part of a broader push to recognise LGBTQ Catholics’ presence in church life while remaining rooted in Catholic spiritual practice.</w:t>
      </w:r>
      <w:r/>
    </w:p>
    <w:p>
      <w:r/>
      <w:r>
        <w:t>For people curious about church trends, the pilgrimage shows how some Catholic ministries are creating spaces where identity and faith can be held together. It’s not a policy statement so much as a pastoral gesture: an invitation to remember, pray and sit with history.</w:t>
      </w:r>
      <w:r/>
    </w:p>
    <w:p>
      <w:pPr>
        <w:pStyle w:val="Heading2"/>
      </w:pPr>
      <w:r>
        <w:t>Practical tips for would-be pilgrims</w:t>
      </w:r>
      <w:r/>
    </w:p>
    <w:p>
      <w:r/>
      <w:r>
        <w:t>Plan for a full day on foot and check what the $250 fee covers , often organisers include guides, printed materials and some refreshments but not travel or meals. Bring layers; New York weather shifts fast. If you’re attending with friends, consider booking early: Outreach events that combine spiritual guidance with topical focus tend to fill quickly.</w:t>
      </w:r>
      <w:r/>
    </w:p>
    <w:p>
      <w:r/>
      <w:r>
        <w:t>Also think about your comfort with public sharing: these pilgrimages often include group conversations. If you prefer quieter participation, reach out to organisers ahead of time to ask about breakout options or quieter reflections.</w:t>
      </w:r>
      <w:r/>
    </w:p>
    <w:p>
      <w:pPr>
        <w:pStyle w:val="Heading2"/>
      </w:pPr>
      <w:r>
        <w:t>Reaction and what comes next</w:t>
      </w:r>
      <w:r/>
    </w:p>
    <w:p>
      <w:r/>
      <w:r>
        <w:t>The pilgrimage is likely to resonate with people who’ve attended Outreach conferences or Jesuit-led dialogues on queer identity and faith, and it may prompt similar pilgrim programmes in other cities. For many participants, the experience will be both educational and quietly emotional , a chance to place one’s own story within a visible urban history.</w:t>
      </w:r>
      <w:r/>
    </w:p>
    <w:p>
      <w:r/>
      <w:r>
        <w:t>It’s a small but meaningful way to meet faith and identity on shared ground.</w:t>
      </w:r>
      <w:r/>
    </w:p>
    <w:p>
      <w:r/>
      <w:r>
        <w:t>It's a modest step that could make sacred history and belonging feel more tangible for those who attend.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[5]</w:t>
        </w:r>
      </w:hyperlink>
      <w:r>
        <w:t xml:space="preserve">- Paragraph 4: </w:t>
      </w:r>
      <w:hyperlink r:id="rId14">
        <w:r>
          <w:rPr>
            <w:color w:val="0000EE"/>
            <w:u w:val="single"/>
          </w:rPr>
          <w:t>[3]</w:t>
        </w:r>
      </w:hyperlink>
      <w:r>
        <w:t xml:space="preserve">, </w:t>
      </w:r>
      <w:hyperlink r:id="rId15">
        <w:r>
          <w:rPr>
            <w:color w:val="0000EE"/>
            <w:u w:val="single"/>
          </w:rPr>
          <w:t>[7]</w:t>
        </w:r>
      </w:hyperlink>
      <w:r>
        <w:t xml:space="preserve">- Paragraph 5: </w:t>
      </w:r>
      <w:hyperlink r:id="rId11">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https://www.catholicculture.org/news/headlines/index.cfm?storyid=70241</w:t>
        </w:r>
      </w:hyperlink>
      <w:r>
        <w:t xml:space="preserve"> - Please view link - unable to able to access data</w:t>
      </w:r>
      <w:r/>
    </w:p>
    <w:p>
      <w:pPr>
        <w:pStyle w:val="ListNumber"/>
        <w:spacing w:line="240" w:lineRule="auto"/>
        <w:ind w:left="720"/>
      </w:pPr>
      <w:r/>
      <w:hyperlink r:id="rId10">
        <w:r>
          <w:rPr>
            <w:color w:val="0000EE"/>
            <w:u w:val="single"/>
          </w:rPr>
          <w:t>https://outreach.faith/2026/06/what-does-it-mean-to-be-an-lgbtq-catholic/</w:t>
        </w:r>
      </w:hyperlink>
      <w:r>
        <w:t xml:space="preserve"> - In June 2026, Father James Martin, S.J., founder of Outreach, delivered a homily at Georgetown University's Dahlgren Chapel during the Outreach 2026 conference. He explored the diverse experiences of LGBTQ Catholics, addressing the complexities faced by individuals with varying identities and backgrounds. The homily underscored the importance of inclusivity and understanding within the Church, highlighting the unique challenges and joys encountered by LGBTQ Catholics in their faith journey.</w:t>
      </w:r>
      <w:r/>
    </w:p>
    <w:p>
      <w:pPr>
        <w:pStyle w:val="ListNumber"/>
        <w:spacing w:line="240" w:lineRule="auto"/>
        <w:ind w:left="720"/>
      </w:pPr>
      <w:r/>
      <w:hyperlink r:id="rId14">
        <w:r>
          <w:rPr>
            <w:color w:val="0000EE"/>
            <w:u w:val="single"/>
          </w:rPr>
          <w:t>https://www.wfmd.com/2026/02/04/pope-leo-plans-to-continue-pope-francis-mission-of-inclusivity-for-lgbtq-catholics-fr-james-martin-says/</w:t>
        </w:r>
      </w:hyperlink>
      <w:r>
        <w:t xml:space="preserve"> - In February 2026, Father James Martin, S.J., founder of Outreach, discussed Pope Leo XIV's commitment to continuing Pope Francis' mission of inclusivity for LGBTQ Catholics. During an appearance on 'The Late Show,' Martin conveyed that Pope Leo XIV intends to uphold and broadcast the message of welcome and inclusion for LGBTQ individuals within the Church, reflecting a continuity of the pastoral approach initiated by Pope Francis.</w:t>
      </w:r>
      <w:r/>
    </w:p>
    <w:p>
      <w:pPr>
        <w:pStyle w:val="ListNumber"/>
        <w:spacing w:line="240" w:lineRule="auto"/>
        <w:ind w:left="720"/>
      </w:pPr>
      <w:r/>
      <w:hyperlink r:id="rId12">
        <w:r>
          <w:rPr>
            <w:color w:val="0000EE"/>
            <w:u w:val="single"/>
          </w:rPr>
          <w:t>https://jerseycatholic.org/nj-participants-deeply-touched-by-outreach-conference-for-lgbtq-catholics</w:t>
        </w:r>
      </w:hyperlink>
      <w:r>
        <w:t xml:space="preserve"> - In July 2026, participants from the Archdiocese of Newark attended the Outreach 2026 Conference at Georgetown University. They described the event as a sacred space where all attendees were welcomed and seen for who they are. The conference, held from June 19 to 21, 2026, was founded by Father James Martin, S.J., and aimed to celebrate and elevate the experiences of LGBTQ Catholics within the Church.</w:t>
      </w:r>
      <w:r/>
    </w:p>
    <w:p>
      <w:pPr>
        <w:pStyle w:val="ListNumber"/>
        <w:spacing w:line="240" w:lineRule="auto"/>
        <w:ind w:left="720"/>
      </w:pPr>
      <w:r/>
      <w:hyperlink r:id="rId11">
        <w:r>
          <w:rPr>
            <w:color w:val="0000EE"/>
            <w:u w:val="single"/>
          </w:rPr>
          <w:t>https://outreach.faith/conference-outreach-2026/</w:t>
        </w:r>
      </w:hyperlink>
      <w:r>
        <w:t xml:space="preserve"> - Outreach 2026, themed 'Walking Side-by-Side: Celebrating Five Years of Outreach,' was held at Georgetown University from June 19 to 21, 2026. The conference gathered a record number of LGBTQ Catholics, their families, allies, clergy, scholars, and students. It featured keynote presentations, panels, liturgies, and networking opportunities, with notable speakers including Kerry A. Robinson, Cardinal Robert W. McElroy, and Father James Martin, S.J.</w:t>
      </w:r>
      <w:r/>
    </w:p>
    <w:p>
      <w:pPr>
        <w:pStyle w:val="ListNumber"/>
        <w:spacing w:line="240" w:lineRule="auto"/>
        <w:ind w:left="720"/>
      </w:pPr>
      <w:r/>
      <w:hyperlink r:id="rId13">
        <w:r>
          <w:rPr>
            <w:color w:val="0000EE"/>
            <w:u w:val="single"/>
          </w:rPr>
          <w:t>https://outreach.faith/2025/05/outreach-2026-to-be-held-at-georgetown-university-in-june-2026/</w:t>
        </w:r>
      </w:hyperlink>
      <w:r>
        <w:t xml:space="preserve"> - In May 2025, Outreach announced that the Outreach 2026 conference would be held at Georgetown University in June 2026. The conference aimed to mark the fifth anniversary of Outreach, which was founded by Father James Martin, S.J., in 2021. Georgetown University, known for its support of LGBTQ students, was chosen as the venue for this significant event.</w:t>
      </w:r>
      <w:r/>
    </w:p>
    <w:p>
      <w:pPr>
        <w:pStyle w:val="ListNumber"/>
        <w:spacing w:line="240" w:lineRule="auto"/>
        <w:ind w:left="720"/>
      </w:pPr>
      <w:r/>
      <w:hyperlink r:id="rId15">
        <w:r>
          <w:rPr>
            <w:color w:val="0000EE"/>
            <w:u w:val="single"/>
          </w:rPr>
          <w:t>https://thefordhamram.com/news/jesuit-spiritual-dialogue-discusses-being-queer/</w:t>
        </w:r>
      </w:hyperlink>
      <w:r>
        <w:t xml:space="preserve"> - In February 2026, Georgetown University's 'Hoyas with Pride' hosted a national webinar featuring Father James Martin, S.J., founder of Outreach, and Chris Lawton, C.S.P., to discuss the experiences of LGBTQ+ Catholics. The event, part of a new spiritual dialogue series, addressed questions of joy, belonging, and institutional change within the Catholic Church, highlighting both progress and persistent disparities facing LGBTQ+ Catholics.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atholicculture.org/news/headlines/index.cfm?storyid=70241" TargetMode="External"/><Relationship Id="rId10" Type="http://schemas.openxmlformats.org/officeDocument/2006/relationships/hyperlink" Target="https://outreach.faith/2026/06/what-does-it-mean-to-be-an-lgbtq-catholic/" TargetMode="External"/><Relationship Id="rId11" Type="http://schemas.openxmlformats.org/officeDocument/2006/relationships/hyperlink" Target="https://outreach.faith/conference-outreach-2026/" TargetMode="External"/><Relationship Id="rId12" Type="http://schemas.openxmlformats.org/officeDocument/2006/relationships/hyperlink" Target="https://jerseycatholic.org/nj-participants-deeply-touched-by-outreach-conference-for-lgbtq-catholics" TargetMode="External"/><Relationship Id="rId13" Type="http://schemas.openxmlformats.org/officeDocument/2006/relationships/hyperlink" Target="https://outreach.faith/2025/05/outreach-2026-to-be-held-at-georgetown-university-in-june-2026/" TargetMode="External"/><Relationship Id="rId14" Type="http://schemas.openxmlformats.org/officeDocument/2006/relationships/hyperlink" Target="https://www.wfmd.com/2026/02/04/pope-leo-plans-to-continue-pope-francis-mission-of-inclusivity-for-lgbtq-catholics-fr-james-martin-says/" TargetMode="External"/><Relationship Id="rId15" Type="http://schemas.openxmlformats.org/officeDocument/2006/relationships/hyperlink" Target="https://thefordhamram.com/news/jesuit-spiritual-dialogue-discusses-being-que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