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Vibrators: Top Picks for Solo Play and Partner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discovering vibrators built for queer women that blend thoughtful design, powerful motors and partner-friendly features; here’s a lively, practical guide to the best lesbian vibrators for clitoral, finger and couple play , what they feel like, who they suit and how to choose the right one.</w:t>
      </w:r>
      <w:r/>
    </w:p>
    <w:p>
      <w:r/>
      <w:r>
        <w:t>Essential Takeaways</w:t>
      </w:r>
      <w:r/>
      <w:r/>
    </w:p>
    <w:p>
      <w:pPr>
        <w:pStyle w:val="ListBullet"/>
        <w:spacing w:line="240" w:lineRule="auto"/>
        <w:ind w:left="720"/>
      </w:pPr>
      <w:r/>
      <w:r>
        <w:rPr>
          <w:b/>
        </w:rPr>
        <w:t>Clitoral power:</w:t>
      </w:r>
      <w:r>
        <w:t xml:space="preserve"> Air-pulse and sonic toys deliver whole-clit sensation without pressure, great if you want something different from a standard buzzy vibe. </w:t>
      </w:r>
      <w:r/>
    </w:p>
    <w:p>
      <w:pPr>
        <w:pStyle w:val="ListBullet"/>
        <w:spacing w:line="240" w:lineRule="auto"/>
        <w:ind w:left="720"/>
      </w:pPr>
      <w:r/>
      <w:r>
        <w:rPr>
          <w:b/>
        </w:rPr>
        <w:t>Hands-on control:</w:t>
      </w:r>
      <w:r>
        <w:t xml:space="preserve"> Finger vibrators keep your touch front and centre , lightweight, secure and ideal for shared exploration. </w:t>
      </w:r>
      <w:r/>
    </w:p>
    <w:p>
      <w:pPr>
        <w:pStyle w:val="ListBullet"/>
        <w:spacing w:line="240" w:lineRule="auto"/>
        <w:ind w:left="720"/>
      </w:pPr>
      <w:r/>
      <w:r>
        <w:rPr>
          <w:b/>
        </w:rPr>
        <w:t>Couples-ready:</w:t>
      </w:r>
      <w:r>
        <w:t xml:space="preserve"> Wearables and compact bullets are built to be passed around, used during sex, or controlled remotely for long-distance play. </w:t>
      </w:r>
      <w:r/>
    </w:p>
    <w:p>
      <w:pPr>
        <w:pStyle w:val="ListBullet"/>
        <w:spacing w:line="240" w:lineRule="auto"/>
        <w:ind w:left="720"/>
      </w:pPr>
      <w:r/>
      <w:r>
        <w:rPr>
          <w:b/>
        </w:rPr>
        <w:t>Materials matter:</w:t>
      </w:r>
      <w:r>
        <w:t xml:space="preserve"> Look for body-safe silicone, waterproofing for bath play, and rechargeable batteries , USB-C is increasingly common. </w:t>
      </w:r>
      <w:r/>
    </w:p>
    <w:p>
      <w:pPr>
        <w:pStyle w:val="ListBullet"/>
        <w:spacing w:line="240" w:lineRule="auto"/>
        <w:ind w:left="720"/>
      </w:pPr>
      <w:r/>
      <w:r>
        <w:rPr>
          <w:b/>
        </w:rPr>
        <w:t>Budget to splurge:</w:t>
      </w:r>
      <w:r>
        <w:t xml:space="preserve"> There’s a clear ladder from cheap, discreet bullets to multi-motor sonic splurges; match your choice to experience and appetite for experimentation.</w:t>
      </w:r>
      <w:r/>
      <w:r/>
    </w:p>
    <w:p>
      <w:pPr>
        <w:pStyle w:val="Heading2"/>
      </w:pPr>
      <w:r>
        <w:t>Why air-pulse toys are the clitoral game-changers</w:t>
      </w:r>
      <w:r/>
    </w:p>
    <w:p>
      <w:r/>
      <w:r>
        <w:t>Air-pulse and sonic toys feel less like a single-point buzz and more like the whole clitoris is being coaxed awake; the sensation can be soft and teasing or intense and all-consuming, depending on the model. These toys tend to be sealed, waterproof and quiet enough for shared spaces, and they’re brilliant if you find direct pressure uncomfortable. According to industry round-ups and reviews, the trick is the mouth shape and motor power , a wider opening spreads sensation, while a targeted nozzle gives more bite. If you’re trying one for the first time, start at the lowest setting and add a touch of water-based lube to get a better seal.</w:t>
      </w:r>
      <w:r/>
    </w:p>
    <w:p>
      <w:pPr>
        <w:pStyle w:val="Heading2"/>
      </w:pPr>
      <w:r>
        <w:t>Wands and broad stimulators: the workhorses partners reach for</w:t>
      </w:r>
      <w:r/>
    </w:p>
    <w:p>
      <w:r/>
      <w:r>
        <w:t>Wands give you broad, rumbly vibration that’s forgiving to use on a partner , no laser aim required, just a steady hand. They’re excellent for external work during partnered sex or massage-style play, and many modern wands are rechargeable and waterproof, which is a nice quality-of-life upgrade. If you plan to use a toy on a partner who likes slower, deeper sensation, choose a wand with a strong low-frequency motor rather than something that only squeals at high speed. For longevity, check for a generous warranty and a comfortable handle that won’t leave your wrist aching mid-session.</w:t>
      </w:r>
      <w:r/>
    </w:p>
    <w:p>
      <w:pPr>
        <w:pStyle w:val="Heading2"/>
      </w:pPr>
      <w:r>
        <w:t>Finger vibes: keep your touch, add the buzz</w:t>
      </w:r>
      <w:r/>
    </w:p>
    <w:p>
      <w:r/>
      <w:r>
        <w:t>Finger vibrators are perfect when you don’t want to give up the nuance of your own fingers but fancy an upgrade in oomph. They come in eco-friendly materials and biodegradable options for the conscious buyer, or simple, wallet-friendly lipstick-size bullets for spontaneity. The benefits are obvious: control, precision, and the ability to combine manual moves with vibration. When choosing, think about fit , a secure fin keeps the toy in place , and texture; a tiny seam can be softened with a little lube. For newbies, a compact, single-button vibe with a few power options is the easiest to master.</w:t>
      </w:r>
      <w:r/>
    </w:p>
    <w:p>
      <w:pPr>
        <w:pStyle w:val="Heading2"/>
      </w:pPr>
      <w:r>
        <w:t>Toys made to share: wearables, couples toys and remote play</w:t>
      </w:r>
      <w:r/>
    </w:p>
    <w:p>
      <w:r/>
      <w:r>
        <w:t>Some vibrators are genuinely better with a partner. Wearables that sit during sex, small external vibes that clip in place, or suction toys designed to nestle between bodies change the dynamics without stopping the flow. App-enabled models let you hand control over to a partner across the room or around the world, which can be a playful intimacy boost. If you want something discreet during intercourse, choose slim, ergonomically shaped devices designed to move with you rather than fall out of the moment. Battery life and app reliability are practical things to check , nothing kills a mood like a mid-session disconnect.</w:t>
      </w:r>
      <w:r/>
    </w:p>
    <w:p>
      <w:pPr>
        <w:pStyle w:val="Heading2"/>
      </w:pPr>
      <w:r>
        <w:t>Small bullets and travel-friendly picks that pack a punch</w:t>
      </w:r>
      <w:r/>
    </w:p>
    <w:p>
      <w:r/>
      <w:r>
        <w:t>Not every great toy needs to be elaborate. Tiny bullets and lipstick vibes are the unsung heroes of quick sessions, travel, and slipping into a bedside drawer. They’re the easiest to hand between partners and often the cheapest way to discover what you actually like. Look for USB rechargeables, waterproof ratings for shower use, and a firm motor , size can be deceptive. For first-timers or budget-conscious buyers, a compact model with a tapered tip gives surprising precision and can become a staple in shared play.</w:t>
      </w:r>
      <w:r/>
    </w:p>
    <w:p>
      <w:pPr>
        <w:pStyle w:val="Heading2"/>
      </w:pPr>
      <w:r>
        <w:t>Buying tips and care: match the toy to how you play</w:t>
      </w:r>
      <w:r/>
    </w:p>
    <w:p>
      <w:r/>
      <w:r>
        <w:t>Think about how you want to use the toy: solo A-to-B sessions, integrated during sex, or as part of partnered play. Pick medical-grade silicone for body safety, choose waterproof for bath and shower versatility, and prefer rechargeable models unless you love the portability of disposables. Keep a small pouch or a clean case for storage, wash before and after use with warm water and a gentle toy cleaner, and never mix silicone lube with silicone toys. If you’re trying app-enabled toys, read privacy policies , remote play should feel fun, not vulnerable.</w:t>
      </w:r>
      <w:r/>
    </w:p>
    <w:p>
      <w:r/>
      <w:r>
        <w:t>It's a small change that can make every session feel more tuned to you and your partner.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3">
        <w:r>
          <w:rPr>
            <w:color w:val="0000EE"/>
            <w:u w:val="single"/>
          </w:rPr>
          <w:t>[4]</w:t>
        </w:r>
      </w:hyperlink>
      <w:r>
        <w:t xml:space="preserve">, </w:t>
      </w:r>
      <w:hyperlink r:id="rId10">
        <w:r>
          <w:rPr>
            <w:color w:val="0000EE"/>
            <w:u w:val="single"/>
          </w:rPr>
          <w:t>[2]</w:t>
        </w:r>
      </w:hyperlink>
      <w:r>
        <w:t xml:space="preserve">- Paragraph 6: </w:t>
      </w:r>
      <w:hyperlink r:id="rId14">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https://nonchalantmagazine.com/the-best-lesbian-vibrators/</w:t>
        </w:r>
      </w:hyperlink>
      <w:r>
        <w:t xml:space="preserve"> - Please view link - unable to able to access data</w:t>
      </w:r>
      <w:r/>
    </w:p>
    <w:p>
      <w:pPr>
        <w:pStyle w:val="ListNumber"/>
        <w:spacing w:line="240" w:lineRule="auto"/>
        <w:ind w:left="720"/>
      </w:pPr>
      <w:r/>
      <w:hyperlink r:id="rId10">
        <w:r>
          <w:rPr>
            <w:color w:val="0000EE"/>
            <w:u w:val="single"/>
          </w:rPr>
          <w:t>https://www.womanandhome.com/health-wellbeing/sex/best-vibrator/</w:t>
        </w:r>
      </w:hyperlink>
      <w:r>
        <w:t xml:space="preserve"> - This comprehensive guide by the Woman &amp; Home Health Team reviews and ranks the best vibrators in 2026, highlighting top performers across categories like clitoral, bullet, rabbit, and couple-friendly vibrators. The selection process involved expert testing and consultation with a sexologist, assessing factors like material, design ergonomics, vibration patterns, noise levels, waterproofing, charging time, and real-user experience. The standout pick for clitoral stimulation is the Satisfyer Pro 2 Generation 3, praised for its Liquid Air and Air Pulse technologies. For those seeking something more compact, the Smile Makers' Poet offers customizable fit and intuitive control. Premium options like LELO’s Ora 3 and Dot deliver targeted stimulation with sleek, ergonomic designs. The We-Vibe Sync 2 shines as a couple’s choice, enabling remote-controlled dual stimulation. Meanwhile, rabbit vibrators like the Smile Makers' The Artist, LELO Enigma Double Sonic, and LELO Ina Wave 2 deliver intense blended orgasms with dual internal and external stimulation. Budget-friendly bullet vibrators include options from Durex, Lovehoney, and Doxy, balancing performance with discretion and portability. Overall, the guide offers a diverse range of recommendations to suit different preferences, experience levels, and budgets. (</w:t>
      </w:r>
      <w:hyperlink r:id="rId15">
        <w:r>
          <w:rPr>
            <w:color w:val="0000EE"/>
            <w:u w:val="single"/>
          </w:rPr>
          <w:t>womanandhome.com</w:t>
        </w:r>
      </w:hyperlink>
      <w:r>
        <w:t>)</w:t>
      </w:r>
      <w:r/>
    </w:p>
    <w:p>
      <w:pPr>
        <w:pStyle w:val="ListNumber"/>
        <w:spacing w:line="240" w:lineRule="auto"/>
        <w:ind w:left="720"/>
      </w:pPr>
      <w:r/>
      <w:hyperlink r:id="rId14">
        <w:r>
          <w:rPr>
            <w:color w:val="0000EE"/>
            <w:u w:val="single"/>
          </w:rPr>
          <w:t>https://www.womanandhome.com/health-wellbeing/sex/best-rabbit-vibrators/</w:t>
        </w:r>
      </w:hyperlink>
      <w:r>
        <w:t xml:space="preserve"> - The article from Woman &amp; Home, dated July 20, 2026, provides a comprehensive guide to the best rabbit vibrators on the market, tested by a panel of users. Rabbit vibrators, known for their dual stimulation capabilities (internal G-spot and external clitoral), have evolved significantly since their 1980s debut and 1990s fame. The guide features a wide range of products, from beginner-friendly to luxury and innovative options, highlighting factors like size, design, materials, vibration patterns, battery life, and ease of use. Top picks include: Smile Makers The Artist (Best Overall): Praised for its soft silicone, blended orgasms, and design. Satisfyer Magic Bunny (Most Powerful): Ideal for intense stimulation with 12 vibration modes. So Divine Pearl Mini (Best Small): Compact and travel-friendly, great for beginners. Happy Rabbit Mini Ears (Best Clitoral Focus): Focuses solely on external vibration using rabbit ears. Lovehoney BASICS (Best for Beginners): Simple design, affordability, and effectiveness. We-Vibe Nova 2 (Best Tech): App-controlled with constant clitoral contact. Womanizer Blend (Best for Suction Clitoral Stimulation): Combines suction tech and G-spot vibrations. Lelo Soraya 2 &amp; Ina Wave 3 (Luxury Choices): Noted for premium materials, flexibility, and quiet operation. The article closes by advising users to choose based on their familiarity with rabbit vibrators, preferred intensity levels, and type of stimulation desired. (</w:t>
      </w:r>
      <w:hyperlink r:id="rId16">
        <w:r>
          <w:rPr>
            <w:color w:val="0000EE"/>
            <w:u w:val="single"/>
          </w:rPr>
          <w:t>womanandhome.com</w:t>
        </w:r>
      </w:hyperlink>
      <w:r>
        <w:t>)</w:t>
      </w:r>
      <w:r/>
    </w:p>
    <w:p>
      <w:pPr>
        <w:pStyle w:val="ListNumber"/>
        <w:spacing w:line="240" w:lineRule="auto"/>
        <w:ind w:left="720"/>
      </w:pPr>
      <w:r/>
      <w:hyperlink r:id="rId13">
        <w:r>
          <w:rPr>
            <w:color w:val="0000EE"/>
            <w:u w:val="single"/>
          </w:rPr>
          <w:t>https://www.womanandhome.com/health-wellbeing/sex/best-bullet-vibrators/</w:t>
        </w:r>
      </w:hyperlink>
      <w:r>
        <w:t xml:space="preserve"> - This comprehensive guide from Woman &amp; Home reviews the 11 best bullet vibrators for 2026, focusing on power, size, material, functionality, and suitability for beginners and experienced users alike. The Lovehoney Ignite 20 Function Bullet Vibrator stands out as the best overall, praised for its powerful vibrations, affordability, and smooth silicone design. The Lovehoney Magic Bullet is a top budget pick, while the Je Joue G-Spot and We-Vibe Tango X offer more premium, dual-stimulation experiences. For quiet use, Smile Makers’ The Surfer is highlighted, while the Durex Intense Delight Bullet is ideal for beginners due to its simplicity. The Ann Summers Power Bullet is noted for its upgraded features, and the compact Lovehoney Glow Up is perfect for discreet use. Unique standouts include the aluminum Love Not War Maya, the remotely controlled Svakom Neo, and the alternative-shaped Dame Pom for broader clitoral stimulation. The guide also includes expert insights on choosing, using, and the health benefits of bullet vibrators, emphasizing their compact, discreet nature, ease of use, and compatibility as sensual foreplay tools. Most are recommended for external stimulation with safety reminders against internal use unless specifically designed for it. (</w:t>
      </w:r>
      <w:hyperlink r:id="rId17">
        <w:r>
          <w:rPr>
            <w:color w:val="0000EE"/>
            <w:u w:val="single"/>
          </w:rPr>
          <w:t>womanandhome.com</w:t>
        </w:r>
      </w:hyperlink>
      <w:r>
        <w:t>)</w:t>
      </w:r>
      <w:r/>
    </w:p>
    <w:p>
      <w:pPr>
        <w:pStyle w:val="ListNumber"/>
        <w:spacing w:line="240" w:lineRule="auto"/>
        <w:ind w:left="720"/>
      </w:pPr>
      <w:r/>
      <w:hyperlink r:id="rId11">
        <w:r>
          <w:rPr>
            <w:color w:val="0000EE"/>
            <w:u w:val="single"/>
          </w:rPr>
          <w:t>https://www.womanandhome.com/health-wellbeing/lesbian-sex-toys/</w:t>
        </w:r>
      </w:hyperlink>
      <w:r>
        <w:t xml:space="preserve"> - This comprehensive guide from Woman &amp; Home offers an expert-tested list of 14 lesbian sex toys, spanning vibrators, dildos, harnesses, and support accessories tailored for same-sex couples. The article is curated by a sex-positive lesbian reviewer and her partner, with additional insights from sex educators. Each toy is tested for comfort, effectiveness, and versatility. Top-rated items include precision vibrators like the LELO Dot with elliptical motion, wand vibrators like the LELO Smart Wand 2 for broader stimulation, and wearable, hands-free options such as the Dame EVA II. Harnesses such as the SpareParts Joque and Lovehoney Harness Briefs are reviewed for fit, adjustability, and discreetness. Dildo options range from beginner-friendly like Lovehoney BASICS to luxury G-spot stimulators like the Le Wand Bow. There are also dual-function toys like the Strap-On-Me Remote-Control Vibrating Strapless Strap-On and the ergonomically supportive Dame Pillo. The guide also includes advice on selecting the right strap-on and emphasizes investing in quality, body-safe materials. Regardless of sexual identity, it encourages readers to explore toys that match their comfort and pleasure preferences. (</w:t>
      </w:r>
      <w:hyperlink r:id="rId18">
        <w:r>
          <w:rPr>
            <w:color w:val="0000EE"/>
            <w:u w:val="single"/>
          </w:rPr>
          <w:t>womanandhome.com</w:t>
        </w:r>
      </w:hyperlink>
      <w:r>
        <w:t>)</w:t>
      </w:r>
      <w:r/>
    </w:p>
    <w:p>
      <w:pPr>
        <w:pStyle w:val="ListNumber"/>
        <w:spacing w:line="240" w:lineRule="auto"/>
        <w:ind w:left="720"/>
      </w:pPr>
      <w:r/>
      <w:hyperlink r:id="rId12">
        <w:r>
          <w:rPr>
            <w:color w:val="0000EE"/>
            <w:u w:val="single"/>
          </w:rPr>
          <w:t>https://www.lovense.com/sex-blog/sex-toys/top-rated-lesbian-vibrator-reviews</w:t>
        </w:r>
      </w:hyperlink>
      <w:r>
        <w:t xml:space="preserve"> - This article provides a curated list of top-rated vibrators for lesbian women, catering to various needs, budgets, and play styles. The selection includes: Best Budget Pick: TENGA iroha mini – A discreet, soft-touch, palm-sized vibrator ideal for travel and beginners, though with limited vibration power and non-rechargeable batteries. Best for Beginners: We-Vibe Tango X – A compact, lipstick-sized vibrator offering strong clitoral stimulation, waterproof and rechargeable, with multiple vibration settings. Best for Public Play: Lovense Ferri – A magnetic panty vibrator delivering deep, rumbly vibrations, app-controlled for customizable patterns, suitable for discreet public play. Best for Long-Distance Play: Lovense Lush 4 – A powerful vibrator providing deep G-spot and clitoral stimulation, app-controlled for long-distance play, quiet and body-safe. Best Strapless Strap-On: Lovense Lapis – 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nchalantmagazine.com/the-best-lesbian-vibrators/" TargetMode="External"/><Relationship Id="rId10" Type="http://schemas.openxmlformats.org/officeDocument/2006/relationships/hyperlink" Target="https://www.womanandhome.com/health-wellbeing/sex/best-vibrator/" TargetMode="External"/><Relationship Id="rId11" Type="http://schemas.openxmlformats.org/officeDocument/2006/relationships/hyperlink" Target="https://www.womanandhome.com/health-wellbeing/lesbian-sex-toys/" TargetMode="External"/><Relationship Id="rId12" Type="http://schemas.openxmlformats.org/officeDocument/2006/relationships/hyperlink" Target="https://www.lovense.com/sex-blog/sex-toys/top-rated-lesbian-vibrator-reviews" TargetMode="External"/><Relationship Id="rId13" Type="http://schemas.openxmlformats.org/officeDocument/2006/relationships/hyperlink" Target="https://www.womanandhome.com/health-wellbeing/sex/best-bullet-vibrators/" TargetMode="External"/><Relationship Id="rId14" Type="http://schemas.openxmlformats.org/officeDocument/2006/relationships/hyperlink" Target="https://www.womanandhome.com/health-wellbeing/sex/best-rabbit-vibrators/" TargetMode="External"/><Relationship Id="rId15" Type="http://schemas.openxmlformats.org/officeDocument/2006/relationships/hyperlink" Target="https://www.womanandhome.com/health-wellbeing/sex/best-vibrator/?utm_source=openai" TargetMode="External"/><Relationship Id="rId16" Type="http://schemas.openxmlformats.org/officeDocument/2006/relationships/hyperlink" Target="https://www.womanandhome.com/health-wellbeing/sex/best-rabbit-vibrators/?utm_source=openai" TargetMode="External"/><Relationship Id="rId17" Type="http://schemas.openxmlformats.org/officeDocument/2006/relationships/hyperlink" Target="https://www.womanandhome.com/health-wellbeing/sex/best-bullet-vibrators/?utm_source=openai" TargetMode="External"/><Relationship Id="rId18" Type="http://schemas.openxmlformats.org/officeDocument/2006/relationships/hyperlink" Target="https://www.womanandhome.com/health-wellbeing/lesbian-sex-toy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