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Library Day in Brooklyn: What to Expect at the Inaugural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community organisers are gathering for the Brooklyn Public Library’s inaugural Lesbian Library Day, a free, day‑long celebration at Grand Army Plaza that spotlights lesbian and queer culture with author talks, workshops, a resource fair and hands‑on activities, perfect for anyone curious about sapphic spaces and local history.</w:t>
      </w:r>
      <w:r/>
    </w:p>
    <w:p>
      <w:r/>
      <w:r>
        <w:t>Essential Takeaways</w:t>
      </w:r>
      <w:r/>
      <w:r/>
    </w:p>
    <w:p>
      <w:pPr>
        <w:pStyle w:val="ListBullet"/>
        <w:spacing w:line="240" w:lineRule="auto"/>
        <w:ind w:left="720"/>
      </w:pPr>
      <w:r/>
      <w:r>
        <w:rPr>
          <w:b/>
        </w:rPr>
        <w:t>Free and open:</w:t>
      </w:r>
      <w:r>
        <w:t xml:space="preserve"> The event at Brooklyn Public Library’s Central Library is free and welcomes all ages and identities.</w:t>
      </w:r>
      <w:r/>
    </w:p>
    <w:p>
      <w:pPr>
        <w:pStyle w:val="ListBullet"/>
        <w:spacing w:line="240" w:lineRule="auto"/>
        <w:ind w:left="720"/>
      </w:pPr>
      <w:r/>
      <w:r>
        <w:rPr>
          <w:b/>
        </w:rPr>
        <w:t>Headline conversation:</w:t>
      </w:r>
      <w:r>
        <w:t xml:space="preserve"> Rachel Karp, author and podcaster, joins Niike Alleyne of The Bush for a live discussion on lesbian bars and community.</w:t>
      </w:r>
      <w:r/>
    </w:p>
    <w:p>
      <w:pPr>
        <w:pStyle w:val="ListBullet"/>
        <w:spacing w:line="240" w:lineRule="auto"/>
        <w:ind w:left="720"/>
      </w:pPr>
      <w:r/>
      <w:r>
        <w:rPr>
          <w:b/>
        </w:rPr>
        <w:t>Hands‑on offerings:</w:t>
      </w:r>
      <w:r>
        <w:t xml:space="preserve"> Expect workshops, games, crafts and a resource fair, activities that feel warm, social and creative.</w:t>
      </w:r>
      <w:r/>
    </w:p>
    <w:p>
      <w:pPr>
        <w:pStyle w:val="ListBullet"/>
        <w:spacing w:line="240" w:lineRule="auto"/>
        <w:ind w:left="720"/>
      </w:pPr>
      <w:r/>
      <w:r>
        <w:rPr>
          <w:b/>
        </w:rPr>
        <w:t>Focus on community:</w:t>
      </w:r>
      <w:r>
        <w:t xml:space="preserve"> The day is designed to support, educate and connect Brooklyn’s lesbian and queer communities.</w:t>
      </w:r>
      <w:r/>
    </w:p>
    <w:p>
      <w:pPr>
        <w:pStyle w:val="ListBullet"/>
        <w:spacing w:line="240" w:lineRule="auto"/>
        <w:ind w:left="720"/>
      </w:pPr>
      <w:r/>
      <w:r>
        <w:rPr>
          <w:b/>
        </w:rPr>
        <w:t>Library backing:</w:t>
      </w:r>
      <w:r>
        <w:t xml:space="preserve"> The BPL’s LGBTQ+ programming and broader events series provide the organisational backbone and context.</w:t>
      </w:r>
      <w:r/>
      <w:r/>
    </w:p>
    <w:p>
      <w:pPr>
        <w:pStyle w:val="Heading2"/>
      </w:pPr>
      <w:r>
        <w:t>Why the Brooklyn Public Library is hosting Lesbian Library Day</w:t>
      </w:r>
      <w:r/>
    </w:p>
    <w:p>
      <w:r/>
      <w:r>
        <w:t>Libraries have always been more than shelves; they’re civic living rooms with a human feel, soft lighting, the faint rustle of pages, and conversations that linger. The Brooklyn Public Library is leaning into that role by staging an event dedicated to lesbian culture and community. According to the library’s ongoing LGBTQ programming, this is an extension of efforts to centre queer voices and resources in public spaces.</w:t>
      </w:r>
      <w:r/>
    </w:p>
    <w:p>
      <w:r/>
      <w:r>
        <w:t>It matters because public libraries are accessible meeting grounds, and this event brings together authors, activists and small businesses to a single, walkable hub. If you’ve ever wanted to talk about the history of lesbian bars or discover local support services, this is the kind of afternoon that sparks conversations and connections.</w:t>
      </w:r>
      <w:r/>
    </w:p>
    <w:p>
      <w:pPr>
        <w:pStyle w:val="Heading2"/>
      </w:pPr>
      <w:r>
        <w:t>The conversation to watch: Rachel Karp and Niike Alleyne</w:t>
      </w:r>
      <w:r/>
    </w:p>
    <w:p>
      <w:r/>
      <w:r>
        <w:t>The day’s highlight is a conversation between Rachel Karp, whose book and podcast explore lesbian nightlife and history, and Niike Alleyne, co‑owner of The Bush in Bushwick. Karp will share stories from her tours of lesbian bars, while Alleyne brings a first‑hand perspective on running one of Brooklyn’s longstanding queer spaces.</w:t>
      </w:r>
      <w:r/>
    </w:p>
    <w:p>
      <w:r/>
      <w:r>
        <w:t>For attendees, that means a blend of oral history, cultural commentary and practical insight about preserving queer places. If you care about where community happens, bars, bookstores, resource centres, this discussion will feel like sitting in on a living archive.</w:t>
      </w:r>
      <w:r/>
    </w:p>
    <w:p>
      <w:pPr>
        <w:pStyle w:val="Heading2"/>
      </w:pPr>
      <w:r>
        <w:t>What you’ll actually do: workshops, crafts and the resource fair</w:t>
      </w:r>
      <w:r/>
    </w:p>
    <w:p>
      <w:r/>
      <w:r>
        <w:t>Expect more than panels. The programme includes workshops aimed at skill‑sharing and empowerment, crafts that invite a tactile, social experience, and a resource fair where local organisations set up tables and meet people face‑to‑face. The vibe should be approachable: hands‑on, chatty and useful.</w:t>
      </w:r>
      <w:r/>
    </w:p>
    <w:p>
      <w:r/>
      <w:r>
        <w:t>Practical tip: arrive early for the resource fair if you’re hoping to speak with specific organisations, and bring a tote for flyers and zines. Many booths will offer printed resources and local referrals you’ll want to keep.</w:t>
      </w:r>
      <w:r/>
    </w:p>
    <w:p>
      <w:pPr>
        <w:pStyle w:val="Heading2"/>
      </w:pPr>
      <w:r>
        <w:t>How this fits into BPL’s wider LGBTQ programming</w:t>
      </w:r>
      <w:r/>
    </w:p>
    <w:p>
      <w:r/>
      <w:r>
        <w:t>This Lesbian Library Day isn’t a one‑off in spirit; it’s part of the Brooklyn Public Library’s broader LGBTQ series and community initiatives. The library has been expanding programmes that celebrate queer literature, history and activism, making this day both a celebration and a strategic investment in inclusion.</w:t>
      </w:r>
      <w:r/>
    </w:p>
    <w:p>
      <w:r/>
      <w:r>
        <w:t>That continuity matters: when public institutions keep showing up for marginalised communities, events become stepping stones to lasting support rather than single, performative moments.</w:t>
      </w:r>
      <w:r/>
    </w:p>
    <w:p>
      <w:pPr>
        <w:pStyle w:val="Heading2"/>
      </w:pPr>
      <w:r>
        <w:t>Who should go and how to make the most of it</w:t>
      </w:r>
      <w:r/>
    </w:p>
    <w:p>
      <w:r/>
      <w:r>
        <w:t>Come if you’re curious about lesbian and queer culture, want to meet local organisers, or enjoy author talks and craft tables. Families are welcome, and the format is designed to be low‑pressure and social.</w:t>
      </w:r>
      <w:r/>
    </w:p>
    <w:p>
      <w:r/>
      <w:r>
        <w:t>To make the most of the day, map out the schedule ahead of time, flag the Rachel Karp and Niike Alleyne conversation, and leave room for serendipity, half the joy will be meeting people and finding zines, flyers and new local spots you didn’t know existed.</w:t>
      </w:r>
      <w:r/>
    </w:p>
    <w:p>
      <w:r/>
      <w:r>
        <w:t>It's a small, public celebration that can help keep sapphic culture visible and thriving locally.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https://brooklyneagle.com/406176/inaugural-lesbian-library-day-commences-at-bpl-saturday/</w:t>
        </w:r>
      </w:hyperlink>
      <w:r>
        <w:t xml:space="preserve"> - Please view link - unable to able to access data</w:t>
      </w:r>
      <w:r/>
    </w:p>
    <w:p>
      <w:pPr>
        <w:pStyle w:val="ListNumber"/>
        <w:spacing w:line="240" w:lineRule="auto"/>
        <w:ind w:left="720"/>
      </w:pPr>
      <w:r/>
      <w:hyperlink r:id="rId10">
        <w:r>
          <w:rPr>
            <w:color w:val="0000EE"/>
            <w:u w:val="single"/>
          </w:rPr>
          <w:t>https://www.bklynlibrary.org/lgbtq</w:t>
        </w:r>
      </w:hyperlink>
      <w:r>
        <w:t xml:space="preserve"> - The Brooklyn Public Library (BPL) offers a dedicated LGBTQ+ section, providing resources and support for the community. This includes a variety of materials and services tailored to the needs of LGBTQ+ individuals, fostering an inclusive environment within the library system.</w:t>
      </w:r>
      <w:r/>
    </w:p>
    <w:p>
      <w:pPr>
        <w:pStyle w:val="ListNumber"/>
        <w:spacing w:line="240" w:lineRule="auto"/>
        <w:ind w:left="720"/>
      </w:pPr>
      <w:r/>
      <w:hyperlink r:id="rId11">
        <w:r>
          <w:rPr>
            <w:color w:val="0000EE"/>
            <w:u w:val="single"/>
          </w:rPr>
          <w:t>https://www.bklynlibrary.org/event-series/lgbtq-pride-month</w:t>
        </w:r>
      </w:hyperlink>
      <w:r>
        <w:t xml:space="preserve"> - BPL celebrates LGBTQIA+ Pride Month with a series of events and resources. These initiatives aim to support and unite Brooklyn’s lesbian and queer culture through community building and educational events, including author talks, workshops, and resource fairs.</w:t>
      </w:r>
      <w:r/>
    </w:p>
    <w:p>
      <w:pPr>
        <w:pStyle w:val="ListNumber"/>
        <w:spacing w:line="240" w:lineRule="auto"/>
        <w:ind w:left="720"/>
      </w:pPr>
      <w:r/>
      <w:hyperlink r:id="rId12">
        <w:r>
          <w:rPr>
            <w:color w:val="0000EE"/>
            <w:u w:val="single"/>
          </w:rPr>
          <w:t>https://www.bklynlibrary.org/bpl-presents</w:t>
        </w:r>
      </w:hyperlink>
      <w:r>
        <w:t xml:space="preserve"> - BPL Presents is the library's curated cultural program, featuring arts and culture offerings such as author talks, live performances, music, film, and visual art exhibitions. These events explore critical issues of our time in Brooklyn and beyond, fostering community engagement and cultural enrichment.</w:t>
      </w:r>
      <w:r/>
    </w:p>
    <w:p>
      <w:pPr>
        <w:pStyle w:val="ListNumber"/>
        <w:spacing w:line="240" w:lineRule="auto"/>
        <w:ind w:left="720"/>
      </w:pPr>
      <w:r/>
      <w:hyperlink r:id="rId15">
        <w:r>
          <w:rPr>
            <w:color w:val="0000EE"/>
            <w:u w:val="single"/>
          </w:rPr>
          <w:t>https://www.bklynlibrary.org/media/press/brooklyn-public-library-61</w:t>
        </w:r>
      </w:hyperlink>
      <w:r>
        <w:t xml:space="preserve"> - In July 2020, BPL announced its arts and cultural programming through September 2020, including virtual author talks, live-streamed theater performances, and projections of music and images on the façade of Central Library. These initiatives aimed to provide access to diverse voices and support the community during the pandemic.</w:t>
      </w:r>
      <w:r/>
    </w:p>
    <w:p>
      <w:pPr>
        <w:pStyle w:val="ListNumber"/>
        <w:spacing w:line="240" w:lineRule="auto"/>
        <w:ind w:left="720"/>
      </w:pPr>
      <w:r/>
      <w:hyperlink r:id="rId13">
        <w:r>
          <w:rPr>
            <w:color w:val="0000EE"/>
            <w:u w:val="single"/>
          </w:rPr>
          <w:t>https://visualaids.org/events/detail/powerful-and-dangerous-the-work-and-legacy-of-audre-lorde-with-the-alice-austen-house</w:t>
        </w:r>
      </w:hyperlink>
      <w:r>
        <w:t xml:space="preserve"> - In August 2020, Visual AIDS hosted a panel discussion titled 'Powerful and Dangerous: The Work and Legacy of Audre Lorde with the Alice Austen House.' The event examined Lorde's life and work, highlighting her influence and the significance of her contributions to literature and activism.</w:t>
      </w:r>
      <w:r/>
    </w:p>
    <w:p>
      <w:pPr>
        <w:pStyle w:val="ListNumber"/>
        <w:spacing w:line="240" w:lineRule="auto"/>
        <w:ind w:left="720"/>
      </w:pPr>
      <w:r/>
      <w:hyperlink r:id="rId14">
        <w:r>
          <w:rPr>
            <w:color w:val="0000EE"/>
            <w:u w:val="single"/>
          </w:rPr>
          <w:t>https://www.cbsnews.com/newyork/news/books-unbanned-brooklyn-public-library/</w:t>
        </w:r>
      </w:hyperlink>
      <w:r>
        <w:t xml:space="preserve"> - In September 2022, CBS News reported on BPL's 'Books Unbanned' program, which aimed to provide young people with access to censored literature. The initiative was a response to efforts to remove controversial titles from library shelves, particularly those addressing LGBTQ issues and authored by people of colour.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rooklyneagle.com/406176/inaugural-lesbian-library-day-commences-at-bpl-saturday/" TargetMode="External"/><Relationship Id="rId10" Type="http://schemas.openxmlformats.org/officeDocument/2006/relationships/hyperlink" Target="https://www.bklynlibrary.org/lgbtq" TargetMode="External"/><Relationship Id="rId11" Type="http://schemas.openxmlformats.org/officeDocument/2006/relationships/hyperlink" Target="https://www.bklynlibrary.org/event-series/lgbtq-pride-month" TargetMode="External"/><Relationship Id="rId12" Type="http://schemas.openxmlformats.org/officeDocument/2006/relationships/hyperlink" Target="https://www.bklynlibrary.org/bpl-presents" TargetMode="External"/><Relationship Id="rId13" Type="http://schemas.openxmlformats.org/officeDocument/2006/relationships/hyperlink" Target="https://visualaids.org/events/detail/powerful-and-dangerous-the-work-and-legacy-of-audre-lorde-with-the-alice-austen-house" TargetMode="External"/><Relationship Id="rId14" Type="http://schemas.openxmlformats.org/officeDocument/2006/relationships/hyperlink" Target="https://www.cbsnews.com/newyork/news/books-unbanned-brooklyn-public-library/" TargetMode="External"/><Relationship Id="rId15" Type="http://schemas.openxmlformats.org/officeDocument/2006/relationships/hyperlink" Target="https://www.bklynlibrary.org/media/press/brooklyn-public-library-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