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Lanarkshire Pride Events to Catch in Hamilton This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are flocking to Hamilton as Lanarkshire Pride returns for its fourth year, bringing a free, family-friendly day of live entertainment, market stalls, speeches and the march that puts LGBTQ+ visibility centre stage. Here's what to expect, who’s performing and why it matters to the community.</w:t>
      </w:r>
      <w:r/>
    </w:p>
    <w:p>
      <w:r/>
      <w:r>
        <w:t>Essential takeaways</w:t>
      </w:r>
      <w:r/>
      <w:r/>
    </w:p>
    <w:p>
      <w:pPr>
        <w:pStyle w:val="ListBullet"/>
        <w:spacing w:line="240" w:lineRule="auto"/>
        <w:ind w:left="720"/>
      </w:pPr>
      <w:r/>
      <w:r>
        <w:rPr>
          <w:b/>
        </w:rPr>
        <w:t>When and where:</w:t>
      </w:r>
      <w:r>
        <w:t xml:space="preserve"> Free event on Quarry Street, Hamilton, Saturday 1 August, 10am–4pm; march forms at 1pm and leaves at 2pm.</w:t>
      </w:r>
      <w:r/>
    </w:p>
    <w:p>
      <w:pPr>
        <w:pStyle w:val="ListBullet"/>
        <w:spacing w:line="240" w:lineRule="auto"/>
        <w:ind w:left="720"/>
      </w:pPr>
      <w:r/>
      <w:r>
        <w:rPr>
          <w:b/>
        </w:rPr>
        <w:t>Headline act:</w:t>
      </w:r>
      <w:r>
        <w:t xml:space="preserve"> Cheryl The Queen, RuPaul’s Drag Race UK alum, will headline with a main-stage set at about 3.15pm.</w:t>
      </w:r>
      <w:r/>
    </w:p>
    <w:p>
      <w:pPr>
        <w:pStyle w:val="ListBullet"/>
        <w:spacing w:line="240" w:lineRule="auto"/>
        <w:ind w:left="720"/>
      </w:pPr>
      <w:r/>
      <w:r>
        <w:rPr>
          <w:b/>
        </w:rPr>
        <w:t>What’s on:</w:t>
      </w:r>
      <w:r>
        <w:t xml:space="preserve"> Live entertainment from 11.30am, outdoor bar, market traders, community info stalls and speeches.</w:t>
      </w:r>
      <w:r/>
    </w:p>
    <w:p>
      <w:pPr>
        <w:pStyle w:val="ListBullet"/>
        <w:spacing w:line="240" w:lineRule="auto"/>
        <w:ind w:left="720"/>
      </w:pPr>
      <w:r/>
      <w:r>
        <w:rPr>
          <w:b/>
        </w:rPr>
        <w:t>Community focus:</w:t>
      </w:r>
      <w:r>
        <w:t xml:space="preserve"> Organised by grassroots Lanarkshire Pride CIC, which runs year-round support through programmes like Pride Connect.</w:t>
      </w:r>
      <w:r/>
    </w:p>
    <w:p>
      <w:pPr>
        <w:pStyle w:val="ListBullet"/>
        <w:spacing w:line="240" w:lineRule="auto"/>
        <w:ind w:left="720"/>
      </w:pPr>
      <w:r/>
      <w:r>
        <w:rPr>
          <w:b/>
        </w:rPr>
        <w:t>Atmosphere:</w:t>
      </w:r>
      <w:r>
        <w:t xml:space="preserve"> Expect colourful, lively crowds, accessible info booths and an inclusive, welcoming vibe.</w:t>
      </w:r>
      <w:r/>
      <w:r/>
    </w:p>
    <w:p>
      <w:pPr>
        <w:pStyle w:val="Heading2"/>
      </w:pPr>
      <w:r>
        <w:t>A bright return to Hamilton , what the day will feel like</w:t>
      </w:r>
      <w:r/>
    </w:p>
    <w:p>
      <w:r/>
      <w:r>
        <w:t>Lanarkshire Pride lands back on Quarry Street with a buzzy, upbeat atmosphere that’s equal parts celebration and community meet-up. The market opens at 10am, with performers warming up from 11.30am, so there’s a steady roll of activity all day. For locals, it’s a chance to see familiar faces, meet local groups and enjoy outdoor stalls while the town hums with colour.</w:t>
      </w:r>
      <w:r/>
    </w:p>
    <w:p>
      <w:r/>
      <w:r>
        <w:t>The event has grown into a true town-centre occasion since it started, and this year’s timing , a full day from morning to late afternoon , gives families, students and shift workers a good window to join in. Bring sun cream, a reusable cup and a smile; your dog’s nose will tell you where the fun smells best.</w:t>
      </w:r>
      <w:r/>
    </w:p>
    <w:p>
      <w:pPr>
        <w:pStyle w:val="Heading2"/>
      </w:pPr>
      <w:r>
        <w:t>Cheryl The Queen: why the headline matters</w:t>
      </w:r>
      <w:r/>
    </w:p>
    <w:p>
      <w:r/>
      <w:r>
        <w:t>Cheryl The Queen, who became widely known through RuPaul’s Drag Race UK, tops this year’s bill and brings a mix of glamour, comedy and polished performance. According to her official profile and online channels, Cheryl tours regularly and has a stage persona that’s confident and crowd-pleasing.</w:t>
      </w:r>
      <w:r/>
    </w:p>
    <w:p>
      <w:r/>
      <w:r>
        <w:t>Booking big-name drag talent for a free community Pride signals that organisers want the day to feel both spectacular and accessible. Expect a lively closing slot once the march returns, and plan to be there for the finale , it’s the kind of set that stitches the day together and leaves people buzzing.</w:t>
      </w:r>
      <w:r/>
    </w:p>
    <w:p>
      <w:pPr>
        <w:pStyle w:val="Heading2"/>
      </w:pPr>
      <w:r>
        <w:t>More than a parade , stalls, support and year-round work</w:t>
      </w:r>
      <w:r/>
    </w:p>
    <w:p>
      <w:r/>
      <w:r>
        <w:t>Lanarkshire Pride CIC isn’t just an events team; organisers say the day amplifies year-round support, including Pride Connect, which offers social and support meet-ups for LGBTQ+ young people and adults. The stalls and information tents are practical as well as celebratory, with local organisations sharing resources on wellbeing, peer support and community activities.</w:t>
      </w:r>
      <w:r/>
    </w:p>
    <w:p>
      <w:r/>
      <w:r>
        <w:t>That combination of party and purpose is a recurring trend in regional Pride events , they’re as much about visibility as they are about services. If you want to make the most of the day, swing by the info stalls early when volunteers aren’t as busy, and pick up leaflets or contacts to follow up later.</w:t>
      </w:r>
      <w:r/>
    </w:p>
    <w:p>
      <w:pPr>
        <w:pStyle w:val="Heading2"/>
      </w:pPr>
      <w:r>
        <w:t>How to plan your visit , practical tips</w:t>
      </w:r>
      <w:r/>
    </w:p>
    <w:p>
      <w:r/>
      <w:r>
        <w:t>Arrive early if you want a front-row spot for the march or to browse the market before crowds peak. The march begins forming at 1pm on Quarry Street and steps off at 2pm, so factor that into travel and meal plans. There’ll be an outdoor bar, but bring water and a jacket in case the weather turns , Scottish summers are famously unpredictable.</w:t>
      </w:r>
      <w:r/>
    </w:p>
    <w:p>
      <w:r/>
      <w:r>
        <w:t>For accessibility, check the event’s official pages for any updates on step-free access or quiet zones. If you’re coming with children, look for family-friendly pockets of the site away from the loudest stages; organisers aim for inclusivity, but it’s always handy to scout a calm spot.</w:t>
      </w:r>
      <w:r/>
    </w:p>
    <w:p>
      <w:pPr>
        <w:pStyle w:val="Heading2"/>
      </w:pPr>
      <w:r>
        <w:t>Why Lanarkshire Pride still matters locally</w:t>
      </w:r>
      <w:r/>
    </w:p>
    <w:p>
      <w:r/>
      <w:r>
        <w:t>This Hamilton event shows how grassroots organising can turn an annual get-together into a sustained community lifeline. Organisers stress that Pride is about visibility and connection , that visibility helps people feel less alone and nudges wider understanding across towns and services. It’s a reminder that even free, street-side events can have real, long-term social impact.</w:t>
      </w:r>
      <w:r/>
    </w:p>
    <w:p>
      <w:r/>
      <w:r>
        <w:t>Expect familiar faces, new neighbours and a day that feels both celebratory and quietly important. If you want to show support, turn up, listen, and pick up a leaflet , small acts add up.</w:t>
      </w:r>
      <w:r/>
    </w:p>
    <w:p>
      <w:r/>
      <w:r>
        <w:t>It's a small change that can make every corner of Lanarkshire feel a bit more connected.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https://www.glasgowlive.co.uk/whats-on/arts-culture-news/lanarkshire-pride-set-take-place-34373465</w:t>
        </w:r>
      </w:hyperlink>
      <w:r>
        <w:t xml:space="preserve"> - Please view link - unable to able to access data</w:t>
      </w:r>
      <w:r/>
    </w:p>
    <w:p>
      <w:pPr>
        <w:pStyle w:val="ListNumber"/>
        <w:spacing w:line="240" w:lineRule="auto"/>
        <w:ind w:left="720"/>
      </w:pPr>
      <w:r/>
      <w:hyperlink r:id="rId10">
        <w:r>
          <w:rPr>
            <w:color w:val="0000EE"/>
            <w:u w:val="single"/>
          </w:rPr>
          <w:t>https://www.whatsonlanarkshire.co.uk/news/2024/03/05/pride-south-lanarkshire-returns-for-2024/</w:t>
        </w:r>
      </w:hyperlink>
      <w:r>
        <w:t xml:space="preserve"> - Pride South Lanarkshire is set to return on 26th and 27th July 2024 in Hamilton town centre. The event will feature Drag at The Townhouse and Drag Bingo Bonanza fundraisers on Friday, followed by the main Pride festival stage with performances and speakers on Saturday. A Pride march through Hamilton Town centre is also planned. The event is organised by Lanarkshire Pride CIC, aiming to empower the LGBTQ+ community and provide a platform within the local area.</w:t>
      </w:r>
      <w:r/>
    </w:p>
    <w:p>
      <w:pPr>
        <w:pStyle w:val="ListNumber"/>
        <w:spacing w:line="240" w:lineRule="auto"/>
        <w:ind w:left="720"/>
      </w:pPr>
      <w:r/>
      <w:hyperlink r:id="rId12">
        <w:r>
          <w:rPr>
            <w:color w:val="0000EE"/>
            <w:u w:val="single"/>
          </w:rPr>
          <w:t>https://cheryldragqueen.com/about</w:t>
        </w:r>
      </w:hyperlink>
      <w:r>
        <w:t xml:space="preserve"> - Cheryl, the self-proclaimed 'Mediocre' queen of Essex, is a prominent drag performer known for her appearances on RuPaul's Drag Race UK Season 1, UK vs. The World Season 1, and Canada's Drag Race: Canada vs. The World Season 2. She has been a regular queen on Netflix's 'I Like To Watch' YouTube series and has appeared on shows like Celebrity Juice and Comedy Central's 'Your Face or Mine'. Cheryl is managed by Insanity Talent.</w:t>
      </w:r>
      <w:r/>
    </w:p>
    <w:p>
      <w:pPr>
        <w:pStyle w:val="ListNumber"/>
        <w:spacing w:line="240" w:lineRule="auto"/>
        <w:ind w:left="720"/>
      </w:pPr>
      <w:r/>
      <w:hyperlink r:id="rId11">
        <w:r>
          <w:rPr>
            <w:color w:val="0000EE"/>
            <w:u w:val="single"/>
          </w:rPr>
          <w:t>https://www.whatsonlanarkshire.co.uk/event/118752-lanarkshire-pride/</w:t>
        </w:r>
      </w:hyperlink>
      <w:r>
        <w:t xml:space="preserve"> - Lanarkshire Pride is scheduled for Saturday 1st August 2026 in Hamilton Town Centre. The event will feature a Pride March through the town centre, live entertainment, and a warm, inclusive atmosphere. Quarry Street will transform into a vibrant Pride celebration, bringing together the community, allies, and organisations for a day full of visibility, connection, and celebration. The event is organised by Lanarkshire Pride CIC, a year-round Community Interest Company working across South and North Lanarkshire.</w:t>
      </w:r>
      <w:r/>
    </w:p>
    <w:p>
      <w:pPr>
        <w:pStyle w:val="ListNumber"/>
        <w:spacing w:line="240" w:lineRule="auto"/>
        <w:ind w:left="720"/>
      </w:pPr>
      <w:r/>
      <w:hyperlink r:id="rId14">
        <w:r>
          <w:rPr>
            <w:color w:val="0000EE"/>
            <w:u w:val="single"/>
          </w:rPr>
          <w:t>https://www.youtube.com/watch?v=qQXil9mUowY</w:t>
        </w:r>
      </w:hyperlink>
      <w:r>
        <w:t xml:space="preserve"> - In this video, Blu Hydrangea and Cheryl Hole discuss and critique the runway looks from RuPaul's Drag Race UK Season 5, providing their opinions on the Pet Shop Girls Couture looks. The video is part of the 'TOOT and BOOT' series, where they evaluate the contestants' outfits from the show.</w:t>
      </w:r>
      <w:r/>
    </w:p>
    <w:p>
      <w:pPr>
        <w:pStyle w:val="ListNumber"/>
        <w:spacing w:line="240" w:lineRule="auto"/>
        <w:ind w:left="720"/>
      </w:pPr>
      <w:r/>
      <w:hyperlink r:id="rId13">
        <w:r>
          <w:rPr>
            <w:color w:val="0000EE"/>
            <w:u w:val="single"/>
          </w:rPr>
          <w:t>https://www.youtube.com/@cheryldragqueen</w:t>
        </w:r>
      </w:hyperlink>
      <w:r>
        <w:t xml:space="preserve"> - Cheryl The Queen's official YouTube channel features content related to her performances and appearances. Known for her participation in RuPaul's Drag Race UK Season 1, UK vs. The World Season 1, and Canada's Drag Race: Canada vs. The World Season 2, Cheryl shares her latest videos and updates on this platform.</w:t>
      </w:r>
      <w:r/>
    </w:p>
    <w:p>
      <w:pPr>
        <w:pStyle w:val="ListNumber"/>
        <w:spacing w:line="240" w:lineRule="auto"/>
        <w:ind w:left="720"/>
      </w:pPr>
      <w:r/>
      <w:hyperlink r:id="rId15">
        <w:r>
          <w:rPr>
            <w:color w:val="0000EE"/>
            <w:u w:val="single"/>
          </w:rPr>
          <w:t>https://www.imdb.com/title/tt9780442/episodes/</w:t>
        </w:r>
      </w:hyperlink>
      <w:r>
        <w:t xml:space="preserve"> - This IMDb page provides a comprehensive list of episodes for 'RuPaul's Drag Race UK', including Season 1, which featured Cheryl Hole as a contestant. The page includes episode titles, air dates, and brief descriptions, offering insights into the show's progression and the challenges faced by the queens.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glasgowlive.co.uk/whats-on/arts-culture-news/lanarkshire-pride-set-take-place-34373465" TargetMode="External"/><Relationship Id="rId10" Type="http://schemas.openxmlformats.org/officeDocument/2006/relationships/hyperlink" Target="https://www.whatsonlanarkshire.co.uk/news/2024/03/05/pride-south-lanarkshire-returns-for-2024/" TargetMode="External"/><Relationship Id="rId11" Type="http://schemas.openxmlformats.org/officeDocument/2006/relationships/hyperlink" Target="https://www.whatsonlanarkshire.co.uk/event/118752-lanarkshire-pride/" TargetMode="External"/><Relationship Id="rId12" Type="http://schemas.openxmlformats.org/officeDocument/2006/relationships/hyperlink" Target="https://cheryldragqueen.com/about" TargetMode="External"/><Relationship Id="rId13" Type="http://schemas.openxmlformats.org/officeDocument/2006/relationships/hyperlink" Target="https://www.youtube.com/@cheryldragqueen" TargetMode="External"/><Relationship Id="rId14" Type="http://schemas.openxmlformats.org/officeDocument/2006/relationships/hyperlink" Target="https://www.youtube.com/watch?v=qQXil9mUowY" TargetMode="External"/><Relationship Id="rId15" Type="http://schemas.openxmlformats.org/officeDocument/2006/relationships/hyperlink" Target="https://www.imdb.com/title/tt9780442/episod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