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Lambda Legal in the Pines: How Fire Island’s Longest-Running Fundraiser Broke Records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community, sunlit decks and a powerful cause, Lambda Legal in the Pines returned to James Dale and David Lam’s oceanfront home and raised a record-breaking sum , more than $500,000 , to fuel national LGBTQ+ and HIV legal work at a moment when it really matters.</w:t>
      </w:r>
      <w:r/>
    </w:p>
    <w:p>
      <w:r/>
      <w:r>
        <w:t>Essential takeaways</w:t>
      </w:r>
      <w:r/>
      <w:r/>
    </w:p>
    <w:p>
      <w:pPr>
        <w:pStyle w:val="ListBullet"/>
        <w:spacing w:line="240" w:lineRule="auto"/>
        <w:ind w:left="720"/>
      </w:pPr>
      <w:r/>
      <w:r>
        <w:rPr>
          <w:b/>
        </w:rPr>
        <w:t>Record haul:</w:t>
      </w:r>
      <w:r>
        <w:t xml:space="preserve"> The fundraiser raised over $500,000, surpassing last year’s total and setting a new high for the event.</w:t>
      </w:r>
      <w:r/>
    </w:p>
    <w:p>
      <w:pPr>
        <w:pStyle w:val="ListBullet"/>
        <w:spacing w:line="240" w:lineRule="auto"/>
        <w:ind w:left="720"/>
      </w:pPr>
      <w:r/>
      <w:r>
        <w:rPr>
          <w:b/>
        </w:rPr>
        <w:t>Historic setting:</w:t>
      </w:r>
      <w:r>
        <w:t xml:space="preserve"> The Normal Heart house on Fire Island Pines, owned by James Dale and David Lam, hosted the party with a lively, oceanfront atmosphere.</w:t>
      </w:r>
      <w:r/>
    </w:p>
    <w:p>
      <w:pPr>
        <w:pStyle w:val="ListBullet"/>
        <w:spacing w:line="240" w:lineRule="auto"/>
        <w:ind w:left="720"/>
      </w:pPr>
      <w:r/>
      <w:r>
        <w:rPr>
          <w:b/>
        </w:rPr>
        <w:t>Star-studded hosts and crowd:</w:t>
      </w:r>
      <w:r>
        <w:t xml:space="preserve"> Hosted by James Dale, Andrew Mitchell-Namdar and Todd Sears, the event drew hundreds and featured DJ Susan Morabito spinning for the crowd.</w:t>
      </w:r>
      <w:r/>
    </w:p>
    <w:p>
      <w:pPr>
        <w:pStyle w:val="ListBullet"/>
        <w:spacing w:line="240" w:lineRule="auto"/>
        <w:ind w:left="720"/>
      </w:pPr>
      <w:r/>
      <w:r>
        <w:rPr>
          <w:b/>
        </w:rPr>
        <w:t>Purpose-driven celebration:</w:t>
      </w:r>
      <w:r>
        <w:t xml:space="preserve"> Proceeds support Lambda Legal’s national litigation and advocacy for LGBTQ+ people and people living with HIV.</w:t>
      </w:r>
      <w:r/>
    </w:p>
    <w:p>
      <w:pPr>
        <w:pStyle w:val="ListBullet"/>
        <w:spacing w:line="240" w:lineRule="auto"/>
        <w:ind w:left="720"/>
      </w:pPr>
      <w:r/>
      <w:r>
        <w:rPr>
          <w:b/>
        </w:rPr>
        <w:t>Cultural moment:</w:t>
      </w:r>
      <w:r>
        <w:t xml:space="preserve"> The fundraiser arrives amid renewed legal and political pressures on LGBTQ+ communities, giving the event extra urgency and visibility.</w:t>
      </w:r>
      <w:r/>
      <w:r/>
    </w:p>
    <w:p>
      <w:pPr>
        <w:pStyle w:val="Heading2"/>
      </w:pPr>
      <w:r>
        <w:t>A sunny night with teeth , and heart , for a cause</w:t>
      </w:r>
      <w:r/>
    </w:p>
    <w:p>
      <w:r/>
      <w:r>
        <w:t>The headline fact: more than $500,000 raised under blue skies on Fire Island Pines feels like a win you can almost taste , salty ocean air, the low thrum of music and a crowd that’s ready to give. Organisers expanded the party this year to meet demand, and it shows: people came prepared to support litigation and advocacy that have real-world impact.</w:t>
      </w:r>
      <w:r/>
    </w:p>
    <w:p>
      <w:r/>
      <w:r>
        <w:t>Lambda Legal’s in-the-Pines event has always been part party, part purpose. According to Lambda Legal materials, the fundraiser has a long history on the Pines and has become one of the organisation’s signature community moments, blending social life with civic muscle. If you’ve ever wondered how glamour and grit combine, this is the example.</w:t>
      </w:r>
      <w:r/>
    </w:p>
    <w:p>
      <w:r/>
      <w:r>
        <w:t>Practical note: if you’re planning to go next summer, book early and expect a large, lively crowd , and bring sunscreen. The combination of fundraising and socialising means tickets move fast.</w:t>
      </w:r>
      <w:r/>
    </w:p>
    <w:p>
      <w:pPr>
        <w:pStyle w:val="Heading2"/>
      </w:pPr>
      <w:r>
        <w:t>Why the location matters , Normal Heart house as living history</w:t>
      </w:r>
      <w:r/>
    </w:p>
    <w:p>
      <w:r/>
      <w:r>
        <w:t>Hosting at the Normal Heart house adds an emotional layer you don’t get at a ballroom. The oceanfront home of James Dale and David Lam was featured in Ryan Murphy’s HBO adaptation of The Normal Heart, and that backdrop makes the event feel rooted in queer cultural memory.</w:t>
      </w:r>
      <w:r/>
    </w:p>
    <w:p>
      <w:r/>
      <w:r>
        <w:t>The Pines has long been intertwined with Lambda Legal’s growth. The connection isn’t just ceremonial: community fundraising here helped the organisation scale into a national force for LGBTQ+ equality and HIV protections. You can almost see the throughline from small local benefit to landmark litigation.</w:t>
      </w:r>
      <w:r/>
    </w:p>
    <w:p>
      <w:r/>
      <w:r>
        <w:t>If place matters to you when you give, this one is symbolic. It’s also a reminder that fundraising can be intimate and theatrical at once.</w:t>
      </w:r>
      <w:r/>
    </w:p>
    <w:p>
      <w:pPr>
        <w:pStyle w:val="Heading2"/>
      </w:pPr>
      <w:r>
        <w:t>Hosts, music and the mood , celebration with intent</w:t>
      </w:r>
      <w:r/>
    </w:p>
    <w:p>
      <w:r/>
      <w:r>
        <w:t>Hosts Todd Sears, Andrew Mitchell-Namdar and James Dale bring different strengths: organisational heft, community advocacy and lived legal triumphs. James Dale’s own history , he was represented by Lambda Legal in a landmark Supreme Court case , gives his role extra weight.</w:t>
      </w:r>
      <w:r/>
    </w:p>
    <w:p>
      <w:r/>
      <w:r>
        <w:t>Musically, DJ Susan Morabito kept things moving, and longtime Pines DJs are woven into the story of the island itself. The vibe was celebratory without being glib; people were there to dance, but also to be counted in support of critical legal work.</w:t>
      </w:r>
      <w:r/>
    </w:p>
    <w:p>
      <w:r/>
      <w:r>
        <w:t>Tip: fundraising events like this often mix ticket tiers with direct-donation opportunities. If you want to maximise impact, review donation options ahead of time so you can act decisively on the night.</w:t>
      </w:r>
      <w:r/>
    </w:p>
    <w:p>
      <w:pPr>
        <w:pStyle w:val="Heading2"/>
      </w:pPr>
      <w:r>
        <w:t>Timing and urgency , why this year felt different</w:t>
      </w:r>
      <w:r/>
    </w:p>
    <w:p>
      <w:r/>
      <w:r>
        <w:t>This year’s success lands amid renewed political and legal pressure on LGBTQ+ people, particularly transgender youth and families. That context sharpened the evening’s purpose; donors weren’t just partying, they were responding to a perceived need for legal defence and policy work.</w:t>
      </w:r>
      <w:r/>
    </w:p>
    <w:p>
      <w:r/>
      <w:r>
        <w:t>Lambda Legal’s strategy combines impact litigation, education and public policy, so money raised locally fuels national campaigns. When speakers reminded the crowd of ongoing battles in courts and legislatures, the evening’s energy tilted from nostalgic to resolutely forward-looking.</w:t>
      </w:r>
      <w:r/>
    </w:p>
    <w:p>
      <w:r/>
      <w:r>
        <w:t>For donors, that means thinking of gifts as investments in litigation infrastructure , not one-off feel-good transactions. It’s a small shift in mindset that changes how you give.</w:t>
      </w:r>
      <w:r/>
    </w:p>
    <w:p>
      <w:pPr>
        <w:pStyle w:val="Heading2"/>
      </w:pPr>
      <w:r>
        <w:t>Beyond the party , culture, commemoration and what comes next</w:t>
      </w:r>
      <w:r/>
    </w:p>
    <w:p>
      <w:r/>
      <w:r>
        <w:t>The Pines keeps giving back in other ways too: Finding Fire Island, the GLAAD-nominated documentary series, has returned with a new season focusing on The Pines and its cultural role. Storytelling and fundraising reinforce each other , history inspires activism, and activism becomes part of the archive.</w:t>
      </w:r>
      <w:r/>
    </w:p>
    <w:p>
      <w:r/>
      <w:r>
        <w:t>Looking forward, expect the fundraiser to keep growing as both the island’s cachet and Lambda Legal’s national profile increase. The event is part pageant, part political toolbox, and that blend is exactly why so many people turn out.</w:t>
      </w:r>
      <w:r/>
    </w:p>
    <w:p>
      <w:r/>
      <w:r>
        <w:t>It’s a small change that can make every donation do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https://www.vacationer.travel/the-normal-heart-house-hosted-and-lambda-legals-annual-tea-dance-delivered/</w:t>
        </w:r>
      </w:hyperlink>
      <w:r>
        <w:t xml:space="preserve"> - Please view link - unable to able to access data</w:t>
      </w:r>
      <w:r/>
    </w:p>
    <w:p>
      <w:pPr>
        <w:pStyle w:val="ListNumber"/>
        <w:spacing w:line="240" w:lineRule="auto"/>
        <w:ind w:left="720"/>
      </w:pPr>
      <w:r/>
      <w:hyperlink r:id="rId10">
        <w:r>
          <w:rPr>
            <w:color w:val="0000EE"/>
            <w:u w:val="single"/>
          </w:rPr>
          <w:t>https://lambdalegal.org/events/lambda-legal-in-the-pines/</w:t>
        </w:r>
      </w:hyperlink>
      <w:r>
        <w:t xml:space="preserve"> - Lambda Legal is hosting its annual 'Lambda Legal in the Pines' event on July 25, 2026, in Fire Island Pines, New York. This event is a significant fundraiser supporting Lambda Legal's national litigation and advocacy work for LGBTQ+ rights and HIV-related legal protections. Tickets and sponsorships are available, and attendees can RSVP through the provided link. The event is part of Lambda Legal's ongoing efforts to engage with supporters and raise funds for their mission.</w:t>
      </w:r>
      <w:r/>
    </w:p>
    <w:p>
      <w:pPr>
        <w:pStyle w:val="ListNumber"/>
        <w:spacing w:line="240" w:lineRule="auto"/>
        <w:ind w:left="720"/>
      </w:pPr>
      <w:r/>
      <w:hyperlink r:id="rId13">
        <w:r>
          <w:rPr>
            <w:color w:val="0000EE"/>
            <w:u w:val="single"/>
          </w:rPr>
          <w:t>https://boffo.art/event/homecoming-2/</w:t>
        </w:r>
      </w:hyperlink>
      <w:r>
        <w:t xml:space="preserve"> - BOFFO is hosting a special event titled 'Homecoming' on July 25, 2026, in Fire Island Pines, New York. The event features art, dancing, live music, home and garden tours, curated food and drink, and community gathering. Proceeds support BOFFO's future programs, championing LGBTQ+ artists and fostering transformative work. Tickets begin at $500, with sponsorship opportunities available at increasing levels of support. The event celebrates Fire Island's cultural heritage and invests in the future of queer artistic expression.</w:t>
      </w:r>
      <w:r/>
    </w:p>
    <w:p>
      <w:pPr>
        <w:pStyle w:val="ListNumber"/>
        <w:spacing w:line="240" w:lineRule="auto"/>
        <w:ind w:left="720"/>
      </w:pPr>
      <w:r/>
      <w:hyperlink r:id="rId14">
        <w:r>
          <w:rPr>
            <w:color w:val="0000EE"/>
            <w:u w:val="single"/>
          </w:rPr>
          <w:t>https://www.pineshistory.org/finding-fire-island</w:t>
        </w:r>
      </w:hyperlink>
      <w:r>
        <w:t xml:space="preserve"> - The Fire Island Pines Historical Society presents 'Finding Fire Island: Season 2,' a documentary series that uncovers the remarkable story behind Fire Island Pines. The series explores community, resilience, creativity, and the power of belonging through candid interviews with residents and notable figures, including John Waters, Billy Porter, and Jerry Mitchell. It reveals how a nudist enclave evolved into a place where LGBTQ+ people could live authentically and become a cultural force. The series is available for viewing through the provided link.</w:t>
      </w:r>
      <w:r/>
    </w:p>
    <w:p>
      <w:pPr>
        <w:pStyle w:val="ListNumber"/>
        <w:spacing w:line="240" w:lineRule="auto"/>
        <w:ind w:left="720"/>
      </w:pPr>
      <w:r/>
      <w:hyperlink r:id="rId12">
        <w:r>
          <w:rPr>
            <w:color w:val="0000EE"/>
            <w:u w:val="single"/>
          </w:rPr>
          <w:t>https://www.financialcontent.com/article/getnews-2026-6-13-finding-fire-island-returns-for-season-two</w:t>
        </w:r>
      </w:hyperlink>
      <w:r>
        <w:t xml:space="preserve"> - An article from FinancialContent announces the return of 'Finding Fire Island,' a GLAAD-nominated documentary series, for its second season. The series, which documents the history of Cherry Grove and The Fire Island Pines, features interviews with notable figures such as Billy Porter, John Waters, and Jerry Mitchell. The first two episodes premiered on June 11, 2026, with subsequent episodes to follow weekly. The series is available for viewing through the provided link.</w:t>
      </w:r>
      <w:r/>
    </w:p>
    <w:p>
      <w:pPr>
        <w:pStyle w:val="ListNumber"/>
        <w:spacing w:line="240" w:lineRule="auto"/>
        <w:ind w:left="720"/>
      </w:pPr>
      <w:r/>
      <w:hyperlink r:id="rId11">
        <w:r>
          <w:rPr>
            <w:color w:val="0000EE"/>
            <w:u w:val="single"/>
          </w:rPr>
          <w:t>https://www.pineshistory.org/the-archives/lambda-legal-where-fire-island-history-meets-the-fight-for-equality</w:t>
        </w:r>
      </w:hyperlink>
      <w:r>
        <w:t xml:space="preserve"> - An article from the Fire Island Pines Historical Society discusses Lambda Legal's origins in Fire Island Pines. Conceived in 1973 at a poolside gathering, Lambda Legal has become the nation's most influential LGBTQ+ legal organization. The article highlights the community's essential role in Lambda Legal's success and its longstanding relationship with Fire Island Pines, emphasizing the organization's impact on LGBTQ+ rights and HIV-related legal protections.</w:t>
      </w:r>
      <w:r/>
    </w:p>
    <w:p>
      <w:pPr>
        <w:pStyle w:val="ListNumber"/>
        <w:spacing w:line="240" w:lineRule="auto"/>
        <w:ind w:left="720"/>
      </w:pPr>
      <w:r/>
      <w:hyperlink r:id="rId15">
        <w:r>
          <w:rPr>
            <w:color w:val="0000EE"/>
            <w:u w:val="single"/>
          </w:rPr>
          <w:t>https://www.givesignup.org/Race/Donate/NY/OceanBeach/TunnelToTowers5KRunWalkFireIslandNY</w:t>
        </w:r>
      </w:hyperlink>
      <w:r>
        <w:t xml:space="preserve"> - The Tunnel to Towers 5K Run &amp; Walk event took place on July 26, 2026, in Ocean Beach, New York. The event aimed to raise funds for the Tunnel to Towers Foundation, with a donation goal of $10,000. The fundraising efforts were successful, raising $16,936 from 215 donors. The event featured various donors contributing different amounts, with the top donors listed on the page. The funds raised support the foundation's mission, and the event details are available through the provided link.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the-normal-heart-house-hosted-and-lambda-legals-annual-tea-dance-delivered/" TargetMode="External"/><Relationship Id="rId10" Type="http://schemas.openxmlformats.org/officeDocument/2006/relationships/hyperlink" Target="https://lambdalegal.org/events/lambda-legal-in-the-pines/" TargetMode="External"/><Relationship Id="rId11" Type="http://schemas.openxmlformats.org/officeDocument/2006/relationships/hyperlink" Target="https://www.pineshistory.org/the-archives/lambda-legal-where-fire-island-history-meets-the-fight-for-equality" TargetMode="External"/><Relationship Id="rId12" Type="http://schemas.openxmlformats.org/officeDocument/2006/relationships/hyperlink" Target="https://www.financialcontent.com/article/getnews-2026-6-13-finding-fire-island-returns-for-season-two" TargetMode="External"/><Relationship Id="rId13" Type="http://schemas.openxmlformats.org/officeDocument/2006/relationships/hyperlink" Target="https://boffo.art/event/homecoming-2/" TargetMode="External"/><Relationship Id="rId14" Type="http://schemas.openxmlformats.org/officeDocument/2006/relationships/hyperlink" Target="https://www.pineshistory.org/finding-fire-island" TargetMode="External"/><Relationship Id="rId15" Type="http://schemas.openxmlformats.org/officeDocument/2006/relationships/hyperlink" Target="https://www.givesignup.org/Race/Donate/NY/OceanBeach/TunnelToTowers5KRunWalkFireIsland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