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Movie and TV Trailers You Missed in July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the trailers that dropped in July and brighten your watchlist: gay romances, queer docs, and starry comedies are coming to screens, and here’s what to look for, where to see them, and why they matter.</w:t>
      </w:r>
      <w:r/>
    </w:p>
    <w:p>
      <w:r/>
      <w:r>
        <w:t>Essential Takeaways</w:t>
      </w:r>
      <w:r/>
      <w:r/>
    </w:p>
    <w:p>
      <w:pPr>
        <w:pStyle w:val="ListBullet"/>
        <w:spacing w:line="240" w:lineRule="auto"/>
        <w:ind w:left="720"/>
      </w:pPr>
      <w:r/>
      <w:r>
        <w:rPr>
          <w:b/>
        </w:rPr>
        <w:t>Varied slate:</w:t>
      </w:r>
      <w:r>
        <w:t xml:space="preserve"> Trailers teased everything from a vampiric gay romance to stoner comedies and urgent AIDS-crisis dramas. </w:t>
      </w:r>
      <w:r/>
    </w:p>
    <w:p>
      <w:pPr>
        <w:pStyle w:val="ListBullet"/>
        <w:spacing w:line="240" w:lineRule="auto"/>
        <w:ind w:left="720"/>
      </w:pPr>
      <w:r/>
      <w:r>
        <w:rPr>
          <w:b/>
        </w:rPr>
        <w:t>Documentary highlights:</w:t>
      </w:r>
      <w:r>
        <w:t xml:space="preserve"> Two travel-adjacent queer docs focus on Fire Island and Lesbos, offering nostalgic and political angles. </w:t>
      </w:r>
      <w:r/>
    </w:p>
    <w:p>
      <w:pPr>
        <w:pStyle w:val="ListBullet"/>
        <w:spacing w:line="240" w:lineRule="auto"/>
        <w:ind w:left="720"/>
      </w:pPr>
      <w:r/>
      <w:r>
        <w:rPr>
          <w:b/>
        </w:rPr>
        <w:t>Standout premieres:</w:t>
      </w:r>
      <w:r>
        <w:t xml:space="preserve"> A Brazilian drama about community care during the AIDS era and a folk-legend vampiric love story drew the most buzz. </w:t>
      </w:r>
      <w:r/>
    </w:p>
    <w:p>
      <w:pPr>
        <w:pStyle w:val="ListBullet"/>
        <w:spacing w:line="240" w:lineRule="auto"/>
        <w:ind w:left="720"/>
      </w:pPr>
      <w:r/>
      <w:r>
        <w:rPr>
          <w:b/>
        </w:rPr>
        <w:t>Tone notes:</w:t>
      </w:r>
      <w:r>
        <w:t xml:space="preserve"> Expect a mix of tender, funny and furious , some trailers feel wistful and sunlit, others intimate and raw. </w:t>
      </w:r>
      <w:r/>
    </w:p>
    <w:p>
      <w:pPr>
        <w:pStyle w:val="ListBullet"/>
        <w:spacing w:line="240" w:lineRule="auto"/>
        <w:ind w:left="720"/>
      </w:pPr>
      <w:r/>
      <w:r>
        <w:rPr>
          <w:b/>
        </w:rPr>
        <w:t>When to watch:</w:t>
      </w:r>
      <w:r>
        <w:t xml:space="preserve"> Release windows span festivals, streamers and limited theatrical runs, mark calendars if you follow queer festival circuits.</w:t>
      </w:r>
      <w:r/>
      <w:r/>
    </w:p>
    <w:p>
      <w:pPr>
        <w:pStyle w:val="Heading2"/>
      </w:pPr>
      <w:r>
        <w:t>A vampiric queer romance that leans on folklore and atmosphere</w:t>
      </w:r>
      <w:r/>
    </w:p>
    <w:p>
      <w:r/>
      <w:r>
        <w:t>One of July’s more intriguing trailers teased a vampire love story rooted in an old folk legend, all mood and hush. The footage drips with atmosphere , wet streets, close faces, a low, aching soundtrack , and it’s clear the film wants to be felt as much as seen. Queerty’s roundup highlighted how the tale updates myth for contemporary queer desire, and the trailer suggests a slow-burn romance rather than horror schlock. If you like your supernatural with longing, this looks made for late-night viewing. For viewers choosing between tone and thrills, follow the trailer cues: cinematic pacing, long takes and intimate close-ups point to mood over jump scares. Expect festival stops before any wide release.</w:t>
      </w:r>
      <w:r/>
    </w:p>
    <w:p>
      <w:pPr>
        <w:pStyle w:val="Heading2"/>
      </w:pPr>
      <w:r>
        <w:t>A starry, stoner chick comedy with a neon heart</w:t>
      </w:r>
      <w:r/>
    </w:p>
    <w:p>
      <w:r/>
      <w:r>
        <w:t>Another July preview put a glossy, chaotic comedy on the map, full of big names and a gleefully chaotic energy. Think fuzzy friendships, combustible misunderstandings and a soundtrack that keeps you grinning. The trailer sells the film on chemistry , the cast’s banter is the hook, the set pieces the payday. Trailers showed bright visuals and a playful tempo, which suggests mainstream streaming potential once it finishes the festival circuit. If you live for buddy comedies with a queer tilt, this one’s likely to be an evergreen party pick.</w:t>
      </w:r>
      <w:r/>
    </w:p>
    <w:p>
      <w:pPr>
        <w:pStyle w:val="Heading2"/>
      </w:pPr>
      <w:r>
        <w:t>A powerful Brazilian drama about ordinary people saving lives</w:t>
      </w:r>
      <w:r/>
    </w:p>
    <w:p>
      <w:r/>
      <w:r>
        <w:t>One of the most urgent trailers to surface in July focuses on true events in Brazil during the AIDS crisis, following community members who fought to save lives. The footage is quieter, but the stakes are enormous: activism, care and grief threaded through everyday scenes. Queerty highlighted this as a standout because it combines historical weight with human tenderness. The trailer’s sober tone signals a serious theatrical and festival route; this is the kind of film that sparks conversation long after the credits roll. For viewers, it’s a reminder that queer cinema can be both artful and politically necessary.</w:t>
      </w:r>
      <w:r/>
    </w:p>
    <w:p>
      <w:pPr>
        <w:pStyle w:val="Heading2"/>
      </w:pPr>
      <w:r>
        <w:t>Docs about queer havens: Fire Island and Lesbos through new lenses</w:t>
      </w:r>
      <w:r/>
    </w:p>
    <w:p>
      <w:r/>
      <w:r>
        <w:t>July also brought trailers for documentaries revisiting two of the world’s most famous queer getaways , Fire Island and Lesbos , each with a different flavour. One film offers sunlit nostalgia, archival digs and affectionate portraits of community life; the other adds a more complex, political view of place, memory and migration. These previews suggest a pair of complementary viewing experiences: one to make you long for the beach and indie bars, the other to complicate the romance with history and present-day realities. If you’re curating a summer double bill, these two pair neatly: one for balm, one for thought.</w:t>
      </w:r>
      <w:r/>
    </w:p>
    <w:p>
      <w:pPr>
        <w:pStyle w:val="Heading2"/>
      </w:pPr>
      <w:r>
        <w:t>Where to catch them and what to expect next</w:t>
      </w:r>
      <w:r/>
    </w:p>
    <w:p>
      <w:r/>
      <w:r>
        <w:t>Most trailers hint at festival debuts before platform rollouts: limited theatrical releases, HBO Max Brazil screenings for regional titles, and streamer listings to follow soon after. Queerty’s coverage collected release reminders so fans can mark calendars; Autostraddle and The Wrap noted festival line-ups and likely windows. Practical tip: follow festival schedules and the films’ official socials , queer releases often announce day-and-date streaming or short runs after premieres. If you want to be first in line, keep an eye on OutfestNext and other queer festival programmes.</w:t>
      </w:r>
      <w:r/>
    </w:p>
    <w:p>
      <w:r/>
      <w:r>
        <w:t>It's a summer of contrasts , glossy laughs beside heavy history , and something in that mix will stick with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https://www.queerty.com/watch-the-gayest-movie-tv-trailers-that-dropped-in-july-2026-20260730/</w:t>
        </w:r>
      </w:hyperlink>
      <w:r>
        <w:t xml:space="preserve"> - Please view link - unable to able to access data</w:t>
      </w:r>
      <w:r/>
    </w:p>
    <w:p>
      <w:pPr>
        <w:pStyle w:val="ListNumber"/>
        <w:spacing w:line="240" w:lineRule="auto"/>
        <w:ind w:left="720"/>
      </w:pPr>
      <w:r/>
      <w:hyperlink r:id="rId10">
        <w:r>
          <w:rPr>
            <w:color w:val="0000EE"/>
            <w:u w:val="single"/>
          </w:rPr>
          <w:t>https://www.queerty.com/watch-the-gayest-movie-tv-trailers-that-dropped-in-june-2026-20260630/</w:t>
        </w:r>
      </w:hyperlink>
      <w:r>
        <w:t xml:space="preserve"> - Queerty's June 2026 roundup highlights the latest LGBTQ+ film and TV trailers, including 'Dreams In Nightmares,' 'On The Sea,' 'Survival of The Thickest,' and 'Heartstopper Forever.' The article provides release dates and viewing platforms for each title, offering readers a comprehensive guide to upcoming queer entertainment.</w:t>
      </w:r>
      <w:r/>
    </w:p>
    <w:p>
      <w:pPr>
        <w:pStyle w:val="ListNumber"/>
        <w:spacing w:line="240" w:lineRule="auto"/>
        <w:ind w:left="720"/>
      </w:pPr>
      <w:r/>
      <w:hyperlink r:id="rId11">
        <w:r>
          <w:rPr>
            <w:color w:val="0000EE"/>
            <w:u w:val="single"/>
          </w:rPr>
          <w:t>https://www.queerty.com/the-best-lgbtq-movies-tv-shows-coming-to-streaming-july-2026-20260701/</w:t>
        </w:r>
      </w:hyperlink>
      <w:r>
        <w:t xml:space="preserve"> - Queerty's July 2026 streaming guide features LGBTQ+ content such as 'Survival Of The Thickest' Season 3, 'Hannibal' Seasons 1-3, and Mary Beth Barone's stand-up special 'Galaxy Brain.' The article details release dates and platforms, assisting readers in discovering new queer media.</w:t>
      </w:r>
      <w:r/>
    </w:p>
    <w:p>
      <w:pPr>
        <w:pStyle w:val="ListNumber"/>
        <w:spacing w:line="240" w:lineRule="auto"/>
        <w:ind w:left="720"/>
      </w:pPr>
      <w:r/>
      <w:hyperlink r:id="rId13">
        <w:r>
          <w:rPr>
            <w:color w:val="0000EE"/>
            <w:u w:val="single"/>
          </w:rPr>
          <w:t>https://www.autostraddle.com/whats-new-gay-and-streaming-in-july-2026-on-netflix-prime-video-apple-tv-peacock-paramount/</w:t>
        </w:r>
      </w:hyperlink>
      <w:r>
        <w:t xml:space="preserve"> - Autostraddle's July 2026 streaming preview highlights LGBTQ+ content across platforms, including 'Elle: Season One' on Prime Video, a prequel to 'Legally Blonde' focusing on Elle Woods' high school years. The article provides insights into the show's premise and release date.</w:t>
      </w:r>
      <w:r/>
    </w:p>
    <w:p>
      <w:pPr>
        <w:pStyle w:val="ListNumber"/>
        <w:spacing w:line="240" w:lineRule="auto"/>
        <w:ind w:left="720"/>
      </w:pPr>
      <w:r/>
      <w:hyperlink r:id="rId12">
        <w:r>
          <w:rPr>
            <w:color w:val="0000EE"/>
            <w:u w:val="single"/>
          </w:rPr>
          <w:t>https://www.thewrap.com/creative-content/movies/outfestnext-screening-lineup-gregg-arakis-i-want-your-sex/</w:t>
        </w:r>
      </w:hyperlink>
      <w:r>
        <w:t xml:space="preserve"> - The Wrap reports on OutfestNEXT's 2026 screening series, featuring Gregg Araki's 'I Want Your Sex,' a sex comedy-thriller starring Olivia Wilde and Cooper Hoffman. The article discusses the film's themes and its inclusion in the festival lineup.</w:t>
      </w:r>
      <w:r/>
    </w:p>
    <w:p>
      <w:pPr>
        <w:pStyle w:val="ListNumber"/>
        <w:spacing w:line="240" w:lineRule="auto"/>
        <w:ind w:left="720"/>
      </w:pPr>
      <w:r/>
      <w:hyperlink r:id="rId14">
        <w:r>
          <w:rPr>
            <w:color w:val="0000EE"/>
            <w:u w:val="single"/>
          </w:rPr>
          <w:t>https://dallasvoice.com/trailer-tuesday-camp-miasma-pedro-pascal-in-behemoth-tom-cruise-in-digger-and-more/</w:t>
        </w:r>
      </w:hyperlink>
      <w:r>
        <w:t xml:space="preserve"> - Dallas Voice's 'Trailer Tuesday' showcases new film and series trailers, including 'Camp Miasma' starring Hannah Einbinder and Gillian Anderson. The article provides brief overviews and release information for each featured title.</w:t>
      </w:r>
      <w:r/>
    </w:p>
    <w:p>
      <w:pPr>
        <w:pStyle w:val="ListNumber"/>
        <w:spacing w:line="240" w:lineRule="auto"/>
        <w:ind w:left="720"/>
      </w:pPr>
      <w:r/>
      <w:hyperlink r:id="rId15">
        <w:r>
          <w:rPr>
            <w:color w:val="0000EE"/>
            <w:u w:val="single"/>
          </w:rPr>
          <w:t>https://dallasvoice.com/trailer-tuesday-the-nb-trans-directed-familia-premieres-today-the-debut-werwulf-and-more/</w:t>
        </w:r>
      </w:hyperlink>
      <w:r>
        <w:t xml:space="preserve"> - Dallas Voice's 'Trailer Tuesday' highlights 'Familia,' directed by nonbinary transgender filmmaker Francesco Costabile, Italy's official submission for the 2026 Academy Awards Best International Feature category. The article discusses the film's exploration of generational trauma and toxic masculinity.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watch-the-gayest-movie-tv-trailers-that-dropped-in-july-2026-20260730/" TargetMode="External"/><Relationship Id="rId10" Type="http://schemas.openxmlformats.org/officeDocument/2006/relationships/hyperlink" Target="https://www.queerty.com/watch-the-gayest-movie-tv-trailers-that-dropped-in-june-2026-20260630/" TargetMode="External"/><Relationship Id="rId11" Type="http://schemas.openxmlformats.org/officeDocument/2006/relationships/hyperlink" Target="https://www.queerty.com/the-best-lgbtq-movies-tv-shows-coming-to-streaming-july-2026-20260701/" TargetMode="External"/><Relationship Id="rId12" Type="http://schemas.openxmlformats.org/officeDocument/2006/relationships/hyperlink" Target="https://www.thewrap.com/creative-content/movies/outfestnext-screening-lineup-gregg-arakis-i-want-your-sex/" TargetMode="External"/><Relationship Id="rId13" Type="http://schemas.openxmlformats.org/officeDocument/2006/relationships/hyperlink" Target="https://www.autostraddle.com/whats-new-gay-and-streaming-in-july-2026-on-netflix-prime-video-apple-tv-peacock-paramount/" TargetMode="External"/><Relationship Id="rId14" Type="http://schemas.openxmlformats.org/officeDocument/2006/relationships/hyperlink" Target="https://dallasvoice.com/trailer-tuesday-camp-miasma-pedro-pascal-in-behemoth-tom-cruise-in-digger-and-more/" TargetMode="External"/><Relationship Id="rId15" Type="http://schemas.openxmlformats.org/officeDocument/2006/relationships/hyperlink" Target="https://dallasvoice.com/trailer-tuesday-the-nb-trans-directed-familia-premieres-today-the-debut-werwulf-and-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