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Folkestone Pride 2026 Moments That Turned the Seaside Town Rainbow-Coloured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soundtrack-ready energy, Folkestone Pride 2026 saw hundreds of people pack the Old High Street and Leas Bandstand for a day of parade, performances and community celebration , a family-friendly, LGBTQIA+ led festival that mattered locally and felt joyously huge.</w:t>
      </w:r>
      <w:r/>
    </w:p>
    <w:p>
      <w:r/>
      <w:r>
        <w:t>Essential Takeaways</w:t>
      </w:r>
      <w:r/>
      <w:r/>
    </w:p>
    <w:p>
      <w:pPr>
        <w:pStyle w:val="ListBullet"/>
        <w:spacing w:line="240" w:lineRule="auto"/>
        <w:ind w:left="720"/>
      </w:pPr>
      <w:r/>
      <w:r>
        <w:rPr>
          <w:b/>
        </w:rPr>
        <w:t>Huge turnout:</w:t>
      </w:r>
      <w:r>
        <w:t xml:space="preserve"> Thousands gathered across the parade route and Leas Bandstand for day-long performances and the sold-out afterparty.</w:t>
      </w:r>
      <w:r/>
    </w:p>
    <w:p>
      <w:pPr>
        <w:pStyle w:val="ListBullet"/>
        <w:spacing w:line="240" w:lineRule="auto"/>
        <w:ind w:left="720"/>
      </w:pPr>
      <w:r/>
      <w:r>
        <w:rPr>
          <w:b/>
        </w:rPr>
        <w:t>Standout acts:</w:t>
      </w:r>
      <w:r>
        <w:t xml:space="preserve"> Drag icon Tiana Biscuit hosted, while Chappell Roan tribute act Midwest Princess and The Homoparody Dance Troupe delivered crowd-pleasing sets.</w:t>
      </w:r>
      <w:r/>
    </w:p>
    <w:p>
      <w:pPr>
        <w:pStyle w:val="ListBullet"/>
        <w:spacing w:line="240" w:lineRule="auto"/>
        <w:ind w:left="720"/>
      </w:pPr>
      <w:r/>
      <w:r>
        <w:rPr>
          <w:b/>
        </w:rPr>
        <w:t>Family-friendly vibe:</w:t>
      </w:r>
      <w:r>
        <w:t xml:space="preserve"> The main-stage programme balanced high camp with accessible activities for all ages.</w:t>
      </w:r>
      <w:r/>
    </w:p>
    <w:p>
      <w:pPr>
        <w:pStyle w:val="ListBullet"/>
        <w:spacing w:line="240" w:lineRule="auto"/>
        <w:ind w:left="720"/>
      </w:pPr>
      <w:r/>
      <w:r>
        <w:rPr>
          <w:b/>
        </w:rPr>
        <w:t>After-dark energy:</w:t>
      </w:r>
      <w:r>
        <w:t xml:space="preserve"> The official “OutOut” Afterparty at the Quarterhouse sold out, with BBC Radio 1 DJ Jaguar headlining.</w:t>
      </w:r>
      <w:r/>
    </w:p>
    <w:p>
      <w:pPr>
        <w:pStyle w:val="ListBullet"/>
        <w:spacing w:line="240" w:lineRule="auto"/>
        <w:ind w:left="720"/>
      </w:pPr>
      <w:r/>
      <w:r>
        <w:rPr>
          <w:b/>
        </w:rPr>
        <w:t>Community impact:</w:t>
      </w:r>
      <w:r>
        <w:t xml:space="preserve"> Folkestone Pride is a registered charity and LGBTQIA+ led group, already planning more events for 2027.</w:t>
      </w:r>
      <w:r/>
      <w:r/>
    </w:p>
    <w:p>
      <w:pPr>
        <w:pStyle w:val="Heading2"/>
      </w:pPr>
      <w:r>
        <w:t>A parade that painted the High Street rainbow-bright</w:t>
      </w:r>
      <w:r/>
    </w:p>
    <w:p>
      <w:r/>
      <w:r>
        <w:t>The day opened with a parade that marched from the bottom of the Old High Street to Sandgate Road, a bright and noisy ribbon of colour and music. Onlookers cheered as floats and performers sashayed past, creating an infectious, feel-good buzz. According to local event pages, this procession has become the spine of the festival , easy for families to watch, vibrant enough to stop traffic and draw the whole town out. If you’re planning to join next year, bring comfortable shoes and a flag; you’ll want to be on your feet.</w:t>
      </w:r>
      <w:r/>
    </w:p>
    <w:p>
      <w:pPr>
        <w:pStyle w:val="Heading2"/>
      </w:pPr>
      <w:r>
        <w:t>Leas Bandstand: glamour, pop and proper singalongs</w:t>
      </w:r>
      <w:r/>
    </w:p>
    <w:p>
      <w:r/>
      <w:r>
        <w:t>The Leas Bandstand hosted a family-friendly extravaganza that balanced camp spectacle with mainstream pop appeal. Tiana Biscuit’s hosting kept the energy electric while Midwest Princess delivered a pure pop euphoria that had the crowd singing and dancing. Creative folk venues like this are perfect for accessible live shows; expect a mix of choreography, audience interaction and those buzzy sunlit moments that feel like a seaside festival at its best.</w:t>
      </w:r>
      <w:r/>
    </w:p>
    <w:p>
      <w:pPr>
        <w:pStyle w:val="Heading2"/>
      </w:pPr>
      <w:r>
        <w:t>High camp meets precision choreography</w:t>
      </w:r>
      <w:r/>
    </w:p>
    <w:p>
      <w:r/>
      <w:r>
        <w:t>If you love choreography with a wink, The Homoparody Dance Troupe supplied jaw-dropping routines, and the Queer Line Dance Club proved there’s room for every style at Pride. The performances leaned into theatricality without feeling exclusive, which is one reason the event draws such a mixed crowd. For performers and spectators alike, Pride is as much about skill and spectacle as it is about community, and that balance was on full display.</w:t>
      </w:r>
      <w:r/>
    </w:p>
    <w:p>
      <w:pPr>
        <w:pStyle w:val="Heading2"/>
      </w:pPr>
      <w:r>
        <w:t>Nightfall moved the glitter indoors , and sold out</w:t>
      </w:r>
      <w:r/>
    </w:p>
    <w:p>
      <w:r/>
      <w:r>
        <w:t>When the sun dipped, the party didn’t stop, it shifted. Folkestone’s Quarterhouse hosted the official OutOut Afterparty, which sold out and featured Jaguar from BBC Radio 1. The evening programme transformed the outdoor family vibe into a packed, high-energy club atmosphere. For festivalgoers who prefer a later tempo, the afterparty is where the dancefloor energy spikes , buy tickets early next year if you don’t want to miss it.</w:t>
      </w:r>
      <w:r/>
    </w:p>
    <w:p>
      <w:pPr>
        <w:pStyle w:val="Heading2"/>
      </w:pPr>
      <w:r>
        <w:t>Why this matters beyond one sunny Saturday</w:t>
      </w:r>
      <w:r/>
    </w:p>
    <w:p>
      <w:r/>
      <w:r>
        <w:t>Folkestone Pride is a registered charity and is run by an LGBTQIA+ led organisation that keeps momentum going all year. Organisers celebrated the day as a success and hinted at more community events for 2027, which matters because Pride here isn’t just an annual party , it’s local campaigning, fundraising and visibility rolled into one. If you want to support or get involved, the official Folkestone Pride site lists volunteering, donation and event opportunities.</w:t>
      </w:r>
      <w:r/>
    </w:p>
    <w:p>
      <w:r/>
      <w:r>
        <w:t>It's a small change that makes every parade, performance and late-night beat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[4]</w:t>
        </w:r>
      </w:hyperlink>
      <w:r>
        <w:t xml:space="preserve">, </w:t>
      </w:r>
      <w:hyperlink r:id="rId9">
        <w:r>
          <w:rPr>
            <w:color w:val="0000EE"/>
            <w:u w:val="single"/>
          </w:rPr>
          <w:t>[1]</w:t>
        </w:r>
      </w:hyperlink>
      <w:r>
        <w:t xml:space="preserve">- Paragraph 5: </w:t>
      </w:r>
      <w:hyperlink r:id="rId15">
        <w:r>
          <w:rPr>
            <w:color w:val="0000EE"/>
            <w:u w:val="single"/>
          </w:rPr>
          <w:t>[3]</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https://www.kentlive.news/whats-on/whats-on-news/gallery/photos-folkestone-pride-2026-transforms-11081698</w:t>
        </w:r>
      </w:hyperlink>
      <w:r>
        <w:t xml:space="preserve"> - Please view link - unable to able to access data</w:t>
      </w:r>
      <w:r/>
    </w:p>
    <w:p>
      <w:pPr>
        <w:pStyle w:val="ListNumber"/>
        <w:spacing w:line="240" w:lineRule="auto"/>
        <w:ind w:left="720"/>
      </w:pPr>
      <w:r/>
      <w:hyperlink r:id="rId12">
        <w:r>
          <w:rPr>
            <w:color w:val="0000EE"/>
            <w:u w:val="single"/>
          </w:rPr>
          <w:t>https://www.folkestonepride.org/event-details/folkestone-pride-2026</w:t>
        </w:r>
      </w:hyperlink>
      <w:r>
        <w:t xml:space="preserve"> - Folkestone Pride 2026 is scheduled for Saturday, 25 July 2026, from 14:00 to 18:00 at the Leas Bandstand in Folkestone, Kent. The event is organised by Folkestone Pride, a registered charity and LGBTQIA+ led community organisation dedicated to celebrating and supporting queer life across the Folkestone and Hythe district. The festival aims to promote equality, diversity, and the advancement of education for the public benefit, with a particular focus on eliminating discrimination based on sexual orientation or gender identity in the area. The event is free to attend and is supported by community donations and local sponsorship.</w:t>
      </w:r>
      <w:r/>
    </w:p>
    <w:p>
      <w:pPr>
        <w:pStyle w:val="ListNumber"/>
        <w:spacing w:line="240" w:lineRule="auto"/>
        <w:ind w:left="720"/>
      </w:pPr>
      <w:r/>
      <w:hyperlink r:id="rId15">
        <w:r>
          <w:rPr>
            <w:color w:val="0000EE"/>
            <w:u w:val="single"/>
          </w:rPr>
          <w:t>https://www.folkestonepride.org/aboutus</w:t>
        </w:r>
      </w:hyperlink>
      <w:r>
        <w:t xml:space="preserve"> - Folkestone Pride is a registered charity and an LGBTQIA+ led community organisation dedicated to celebrating and supporting queer life across the Folkestone and Hythe district. What began as a small team organising Folkestone’s annual town-wide Pride Festival has grown into a vibrant year-round movement committed to visibility, inclusion, and joy. Their mission is to champion the diversity of the local queer community and help make the district an exciting, welcoming, and empowering place for LGBTQIA+ people. They work to foster tolerance, promote inclusion, and create opportunities for connection, all while celebrating the richness and individuality within the community.</w:t>
      </w:r>
      <w:r/>
    </w:p>
    <w:p>
      <w:pPr>
        <w:pStyle w:val="ListNumber"/>
        <w:spacing w:line="240" w:lineRule="auto"/>
        <w:ind w:left="720"/>
      </w:pPr>
      <w:r/>
      <w:hyperlink r:id="rId14">
        <w:r>
          <w:rPr>
            <w:color w:val="0000EE"/>
            <w:u w:val="single"/>
          </w:rPr>
          <w:t>https://www.creativefolkestone.org.uk/whats-on/outout-official-folkestone-pride-after-party/</w:t>
        </w:r>
      </w:hyperlink>
      <w:r>
        <w:t xml:space="preserve"> - OutOut is the official Folkestone Pride after party, taking place on Saturday, 25 July 2026, from 9 PM to 2 AM at the Quarterhouse in Folkestone. The event features headliner Jaguar, a broadcaster, DJ, journalist, and tastemaker who is redefining the dance music scene. Support acts include Oli Keens, a disco powerhouse, and Teutonic Kaboom, a genre-blurring selector blending electro, techno, and EBM into high-energy sets. The event is 18+ only, with ID required for entry. Tickets can be booked online or by emailing the box office at boxoffice@creativefolkestone.org.uk.</w:t>
      </w:r>
      <w:r/>
    </w:p>
    <w:p>
      <w:pPr>
        <w:pStyle w:val="ListNumber"/>
        <w:spacing w:line="240" w:lineRule="auto"/>
        <w:ind w:left="720"/>
      </w:pPr>
      <w:r/>
      <w:hyperlink r:id="rId10">
        <w:r>
          <w:rPr>
            <w:color w:val="0000EE"/>
            <w:u w:val="single"/>
          </w:rPr>
          <w:t>https://localrags.co.uk/2026/07/26/folkestone-awash-with-colour-as-thousands-gather-for-9th-annual-pride-festival/</w:t>
        </w:r>
      </w:hyperlink>
      <w:r>
        <w:t xml:space="preserve"> - Folkestone was awash with colour and community spirit on Saturday, 25 July 2026, as hundreds gathered for the town’s ninth annual Pride festival. The daytime celebration kicked off at 1:00 PM with a lively parade marching from the bottom of the Old High Street, weaving through the Sandgate Road precinct, and concluding at the clifftop Leas Bandstand around 1:45 PM. Participants filled the streets wearing vibrant costumes and carrying diversity banners to promote inclusion and tolerance. The festivities continued at the Leas Bandstand promenade, where thousands enjoyed a free, community-led outdoor picnic overlooking the English Channel. Prominent drag artist Tiana Biscuit hosted the afternoon stage, which featured a diverse lineup of entertainment including Chappell Roan tribute act “The Midwest Princess”, the Homoparody dance troupe, the Queer Line Dance Club, and various local vendors. As darkness fell, the celebrations transitioned to the Creative Folkestone Quarterhouse on Tontine Street for the official ticketed “OutOut” afterparty. Running from 9:00 PM until 2:00 AM, the high-energy indoor event featured an electronic music lineup headlined by BBC Radio 1 broadcaster and DJ Jaguar, with supporting sets from Oli Keens and Teutonic Kaboom. Organisers declared the day a resounding success in creating safe, visible spaces for the LGBTQ+ community throughout the district.</w:t>
      </w:r>
      <w:r/>
    </w:p>
    <w:p>
      <w:pPr>
        <w:pStyle w:val="ListNumber"/>
        <w:spacing w:line="240" w:lineRule="auto"/>
        <w:ind w:left="720"/>
      </w:pPr>
      <w:r/>
      <w:hyperlink r:id="rId11">
        <w:r>
          <w:rPr>
            <w:color w:val="0000EE"/>
            <w:u w:val="single"/>
          </w:rPr>
          <w:t>https://folke.life/folkestone/events/pride-folkestone/</w:t>
        </w:r>
      </w:hyperlink>
      <w:r>
        <w:t xml:space="preserve"> - June is officially Pride month across the UK, but the team behind Folkestone Pride work hard to make Pride events happen all year round. The team keep the love alive with monthly LGBTea+ sandwiches meets at The Folkestone Bookshop, roller discos, DJ nights and walks, swims and Active Pride sessions at F51. Some events are fundraisers for the main Pride Parade on 25th July 2026, and the committee have meetings every month to organise their plans. Find out about their events via their Instagram, but every meet is designed to give a safe and accessible opportunity to celebrate our LGBTQ+ community.</w:t>
      </w:r>
      <w:r/>
    </w:p>
    <w:p>
      <w:pPr>
        <w:pStyle w:val="ListNumber"/>
        <w:spacing w:line="240" w:lineRule="auto"/>
        <w:ind w:left="720"/>
      </w:pPr>
      <w:r/>
      <w:hyperlink r:id="rId13">
        <w:r>
          <w:rPr>
            <w:color w:val="0000EE"/>
            <w:u w:val="single"/>
          </w:rPr>
          <w:t>https://www.gaydio.co.uk/uk/events/the-guide/event/folkestone-pride1/</w:t>
        </w:r>
      </w:hyperlink>
      <w:r>
        <w:t xml:space="preserve"> - Folkestone Pride is scheduled for Saturday, 25 July 2026, at the Leas Bandstand on The Leas, the elegant clifftop promenade overlooking the English Channel, running from midday to 6pm. The day opens with a parade at 1pm at the bottom of the Old High Street, processing up through the town to the Bandstand, followed by an afternoon Pride picnic and main stage programme of tribute acts, drag artists, craft stalls, food vendors, drag storytime for the children and DJs across the day. Folkestone Pride is more than just an annual parade; the umbrella organisation behind the day provides safe spaces for the LGBTQIA+ community to meet, socialise and learn across the year, raising awareness, educating and supporting the district's whole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entlive.news/whats-on/whats-on-news/gallery/photos-folkestone-pride-2026-transforms-11081698" TargetMode="External"/><Relationship Id="rId10" Type="http://schemas.openxmlformats.org/officeDocument/2006/relationships/hyperlink" Target="https://localrags.co.uk/2026/07/26/folkestone-awash-with-colour-as-thousands-gather-for-9th-annual-pride-festival/" TargetMode="External"/><Relationship Id="rId11" Type="http://schemas.openxmlformats.org/officeDocument/2006/relationships/hyperlink" Target="https://folke.life/folkestone/events/pride-folkestone/" TargetMode="External"/><Relationship Id="rId12" Type="http://schemas.openxmlformats.org/officeDocument/2006/relationships/hyperlink" Target="https://www.folkestonepride.org/event-details/folkestone-pride-2026" TargetMode="External"/><Relationship Id="rId13" Type="http://schemas.openxmlformats.org/officeDocument/2006/relationships/hyperlink" Target="https://www.gaydio.co.uk/uk/events/the-guide/event/folkestone-pride1/" TargetMode="External"/><Relationship Id="rId14" Type="http://schemas.openxmlformats.org/officeDocument/2006/relationships/hyperlink" Target="https://www.creativefolkestone.org.uk/whats-on/outout-official-folkestone-pride-after-party/" TargetMode="External"/><Relationship Id="rId15" Type="http://schemas.openxmlformats.org/officeDocument/2006/relationships/hyperlink" Target="https://www.folkestonepride.org/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