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Berlin’s Zug der Liebe Cancellation and What It Means for Pride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in Berlin are sensing a sober turn: organisers have cancelled the Zug der Liebe technoparade this year after the recent deadly attack at a Pride gathering, citing safety concerns, logistical headaches and a desire to honour the parade’s spirit of openness rather than clamp down with heavy security.</w:t>
      </w:r>
      <w:r/>
    </w:p>
    <w:p>
      <w:r/>
      <w:r>
        <w:t>Essential Takeaways</w:t>
      </w:r>
      <w:r/>
      <w:r/>
    </w:p>
    <w:p>
      <w:pPr>
        <w:pStyle w:val="ListBullet"/>
        <w:spacing w:line="240" w:lineRule="auto"/>
        <w:ind w:left="720"/>
      </w:pPr>
      <w:r/>
      <w:r>
        <w:rPr>
          <w:b/>
        </w:rPr>
        <w:t>Event cancelled:</w:t>
      </w:r>
      <w:r>
        <w:t xml:space="preserve"> Zug der Liebe will not run this year, organisers announced, after planning for an end-of-August technoparade. </w:t>
      </w:r>
      <w:r/>
    </w:p>
    <w:p>
      <w:pPr>
        <w:pStyle w:val="ListBullet"/>
        <w:spacing w:line="240" w:lineRule="auto"/>
        <w:ind w:left="720"/>
      </w:pPr>
      <w:r/>
      <w:r>
        <w:rPr>
          <w:b/>
        </w:rPr>
        <w:t>Safety and principle:</w:t>
      </w:r>
      <w:r>
        <w:t xml:space="preserve"> Heavy security measures expected after a deadly ramming attack at a Pride event would, organisers say, conflict with the parade’s message of tolerance. </w:t>
      </w:r>
      <w:r/>
    </w:p>
    <w:p>
      <w:pPr>
        <w:pStyle w:val="ListBullet"/>
        <w:spacing w:line="240" w:lineRule="auto"/>
        <w:ind w:left="720"/>
      </w:pPr>
      <w:r/>
      <w:r>
        <w:rPr>
          <w:b/>
        </w:rPr>
        <w:t>Scale and mood:</w:t>
      </w:r>
      <w:r>
        <w:t xml:space="preserve"> The parade drew roughly 10,000 people last year and is as much a political demonstration as a party, so the decision carries civic as well as cultural weight. </w:t>
      </w:r>
      <w:r/>
    </w:p>
    <w:p>
      <w:pPr>
        <w:pStyle w:val="ListBullet"/>
        <w:spacing w:line="240" w:lineRule="auto"/>
        <w:ind w:left="720"/>
      </w:pPr>
      <w:r/>
      <w:r>
        <w:rPr>
          <w:b/>
        </w:rPr>
        <w:t>Alternative activism:</w:t>
      </w:r>
      <w:r>
        <w:t xml:space="preserve"> Instead of the parade, organisers are backing other forms of commemoration and protest that fit the parade’s values. </w:t>
      </w:r>
      <w:r/>
    </w:p>
    <w:p>
      <w:pPr>
        <w:pStyle w:val="ListBullet"/>
        <w:spacing w:line="240" w:lineRule="auto"/>
        <w:ind w:left="720"/>
      </w:pPr>
      <w:r/>
      <w:r>
        <w:rPr>
          <w:b/>
        </w:rPr>
        <w:t>Logistics also cited:</w:t>
      </w:r>
      <w:r>
        <w:t xml:space="preserve"> Bureaucratic and organisational hurdles compounded security worries, making cancellation the pragmatic choice.</w:t>
      </w:r>
      <w:r/>
      <w:r/>
    </w:p>
    <w:p>
      <w:pPr>
        <w:pStyle w:val="Heading2"/>
      </w:pPr>
      <w:r>
        <w:t>Why organisers pulled the plug , safety, spirit and practicality</w:t>
      </w:r>
      <w:r/>
    </w:p>
    <w:p>
      <w:r/>
      <w:r>
        <w:t>The sharpest fact is simple: the technoparade was called off because the mood in the city changed after a vehicle attack at a Pride event left people dead and dozens hurt. According to local reports, authorities later shot the suspected attacker, who was accused of being linked to extremist ideology. Organisers say that the kind of fortress-like security that might be expected now would be at odds with a parade built around openness and solidarity. It’s a humane, if tough, choice , trading one loud celebration for quieter, values-driven responses.</w:t>
      </w:r>
      <w:r/>
    </w:p>
    <w:p>
      <w:pPr>
        <w:pStyle w:val="Heading2"/>
      </w:pPr>
      <w:r>
        <w:t>What Zug der Liebe has traditionally stood for</w:t>
      </w:r>
      <w:r/>
    </w:p>
    <w:p>
      <w:r/>
      <w:r>
        <w:t>Zug der Liebe isn’t just a party with loud beats; it’s a political music march with calls for diversity and solidarity. Past editions have attracted around ten thousand people, mixing DJs, colourful floats and campaigning groups. That blend is part of why heavy barriers and armed checkpoints feel wrong to the people behind the event , it would change the atmosphere from inclusive to defensive. You can see why the switch from festival to fortress matters to participants.</w:t>
      </w:r>
      <w:r/>
    </w:p>
    <w:p>
      <w:pPr>
        <w:pStyle w:val="Heading2"/>
      </w:pPr>
      <w:r>
        <w:t>How this fits a wider pattern across Berlin’s Pride scene</w:t>
      </w:r>
      <w:r/>
    </w:p>
    <w:p>
      <w:r/>
      <w:r>
        <w:t>Berlin has been adjusting to an uneasy rhythm: public commemorations and Pride events have been under fresh scrutiny since the attack. Organisers of other Pride activities have already reshaped plans , some cancelling, some moving to indoor or low-key formats , while municipal authorities juggle security and civil liberties. According to media coverage, a few major Pride fixtures elsewhere have also paused or rethought their staging, a trend that underlines the trickiness of hosting mass, celebratory protests in a tense moment.</w:t>
      </w:r>
      <w:r/>
    </w:p>
    <w:p>
      <w:pPr>
        <w:pStyle w:val="Heading2"/>
      </w:pPr>
      <w:r>
        <w:t>Practical choices for would-be attendees and supporters</w:t>
      </w:r>
      <w:r/>
    </w:p>
    <w:p>
      <w:r/>
      <w:r>
        <w:t>If you were planning to join the parade, there are simple options that still let you take part. Follow organisers’ updates for endorsed alternative gatherings, sign petitions, attend memorials, or donate to survivor funds and community groups. Smaller vigils and curated talks can preserve the parade’s message without the mass crowds that now feel vulnerable. If you do attend any public event, check transport changes, give yourself extra time and be mindful of official safety advice.</w:t>
      </w:r>
      <w:r/>
    </w:p>
    <w:p>
      <w:pPr>
        <w:pStyle w:val="Heading2"/>
      </w:pPr>
      <w:r>
        <w:t>What the decision says about protest culture and resilience</w:t>
      </w:r>
      <w:r/>
    </w:p>
    <w:p>
      <w:r/>
      <w:r>
        <w:t>Cancelling a flagship march is painful, but it’s also a deliberate statement: the movement prefers continuing activism in forms that don’t betray its ideals. In that sense, backing other demonstrations and commemorations keeps the message alive, just in different clothes. It’s a reminder that protest is adaptive , sometimes loud, sometimes quiet , and that communities often choose safety and principle over spectacle when the stakes are high.</w:t>
      </w:r>
      <w:r/>
    </w:p>
    <w:p>
      <w:r/>
      <w:r>
        <w:t>It's a small change that can make every commemoration feel more thoughtful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https://www.bd.nl/buitenland/technoparade-zug-der-liebe-gaat-dit-jaar-niet-door-in-berlijn-door-onrust-na-dodelijke-aanslag-tijdens-pride~a633b6fc/</w:t>
        </w:r>
      </w:hyperlink>
      <w:r>
        <w:t xml:space="preserve"> - Please view link - unable to able to access data</w:t>
      </w:r>
      <w:r/>
    </w:p>
    <w:p>
      <w:pPr>
        <w:pStyle w:val="ListNumber"/>
        <w:spacing w:line="240" w:lineRule="auto"/>
        <w:ind w:left="720"/>
      </w:pPr>
      <w:r/>
      <w:hyperlink r:id="rId10">
        <w:r>
          <w:rPr>
            <w:color w:val="0000EE"/>
            <w:u w:val="single"/>
          </w:rPr>
          <w:t>https://www.latimes.com/world-nation/story/2026-07-25/van-rams-crowd-at-berlin-lgbtq-event-1-killed-15-injured</w:t>
        </w:r>
      </w:hyperlink>
      <w:r>
        <w:t xml:space="preserve"> - A van drove into a crowd at Berlin's Christopher Street Day parade, resulting in one death and 16 injuries. The incident led to the cancellation of the major LGBTQ+ celebration. Police have identified a suspect and are conducting an investigation into the attack. The event, which was a significant gathering for the LGBTQ+ community, was abruptly halted due to the tragic incident. Authorities are urging the public to avoid the area as they continue their operations.</w:t>
      </w:r>
      <w:r/>
    </w:p>
    <w:p>
      <w:pPr>
        <w:pStyle w:val="ListNumber"/>
        <w:spacing w:line="240" w:lineRule="auto"/>
        <w:ind w:left="720"/>
      </w:pPr>
      <w:r/>
      <w:hyperlink r:id="rId12">
        <w:r>
          <w:rPr>
            <w:color w:val="0000EE"/>
            <w:u w:val="single"/>
          </w:rPr>
          <w:t>https://www.dw.com/en/berlin-csd-pride-cancelled-incident/a-78116146</w:t>
        </w:r>
      </w:hyperlink>
      <w:r>
        <w:t xml:space="preserve"> - Berlin's annual Pride event, Christopher Street Day (CSD), was cancelled following a vehicle driving into a crowd in the Tiergarten area. The incident resulted in multiple injuries, prompting a major police operation. Authorities have asked people to avoid the area as they search for the suspect. The cancellation of the event has raised concerns within the LGBTQ+ community and among participants who had gathered to advocate for tolerance and diversity.</w:t>
      </w:r>
      <w:r/>
    </w:p>
    <w:p>
      <w:pPr>
        <w:pStyle w:val="ListNumber"/>
        <w:spacing w:line="240" w:lineRule="auto"/>
        <w:ind w:left="720"/>
      </w:pPr>
      <w:r/>
      <w:hyperlink r:id="rId11">
        <w:r>
          <w:rPr>
            <w:color w:val="0000EE"/>
            <w:u w:val="single"/>
          </w:rPr>
          <w:t>https://www.zeit.de/news/2024-08/31/technoparade-zug-der-liebe-zieht-durch-berlin</w:t>
        </w:r>
      </w:hyperlink>
      <w:r>
        <w:t xml:space="preserve"> - The 'Zug der Liebe' techno parade took place in Berlin, drawing thousands of participants. The event featured numerous music trucks and electronic beats, starting from Mauerpark and ending in Kreuzberg. Organisers aimed to set a political example for tolerance, diversity, and solidarity. Despite lower attendance than expected, the parade proceeded without significant disturbances, highlighting the city's vibrant techno culture and commitment to inclusivity.</w:t>
      </w:r>
      <w:r/>
    </w:p>
    <w:p>
      <w:pPr>
        <w:pStyle w:val="ListNumber"/>
        <w:spacing w:line="240" w:lineRule="auto"/>
        <w:ind w:left="720"/>
      </w:pPr>
      <w:r/>
      <w:hyperlink r:id="rId14">
        <w:r>
          <w:rPr>
            <w:color w:val="0000EE"/>
            <w:u w:val="single"/>
          </w:rPr>
          <w:t>https://www.zeit.de/news/2025-08/29/technoparade-zug-der-liebe-mit-baessen-durch-berlin</w:t>
        </w:r>
      </w:hyperlink>
      <w:r>
        <w:t xml:space="preserve"> - The 'Zug der Liebe' techno parade in Berlin was set to take place, marking its tenth edition. Organisers planned to have 15 music trucks participating, aiming to set a political example for tolerance, diversity, and solidarity. The parade was scheduled to start at Mauerpark and end in Kreuzberg. Previous years had seen varying attendance, with organisers hoping for a larger turnout this time.</w:t>
      </w:r>
      <w:r/>
    </w:p>
    <w:p>
      <w:pPr>
        <w:pStyle w:val="ListNumber"/>
        <w:spacing w:line="240" w:lineRule="auto"/>
        <w:ind w:left="720"/>
      </w:pPr>
      <w:r/>
      <w:hyperlink r:id="rId13">
        <w:r>
          <w:rPr>
            <w:color w:val="0000EE"/>
            <w:u w:val="single"/>
          </w:rPr>
          <w:t>https://www.rbb24.de/kultur/beitrag/2025/08/berlin-technoparade-zug-der-liebe-samstag-musik-demo.html</w:t>
        </w:r>
      </w:hyperlink>
      <w:r>
        <w:t xml:space="preserve"> - Thousands of people participated in the tenth edition of the 'Zug der Liebe' techno parade in Berlin. The demonstration, which started at Mauerpark and ended in Kreuzberg, aimed to set a political example for tolerance, diversity, and solidarity. Despite initial expectations of a larger turnout, the event proceeded peacefully, with police reporting no significant disturbances. The parade highlighted Berlin's vibrant techno culture and commitment to inclusivity.</w:t>
      </w:r>
      <w:r/>
    </w:p>
    <w:p>
      <w:pPr>
        <w:pStyle w:val="ListNumber"/>
        <w:spacing w:line="240" w:lineRule="auto"/>
        <w:ind w:left="720"/>
      </w:pPr>
      <w:r/>
      <w:hyperlink r:id="rId15">
        <w:r>
          <w:rPr>
            <w:color w:val="0000EE"/>
            <w:u w:val="single"/>
          </w:rPr>
          <w:t>https://www.bz-berlin.de/berlin/zug-der-liebe-2025-sperrungen-route</w:t>
        </w:r>
      </w:hyperlink>
      <w:r>
        <w:t xml:space="preserve"> - The 'Zug der Liebe' techno parade celebrated its tenth anniversary in Berlin. Organised by the association Zug der Liebe e.V., the demonstration aimed to set a political example for tolerance, diversity, and solidarity. The parade featured 18 music trucks and was scheduled to start at Mauerpark, with significant traffic restrictions expected along the route. The event highlighted Berlin's commitment to inclusivity and its vibrant techno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buitenland/technoparade-zug-der-liebe-gaat-dit-jaar-niet-door-in-berlijn-door-onrust-na-dodelijke-aanslag-tijdens-pride~a633b6fc/" TargetMode="External"/><Relationship Id="rId10" Type="http://schemas.openxmlformats.org/officeDocument/2006/relationships/hyperlink" Target="https://www.latimes.com/world-nation/story/2026-07-25/van-rams-crowd-at-berlin-lgbtq-event-1-killed-15-injured" TargetMode="External"/><Relationship Id="rId11" Type="http://schemas.openxmlformats.org/officeDocument/2006/relationships/hyperlink" Target="https://www.zeit.de/news/2024-08/31/technoparade-zug-der-liebe-zieht-durch-berlin" TargetMode="External"/><Relationship Id="rId12" Type="http://schemas.openxmlformats.org/officeDocument/2006/relationships/hyperlink" Target="https://www.dw.com/en/berlin-csd-pride-cancelled-incident/a-78116146" TargetMode="External"/><Relationship Id="rId13" Type="http://schemas.openxmlformats.org/officeDocument/2006/relationships/hyperlink" Target="https://www.rbb24.de/kultur/beitrag/2025/08/berlin-technoparade-zug-der-liebe-samstag-musik-demo.html" TargetMode="External"/><Relationship Id="rId14" Type="http://schemas.openxmlformats.org/officeDocument/2006/relationships/hyperlink" Target="https://www.zeit.de/news/2025-08/29/technoparade-zug-der-liebe-mit-baessen-durch-berlin" TargetMode="External"/><Relationship Id="rId15" Type="http://schemas.openxmlformats.org/officeDocument/2006/relationships/hyperlink" Target="https://www.bz-berlin.de/berlin/zug-der-liebe-2025-sperrungen-rou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