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Castro Art Mart Moments: Queens, Cream and Community Spark Noe Street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neighbours poured onto Noe Street on July 5 for the Castro Art Mart’s summer blowout, Queens, Cream &amp; Chaos , a colourful, loud celebration of local LGBTQ+ makers, drag performance and playful mayhem that reminded the Castro why this monthly market still matters.</w:t>
      </w:r>
      <w:r/>
    </w:p>
    <w:p>
      <w:r/>
      <w:r>
        <w:t>Essential Takeaways</w:t>
      </w:r>
      <w:r/>
      <w:r/>
    </w:p>
    <w:p>
      <w:pPr>
        <w:pStyle w:val="ListBullet"/>
        <w:spacing w:line="240" w:lineRule="auto"/>
        <w:ind w:left="720"/>
      </w:pPr>
      <w:r/>
      <w:r>
        <w:rPr>
          <w:b/>
        </w:rPr>
        <w:t>Local makers on show:</w:t>
      </w:r>
      <w:r>
        <w:t xml:space="preserve"> A broad mix of queer artisans sold hand‑poured candles, pop‑art prints and small‑batch goods, with a market layout stretching between Market and Beaver.</w:t>
      </w:r>
      <w:r/>
    </w:p>
    <w:p>
      <w:pPr>
        <w:pStyle w:val="ListBullet"/>
        <w:spacing w:line="240" w:lineRule="auto"/>
        <w:ind w:left="720"/>
      </w:pPr>
      <w:r/>
      <w:r>
        <w:rPr>
          <w:b/>
        </w:rPr>
        <w:t>Performance energy:</w:t>
      </w:r>
      <w:r>
        <w:t xml:space="preserve"> Drag acts , including Puck Duo, Nikita Vega and Blue Bailey , turned the main stage into a runway, backed by a live DJ set.</w:t>
      </w:r>
      <w:r/>
    </w:p>
    <w:p>
      <w:pPr>
        <w:pStyle w:val="ListBullet"/>
        <w:spacing w:line="240" w:lineRule="auto"/>
        <w:ind w:left="720"/>
      </w:pPr>
      <w:r/>
      <w:r>
        <w:rPr>
          <w:b/>
        </w:rPr>
        <w:t>Community vibes:</w:t>
      </w:r>
      <w:r>
        <w:t xml:space="preserve"> The event blended neighbourhood hangout and nightlife energy, drawing families, longtime Castro regulars and newcomers alike.</w:t>
      </w:r>
      <w:r/>
    </w:p>
    <w:p>
      <w:pPr>
        <w:pStyle w:val="ListBullet"/>
        <w:spacing w:line="240" w:lineRule="auto"/>
        <w:ind w:left="720"/>
      </w:pPr>
      <w:r/>
      <w:r>
        <w:rPr>
          <w:b/>
        </w:rPr>
        <w:t>Playful highlights:</w:t>
      </w:r>
      <w:r>
        <w:t xml:space="preserve"> An Imperial Cream Pie Contest added chaos and laughter, giving the afternoon a spontaneous, silly edge.</w:t>
      </w:r>
      <w:r/>
    </w:p>
    <w:p>
      <w:pPr>
        <w:pStyle w:val="ListBullet"/>
        <w:spacing w:line="240" w:lineRule="auto"/>
        <w:ind w:left="720"/>
      </w:pPr>
      <w:r/>
      <w:r>
        <w:rPr>
          <w:b/>
        </w:rPr>
        <w:t>When to go next:</w:t>
      </w:r>
      <w:r>
        <w:t xml:space="preserve"> Castro Art Mart returns August 2 and October 4, offering more chances to browse, listen and cheer.</w:t>
      </w:r>
      <w:r/>
      <w:r/>
    </w:p>
    <w:p>
      <w:pPr>
        <w:pStyle w:val="Heading2"/>
      </w:pPr>
      <w:r>
        <w:t>A block party with proper sparkle</w:t>
      </w:r>
      <w:r/>
    </w:p>
    <w:p>
      <w:r/>
      <w:r>
        <w:t>The opening scene was immediate: bunting, bright posters and the warm, sugary smell of street food mingling with the low thump of a DJ set. According to event listings and local coverage, the market runs along Noe Street and transforms the block into a pop‑up bazaar of queer creativity and joy. The sensory detail , neon prints, the tactile weight of handmade ceramics, the hush before a drag number , made it feel less like a market and more like a neighbourhood festival.</w:t>
      </w:r>
      <w:r/>
    </w:p>
    <w:p>
      <w:r/>
      <w:r>
        <w:t>Organisers at Artyhood have grown the market into a dependable first‑Sunday ritual, so regulars know to expect both familiar vendors and fresh faces. If you love to discover small studios and chat with makers, this is exactly the kind of place to linger. Bring a tote, wear comfortable shoes and plan for a bit of standing room during performances.</w:t>
      </w:r>
      <w:r/>
    </w:p>
    <w:p>
      <w:pPr>
        <w:pStyle w:val="Heading2"/>
      </w:pPr>
      <w:r>
        <w:t>Queens, Cream and properly staged chaos</w:t>
      </w:r>
      <w:r/>
    </w:p>
    <w:p>
      <w:r/>
      <w:r>
        <w:t>Drag amplified the mood from midday into evening. Performers including Puck Duo, Nikita Vega and Blue Bailey worked the stage like they owned it, mixing camp, costume and quick banter while the DJ kept the crowd bouncing. The Imperial Cream Pie Contest , equal parts slapstick and audience sport , introduced a deliciously messy note that had people laughing from the street to the sidewalk cafés.</w:t>
      </w:r>
      <w:r/>
    </w:p>
    <w:p>
      <w:r/>
      <w:r>
        <w:t>Events like this show why drag and market culture pair so well: both are about craft, presence and community response. If you’re going to watch, get there early for a good vantage point, and remember that front‑row at a street drag often means leaning in amid cheering and confetti.</w:t>
      </w:r>
      <w:r/>
    </w:p>
    <w:p>
      <w:pPr>
        <w:pStyle w:val="Heading2"/>
      </w:pPr>
      <w:r>
        <w:t>What the market means for the Castro</w:t>
      </w:r>
      <w:r/>
    </w:p>
    <w:p>
      <w:r/>
      <w:r>
        <w:t>Beyond the parties and purchases, the Castro Art Mart acts as a public square that keeps queer culture visible and economically viable. Local publications and event calendars have flagged the market as a highlight of the neighbourhood calendar, and the turnout shows strong appetite for daytime queer programming that’s accessible and free. For small creators, it’s not only about sales but about meeting customers who want to hear the story behind an object.</w:t>
      </w:r>
      <w:r/>
    </w:p>
    <w:p>
      <w:r/>
      <w:r>
        <w:t>If you run a creative stall, simple merchandising , clear pricing, business cards, and a small display that tells your process , can make a big difference. And if you live nearby, think of the market as a place to reconnect with neighbours in a calmer, daylight setting before the evening’s energy takes over.</w:t>
      </w:r>
      <w:r/>
    </w:p>
    <w:p>
      <w:pPr>
        <w:pStyle w:val="Heading2"/>
      </w:pPr>
      <w:r>
        <w:t>How to make the most of future dates</w:t>
      </w:r>
      <w:r/>
    </w:p>
    <w:p>
      <w:r/>
      <w:r>
        <w:t>Plan to arrive early to beat the queues and pick up sidewalk seating near the stage if you want a front‑row view. Pack a lightweight rain jacket in case of changeable weather, and bring cash as well as cards; small vendors sometimes prefer quick cash sales. For families, afternoons are friendlier , later sets tend to ramp up into louder, clubby territory.</w:t>
      </w:r>
      <w:r/>
    </w:p>
    <w:p>
      <w:r/>
      <w:r>
        <w:t>Check Artyhood’s event page or Eventbrite listings for vendor lineups and any special programming before you go. And if you’re shopping for gifts, look for one‑off pieces and ask about custom commissions , many artists appreciate direct commissions as a steady income stream.</w:t>
      </w:r>
      <w:r/>
    </w:p>
    <w:p>
      <w:pPr>
        <w:pStyle w:val="Heading2"/>
      </w:pPr>
      <w:r>
        <w:t>Why this matters beyond a single Sunday</w:t>
      </w:r>
      <w:r/>
    </w:p>
    <w:p>
      <w:r/>
      <w:r>
        <w:t>There’s a practical joy in seeing a neighbourhood market that’s energetic, queer‑led and genuinely inclusive. It’s a reminder that cities thrive when public culture is varied and local makers get space to shine. The Castro Art Mart’s mix of art, music and chaotic fun keeps a corner of San Francisco lively in a way that’s both nostalgic and forward‑looking.</w:t>
      </w:r>
      <w:r/>
    </w:p>
    <w:p>
      <w:r/>
      <w:r>
        <w:t>So mark your calendar for the next market, bring a friend, and let the queens, the cream and the chaos do the rest.</w:t>
      </w:r>
      <w:r/>
    </w:p>
    <w:p>
      <w:r/>
      <w:r>
        <w:t>It's a small change that keeps local culture loud, lovely and properly local.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2">
        <w:r>
          <w:rPr>
            <w:color w:val="0000EE"/>
            <w:u w:val="single"/>
          </w:rPr>
          <w:t>[4]</w:t>
        </w:r>
      </w:hyperlink>
      <w:r>
        <w:t xml:space="preserve">- Paragraph 4: </w:t>
      </w:r>
      <w:hyperlink r:id="rId11">
        <w:r>
          <w:rPr>
            <w:color w:val="0000EE"/>
            <w:u w:val="single"/>
          </w:rPr>
          <w:t>[3]</w:t>
        </w:r>
      </w:hyperlink>
      <w:r>
        <w:t xml:space="preserve">, </w:t>
      </w:r>
      <w:hyperlink r:id="rId10">
        <w:r>
          <w:rPr>
            <w:color w:val="0000EE"/>
            <w:u w:val="single"/>
          </w:rPr>
          <w:t>[2]</w:t>
        </w:r>
      </w:hyperlink>
      <w:r>
        <w:t xml:space="preserve">- Paragraph 5: </w:t>
      </w:r>
      <w:hyperlink r:id="rId11">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https://sfbaytimes.com/castro-art-mart-queens-cream-chaos/?utm_source=rss&amp;utm_medium=rss&amp;utm_campaign=castro-art-mart-queens-cream-chaos</w:t>
        </w:r>
      </w:hyperlink>
      <w:r>
        <w:t xml:space="preserve"> - Please view link - unable to able to access data</w:t>
      </w:r>
      <w:r/>
    </w:p>
    <w:p>
      <w:pPr>
        <w:pStyle w:val="ListNumber"/>
        <w:spacing w:line="240" w:lineRule="auto"/>
        <w:ind w:left="720"/>
      </w:pPr>
      <w:r/>
      <w:hyperlink r:id="rId10">
        <w:r>
          <w:rPr>
            <w:color w:val="0000EE"/>
            <w:u w:val="single"/>
          </w:rPr>
          <w:t>https://www.eventbrite.com/e/castro-art-mart-queens-cream-and-chaos-tickets-1992799754711</w:t>
        </w:r>
      </w:hyperlink>
      <w:r>
        <w:t xml:space="preserve"> - The Castro Art Mart's 'Queens, Cream &amp; Chaos' event took place on July 5, 2026, from 2 PM to 7 PM on Noe Street between Market and Beaver in San Francisco. Organised by ArtyHood, the event featured local LGBTQ+ artists and creatives, a live DJ set, a bar with drinks, a drag show at 5 PM, and an Imperial Cream Pie Contest. The event was free and open to all, celebrating queer joy, local art, drag, music, and community fun.</w:t>
      </w:r>
      <w:r/>
    </w:p>
    <w:p>
      <w:pPr>
        <w:pStyle w:val="ListNumber"/>
        <w:spacing w:line="240" w:lineRule="auto"/>
        <w:ind w:left="720"/>
      </w:pPr>
      <w:r/>
      <w:hyperlink r:id="rId11">
        <w:r>
          <w:rPr>
            <w:color w:val="0000EE"/>
            <w:u w:val="single"/>
          </w:rPr>
          <w:t>https://artyhood.org/castro-art-mart/</w:t>
        </w:r>
      </w:hyperlink>
      <w:r>
        <w:t xml:space="preserve"> - ArtyHood's Castro Art Mart is a monthly event held every first Sunday from 2 PM to 7 PM on Noe Street at Market Street in San Francisco's Castro District. The event showcases dozens of local artists and small businesses, offering a vibrant community space for shopping, art, and culture. The 2026 schedule includes events on August 2 and October 4, continuing the tradition of supporting queer artists and celebrating community.</w:t>
      </w:r>
      <w:r/>
    </w:p>
    <w:p>
      <w:pPr>
        <w:pStyle w:val="ListNumber"/>
        <w:spacing w:line="240" w:lineRule="auto"/>
        <w:ind w:left="720"/>
      </w:pPr>
      <w:r/>
      <w:hyperlink r:id="rId12">
        <w:r>
          <w:rPr>
            <w:color w:val="0000EE"/>
            <w:u w:val="single"/>
          </w:rPr>
          <w:t>https://www.sfstation.com/castro-art-mart-e2441736</w:t>
        </w:r>
      </w:hyperlink>
      <w:r>
        <w:t xml:space="preserve"> - SF Station highlights the Castro Art Mart, a free event held every first Sunday of the month in San Francisco's Castro District. The event features unique works from talented artists, music performances, and drag acts. The May 2, 2026, edition included art and handmade goods by local artists, live drag performances, and music by local musicians, celebrating creativity and community in the Castro.</w:t>
      </w:r>
      <w:r/>
    </w:p>
    <w:p>
      <w:pPr>
        <w:pStyle w:val="ListNumber"/>
        <w:spacing w:line="240" w:lineRule="auto"/>
        <w:ind w:left="720"/>
      </w:pPr>
      <w:r/>
      <w:hyperlink r:id="rId13">
        <w:r>
          <w:rPr>
            <w:color w:val="0000EE"/>
            <w:u w:val="single"/>
          </w:rPr>
          <w:t>https://sf.funcheap.com/castro-art-mart-2026-drag-music-art-1st-sundays-5/</w:t>
        </w:r>
      </w:hyperlink>
      <w:r>
        <w:t xml:space="preserve"> - Funcheap San Francisco promotes the Castro Art Mart, a free event held every first Sunday through December 6, 2026, from 2:00 PM to 8:00 PM on Noe Street between Market and Beaver. The event celebrates local creativity, featuring talented artists, makers, musicians, and performers. It offers a lively day in the heart of The Castro, showcasing unique handmade goods, original artwork, live entertainment, and special performances.</w:t>
      </w:r>
      <w:r/>
    </w:p>
    <w:p>
      <w:pPr>
        <w:pStyle w:val="ListNumber"/>
        <w:spacing w:line="240" w:lineRule="auto"/>
        <w:ind w:left="720"/>
      </w:pPr>
      <w:r/>
      <w:hyperlink r:id="rId14">
        <w:r>
          <w:rPr>
            <w:color w:val="0000EE"/>
            <w:u w:val="single"/>
          </w:rPr>
          <w:t>https://www.sfchronicle.com/entertainment/article/castro-theatre-2026-lineup-21138421.php/</w:t>
        </w:r>
      </w:hyperlink>
      <w:r>
        <w:t xml:space="preserve"> - The San Francisco Chronicle reports on the reopening of the Castro Theatre in 2026 after a $41 million renovation. The theatre's first slate of concerts includes performances by Lucy Dacus, the Breeders, Father John Misty, Perfume Genius, and Santigold, as well as entertainer Jonathan Van Ness. The reopening marks a significant cultural event in San Francisco, bringing a diverse range of artists to the historic venue.</w:t>
      </w:r>
      <w:r/>
    </w:p>
    <w:p>
      <w:pPr>
        <w:pStyle w:val="ListNumber"/>
        <w:spacing w:line="240" w:lineRule="auto"/>
        <w:ind w:left="720"/>
      </w:pPr>
      <w:r/>
      <w:hyperlink r:id="rId15">
        <w:r>
          <w:rPr>
            <w:color w:val="0000EE"/>
            <w:u w:val="single"/>
          </w:rPr>
          <w:t>https://whitehotmagazine.com/articles/queens-art-of-drag-nyc/7937</w:t>
        </w:r>
      </w:hyperlink>
      <w:r>
        <w:t xml:space="preserve"> - Whitehot Magazine reviews 'Queens: The Art of Drag &amp; NYC,' a groundbreaking exhibition at Culture Lab LIC in New York City. The exhibition, which opened on June 4, 2026, explores the artistry of drag through multimedia presentations, highlighting the rich creativity and artistic labour behind the form. It roots itself within New York City's cultural history, showcasing how the ballroom scene and queer nightlife have influenced modern drag culture and the LGBTQ+ rights movement.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castro-art-mart-queens-cream-chaos/?utm_source=rss&amp;utm_medium=rss&amp;utm_campaign=castro-art-mart-queens-cream-chaos" TargetMode="External"/><Relationship Id="rId10" Type="http://schemas.openxmlformats.org/officeDocument/2006/relationships/hyperlink" Target="https://www.eventbrite.com/e/castro-art-mart-queens-cream-and-chaos-tickets-1992799754711" TargetMode="External"/><Relationship Id="rId11" Type="http://schemas.openxmlformats.org/officeDocument/2006/relationships/hyperlink" Target="https://artyhood.org/castro-art-mart/" TargetMode="External"/><Relationship Id="rId12" Type="http://schemas.openxmlformats.org/officeDocument/2006/relationships/hyperlink" Target="https://www.sfstation.com/castro-art-mart-e2441736" TargetMode="External"/><Relationship Id="rId13" Type="http://schemas.openxmlformats.org/officeDocument/2006/relationships/hyperlink" Target="https://sf.funcheap.com/castro-art-mart-2026-drag-music-art-1st-sundays-5/" TargetMode="External"/><Relationship Id="rId14" Type="http://schemas.openxmlformats.org/officeDocument/2006/relationships/hyperlink" Target="https://www.sfchronicle.com/entertainment/article/castro-theatre-2026-lineup-21138421.php/" TargetMode="External"/><Relationship Id="rId15" Type="http://schemas.openxmlformats.org/officeDocument/2006/relationships/hyperlink" Target="https://whitehotmagazine.com/articles/queens-art-of-drag-nyc/793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