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Pride Brunch: The Salt Room’s Sea-Fire Celebration by the Sea</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seaside lovers are snapping up tickets to The Salt Room’s Pride Brunch, a four-course seafood sharing feast with rosé, DJs and front-row parade views on Saturday 1 August; it’s a stylish, seafront way to celebrate Brighton Pride with friends and fizz.</w:t>
      </w:r>
      <w:r/>
    </w:p>
    <w:p>
      <w:r/>
      <w:r>
        <w:t>Essential Takeaways</w:t>
      </w:r>
      <w:r/>
      <w:r/>
    </w:p>
    <w:p>
      <w:pPr>
        <w:pStyle w:val="ListBullet"/>
        <w:spacing w:line="240" w:lineRule="auto"/>
        <w:ind w:left="720"/>
      </w:pPr>
      <w:r/>
      <w:r>
        <w:rPr>
          <w:b/>
        </w:rPr>
        <w:t>What it is:</w:t>
      </w:r>
      <w:r>
        <w:t xml:space="preserve"> A four-course, seasonal seafood sharing menu with bespoke drink pairings, including Ultimate Provence Rosé and the restaurant’s signature Frosé. </w:t>
      </w:r>
      <w:r/>
    </w:p>
    <w:p>
      <w:pPr>
        <w:pStyle w:val="ListBullet"/>
        <w:spacing w:line="240" w:lineRule="auto"/>
        <w:ind w:left="720"/>
      </w:pPr>
      <w:r/>
      <w:r>
        <w:rPr>
          <w:b/>
        </w:rPr>
        <w:t>Where:</w:t>
      </w:r>
      <w:r>
        <w:t xml:space="preserve"> The Salt Room’s seafront terrace above King’s Road, offering prime viewing of the Brighton Pride Parade. </w:t>
      </w:r>
      <w:r/>
    </w:p>
    <w:p>
      <w:pPr>
        <w:pStyle w:val="ListBullet"/>
        <w:spacing w:line="240" w:lineRule="auto"/>
        <w:ind w:left="720"/>
      </w:pPr>
      <w:r/>
      <w:r>
        <w:rPr>
          <w:b/>
        </w:rPr>
        <w:t>When and cost:</w:t>
      </w:r>
      <w:r>
        <w:t xml:space="preserve"> Saturday 1 August, event starts at 10am; tickets cost £90 per person. </w:t>
      </w:r>
      <w:r/>
    </w:p>
    <w:p>
      <w:pPr>
        <w:pStyle w:val="ListBullet"/>
        <w:spacing w:line="240" w:lineRule="auto"/>
        <w:ind w:left="720"/>
      </w:pPr>
      <w:r/>
      <w:r>
        <w:rPr>
          <w:b/>
        </w:rPr>
        <w:t>Food highlights:</w:t>
      </w:r>
      <w:r>
        <w:t xml:space="preserve"> Freshly shucked Irish Rock oysters, Cornish crab crumpets with poached eggs, sea bass ceviche and The Salt Room Seafood Tower with optional Cornish Exmoor caviar. </w:t>
      </w:r>
      <w:r/>
    </w:p>
    <w:p>
      <w:pPr>
        <w:pStyle w:val="ListBullet"/>
        <w:spacing w:line="240" w:lineRule="auto"/>
        <w:ind w:left="720"/>
      </w:pPr>
      <w:r/>
      <w:r>
        <w:rPr>
          <w:b/>
        </w:rPr>
        <w:t>Vibe:</w:t>
      </w:r>
      <w:r>
        <w:t xml:space="preserve"> Live DJ sets (Poppie Sharman from 1pm), relaxed yet sophisticated seaside energy, with limited availability so book early.</w:t>
      </w:r>
      <w:r/>
      <w:r/>
    </w:p>
    <w:p>
      <w:pPr>
        <w:pStyle w:val="Heading2"/>
      </w:pPr>
      <w:r>
        <w:t>Why this Pride brunch feels different</w:t>
      </w:r>
      <w:r/>
    </w:p>
    <w:p>
      <w:r/>
      <w:r>
        <w:t>Brighton’s Pride is all about colour, noise and community, but sometimes you want a calmer, elevated way to take it all in. The Salt Room pitches itself as that pause with a sea breeze , think chilled rosé, a squeaky-clean taste of the ocean and uninterrupted parade views. The terrace is a visual treat: clifftop light, the sea beyond and a parade route you can actually enjoy rather than fight for.</w:t>
      </w:r>
      <w:r/>
    </w:p>
    <w:p>
      <w:r/>
      <w:r>
        <w:t>The idea taps into a wider trend: experiences over simple dining, where food, drink and a front-row spot create a single memory. According to local listings and the restaurant’s own Pride pages, this isn’t the first time The Salt Room has leaned into Pride weekend, but this year’s sea-fire theme leans harder into sharing plates and theatrical seafood presentation.</w:t>
      </w:r>
      <w:r/>
    </w:p>
    <w:p>
      <w:r/>
      <w:r>
        <w:t>If you care about ceremony, choose the Seafood Tower option and consider the caviar add-on. If you want to keep things casual, the pairing and pancake finish still make it feel celebratory.</w:t>
      </w:r>
      <w:r/>
    </w:p>
    <w:p>
      <w:pPr>
        <w:pStyle w:val="Heading2"/>
      </w:pPr>
      <w:r>
        <w:t>The menu: bright, briny, and built for sharing</w:t>
      </w:r>
      <w:r/>
    </w:p>
    <w:p>
      <w:r/>
      <w:r>
        <w:t>The menu reads like a love letter to the British coast. Start with Irish Rock oysters , the kind that smell of salt and distant storms , then move through Cornish crab crumpets crowned with poached egg and saffron hollandaise. The sea bass ceviche adds a citrus snap from yuzu vinaigrette, and stacks of pancakes with Chantilly and seasonal berries deliver something soft and sweet to close the loop.</w:t>
      </w:r>
      <w:r/>
    </w:p>
    <w:p>
      <w:r/>
      <w:r>
        <w:t>The centrepiece is The Salt Room Seafood Tower, a theatrical heap of shellfish that’s built for Instagram and for sharing. For anyone who likes a little luxury, there’s the option to add Cornish Exmoor caviar, which is a neat local touch.</w:t>
      </w:r>
      <w:r/>
    </w:p>
    <w:p>
      <w:r/>
      <w:r>
        <w:t>Practical tip: if you’ve got dietary needs, email ahead , a sharing menu can be adapted but the sooner the team knows, the better the result.</w:t>
      </w:r>
      <w:r/>
    </w:p>
    <w:p>
      <w:pPr>
        <w:pStyle w:val="Heading2"/>
      </w:pPr>
      <w:r>
        <w:t>Drinks, DJs and how brunch becomes party</w:t>
      </w:r>
      <w:r/>
    </w:p>
    <w:p>
      <w:r/>
      <w:r>
        <w:t>Each course is matched to an Ultimate Provence drinks journey, which culminates in The Salt Room’s signature Frosé , a slushy, rosé-based finish that feels right for Brighton sunshine. The beverage narrative raises the brunch from “nice meal” to a proper paired experience.</w:t>
      </w:r>
      <w:r/>
    </w:p>
    <w:p>
      <w:r/>
      <w:r>
        <w:t>From 1pm, DJ Poppie Sharman moves the soundtrack along and the terrace shifts closer to party mode, so it’s perfect if you want the best of both worlds: a relaxed late-morning meal and an easy jump into the festival atmosphere. Bookings are handled through SevenRooms experiences, and the event page confirms limited availability , so don’t dilly-dally if you’re planning a group.</w:t>
      </w:r>
      <w:r/>
    </w:p>
    <w:p>
      <w:r/>
      <w:r>
        <w:t>A small practical note: seafront terraces can be breezy and ever-changeable, so bring a light layer in case the weather turns.</w:t>
      </w:r>
      <w:r/>
    </w:p>
    <w:p>
      <w:pPr>
        <w:pStyle w:val="Heading2"/>
      </w:pPr>
      <w:r>
        <w:t>Tickets, booking and what to expect on the day</w:t>
      </w:r>
      <w:r/>
    </w:p>
    <w:p>
      <w:r/>
      <w:r>
        <w:t>Tickets are £90 per person and include the four-course brunch and the pairings. The event opens at 10am, which gives you time to settle, eat and still be in good time for the Pride Parade. The Salt Room’s location above King’s Road means you’re literally overlooking the action, rather than elbowing for space on the promenade.</w:t>
      </w:r>
      <w:r/>
    </w:p>
    <w:p>
      <w:r/>
      <w:r>
        <w:t>If you’re booking for a group, arrange it in one go and check the booking site’s cancellation and dietary policies. The event’s limited capacity means it sells out quickly in a city where Pride weekend is a major draw.</w:t>
      </w:r>
      <w:r/>
    </w:p>
    <w:p>
      <w:pPr>
        <w:pStyle w:val="Heading2"/>
      </w:pPr>
      <w:r>
        <w:t>A local, stylish way to do Pride</w:t>
      </w:r>
      <w:r/>
    </w:p>
    <w:p>
      <w:r/>
      <w:r>
        <w:t>This kind of ticketed brunch doesn’t replace the unmissable energy of marching or street parties, but it’s a refined alternative for those who want to be part of Pride without the crush. Think of it as front-row leisure: excellent seafood, supportive vibes, and a soundtrack that nudges you into the afternoon.</w:t>
      </w:r>
      <w:r/>
    </w:p>
    <w:p>
      <w:r/>
      <w:r>
        <w:t>It’s a small change in plan that can make your Pride weekend feel both special and effortless.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3">
        <w:r>
          <w:rPr>
            <w:color w:val="0000EE"/>
            <w:u w:val="single"/>
          </w:rPr>
          <w:t>[4]</w:t>
        </w:r>
      </w:hyperlink>
      <w:r>
        <w:t xml:space="preserve">- Paragraph 3: </w:t>
      </w:r>
      <w:hyperlink r:id="rId9">
        <w:r>
          <w:rPr>
            <w:color w:val="0000EE"/>
            <w:u w:val="single"/>
          </w:rPr>
          <w:t>[1]</w:t>
        </w:r>
      </w:hyperlink>
      <w:r>
        <w:t xml:space="preserve">, </w:t>
      </w:r>
      <w:hyperlink r:id="rId14">
        <w:r>
          <w:rPr>
            <w:color w:val="0000EE"/>
            <w:u w:val="single"/>
          </w:rPr>
          <w:t>[5]</w:t>
        </w:r>
      </w:hyperlink>
      <w:r>
        <w:t xml:space="preserve">- Paragraph 4: </w:t>
      </w:r>
      <w:hyperlink r:id="rId9">
        <w:r>
          <w:rPr>
            <w:color w:val="0000EE"/>
            <w:u w:val="single"/>
          </w:rPr>
          <w:t>[1]</w:t>
        </w:r>
      </w:hyperlink>
      <w:r>
        <w:t xml:space="preserve">, </w:t>
      </w:r>
      <w:hyperlink r:id="rId12">
        <w:r>
          <w:rPr>
            <w:color w:val="0000EE"/>
            <w:u w:val="single"/>
          </w:rPr>
          <w:t>[6]</w:t>
        </w:r>
      </w:hyperlink>
      <w:r>
        <w:t xml:space="preserve">- Paragraph 5: </w:t>
      </w:r>
      <w:hyperlink r:id="rId9">
        <w:r>
          <w:rPr>
            <w:color w:val="0000EE"/>
            <w:u w:val="single"/>
          </w:rPr>
          <w:t>[1]</w:t>
        </w:r>
      </w:hyperlink>
      <w:r>
        <w:t xml:space="preserve">, </w:t>
      </w:r>
      <w:hyperlink r:id="rId14">
        <w:r>
          <w:rPr>
            <w:color w:val="0000EE"/>
            <w:u w:val="single"/>
          </w:rPr>
          <w:t>[5]</w:t>
        </w:r>
      </w:hyperlink>
      <w:r>
        <w:t xml:space="preserve">- Paragraph 6: </w:t>
      </w:r>
      <w:hyperlink r:id="rId11">
        <w:r>
          <w:rPr>
            <w:color w:val="0000EE"/>
            <w:u w:val="single"/>
          </w:rPr>
          <w:t>[3]</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https://www.theargus.co.uk/news/26412042.salt-room-launches-brighton-pride-brunch-experience/?ref=rss</w:t>
        </w:r>
      </w:hyperlink>
      <w:r>
        <w:t xml:space="preserve"> - Please view link - unable to able to access data</w:t>
      </w:r>
      <w:r/>
    </w:p>
    <w:p>
      <w:pPr>
        <w:pStyle w:val="ListNumber"/>
        <w:spacing w:line="240" w:lineRule="auto"/>
        <w:ind w:left="720"/>
      </w:pPr>
      <w:r/>
      <w:hyperlink r:id="rId10">
        <w:r>
          <w:rPr>
            <w:color w:val="0000EE"/>
            <w:u w:val="single"/>
          </w:rPr>
          <w:t>https://saltroom-restaurant.co.uk/blog/news/pride-party-2023/</w:t>
        </w:r>
      </w:hyperlink>
      <w:r>
        <w:t xml:space="preserve"> - The Salt Room, an award-winning seafood restaurant in Brighton, is hosting its annual Pride Party on Saturday, 5th August 2023. The event offers front-row views of the Pride Parade from the covered terrace, starting at 10:30 am. Guests can enjoy a £85 snacks and drinks package, including access to the Cazcabel Margarita bar, a welcome glass of Prosecco, signature Salt Room dishes, and live DJ entertainment. £5 from each ticket will be donated to The Brighton Rainbow Fund. For more details and bookings, visit their official website.</w:t>
      </w:r>
      <w:r/>
    </w:p>
    <w:p>
      <w:pPr>
        <w:pStyle w:val="ListNumber"/>
        <w:spacing w:line="240" w:lineRule="auto"/>
        <w:ind w:left="720"/>
      </w:pPr>
      <w:r/>
      <w:hyperlink r:id="rId11">
        <w:r>
          <w:rPr>
            <w:color w:val="0000EE"/>
            <w:u w:val="single"/>
          </w:rPr>
          <w:t>https://saltroom-restaurant.co.uk/brighton-pride/</w:t>
        </w:r>
      </w:hyperlink>
      <w:r>
        <w:t xml:space="preserve"> - Celebrate Brighton Pride 2026 at The Salt Room with an unforgettable brunch on Saturday, 1st August 2026, starting at 10 am. The event offers front-row views of the Pride Parade from the seafront restaurant, featuring a three-course brunch with signature dishes and seasonal specials. Each course is paired with a bespoke Ultimate Provence Rosé drinks journey, culminating in The Salt Room's signature Frosé. Tickets are £90 per person, with a £50 deposit required at booking. For more information and reservations, visit their official website.</w:t>
      </w:r>
      <w:r/>
    </w:p>
    <w:p>
      <w:pPr>
        <w:pStyle w:val="ListNumber"/>
        <w:spacing w:line="240" w:lineRule="auto"/>
        <w:ind w:left="720"/>
      </w:pPr>
      <w:r/>
      <w:hyperlink r:id="rId13">
        <w:r>
          <w:rPr>
            <w:color w:val="0000EE"/>
            <w:u w:val="single"/>
          </w:rPr>
          <w:t>https://www.connectedbrighton.com/event-details/pride-weekend</w:t>
        </w:r>
      </w:hyperlink>
      <w:r>
        <w:t xml:space="preserve"> - Connected Brighton is organising a Pride Weekend event from 5th to 6th August 2023 at Preston Park, Brighton. Members can RSVP to connect with others attending the event. The organisers also mention the Salt Room terrace party and provide a link for booking. For more details and to RSVP, visit their official website.</w:t>
      </w:r>
      <w:r/>
    </w:p>
    <w:p>
      <w:pPr>
        <w:pStyle w:val="ListNumber"/>
        <w:spacing w:line="240" w:lineRule="auto"/>
        <w:ind w:left="720"/>
      </w:pPr>
      <w:r/>
      <w:hyperlink r:id="rId14">
        <w:r>
          <w:rPr>
            <w:color w:val="0000EE"/>
            <w:u w:val="single"/>
          </w:rPr>
          <w:t>https://www.designmynight.com/brighton/restaurants/beachfront/the-salt-room-brighton/the-ultimate-pride</w:t>
        </w:r>
      </w:hyperlink>
      <w:r>
        <w:t xml:space="preserve"> - DesignMyNight highlights The Salt Room's 'The Ultimate Pride' event on Saturday, 2nd August 2023. The event features a live DJ, a menu of delicious light bites, and the best view in the city for the Pride parade. Tickets are available for £90, including entry and a welcome glass of Ultimate Provence Rosé. For more information and bookings, visit their official website.</w:t>
      </w:r>
      <w:r/>
    </w:p>
    <w:p>
      <w:pPr>
        <w:pStyle w:val="ListNumber"/>
        <w:spacing w:line="240" w:lineRule="auto"/>
        <w:ind w:left="720"/>
      </w:pPr>
      <w:r/>
      <w:hyperlink r:id="rId12">
        <w:r>
          <w:rPr>
            <w:color w:val="0000EE"/>
            <w:u w:val="single"/>
          </w:rPr>
          <w:t>https://www.thecapturist.com/posts/the-salt-room-serves-seafood-djs-and-front-row-parade-views-at-brighton-pride</w:t>
        </w:r>
      </w:hyperlink>
      <w:r>
        <w:t xml:space="preserve"> - The Capturist features an article about The Salt Room's special Pride Seafood Sharing Brunch on Saturday, 1st August 2026. The event combines exceptional food with unbeatable views of the Brighton Pride Parade. The menu includes freshly shucked oysters, scallops in garlic butter, crispy whitebait, tiger prawns, calamari, smoked salmon, dressed crab, mussels, grilled fish of the day, and hand-cut chips, all served alongside a vibrant Pride-inspired dessert. For more details and reservations, visit their official website.</w:t>
      </w:r>
      <w:r/>
    </w:p>
    <w:p>
      <w:pPr>
        <w:pStyle w:val="ListNumber"/>
        <w:spacing w:line="240" w:lineRule="auto"/>
        <w:ind w:left="720"/>
      </w:pPr>
      <w:r/>
      <w:hyperlink r:id="rId15">
        <w:r>
          <w:rPr>
            <w:color w:val="0000EE"/>
            <w:u w:val="single"/>
          </w:rPr>
          <w:t>https://www.london-unattached.com/the-salt-room-brighton/</w:t>
        </w:r>
      </w:hyperlink>
      <w:r>
        <w:t xml:space="preserve"> - London-Unattached provides a review of The Salt Room in Brighton, highlighting its recent refurbishment and the new all-year-round south-facing terrace overlooking the West Pier and i360. The interior features pink marble tables, solid wood chairs, and an array of plants, creating a welcoming yet elevated atmosphere. The review mentions the best seats in the house facing out with uninterrupted views of the beach and iconic pier, and the option to book for sunset to see the famous red skies of Brighton. For more details, visit their official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argus.co.uk/news/26412042.salt-room-launches-brighton-pride-brunch-experience/?ref=rss" TargetMode="External"/><Relationship Id="rId10" Type="http://schemas.openxmlformats.org/officeDocument/2006/relationships/hyperlink" Target="https://saltroom-restaurant.co.uk/blog/news/pride-party-2023/" TargetMode="External"/><Relationship Id="rId11" Type="http://schemas.openxmlformats.org/officeDocument/2006/relationships/hyperlink" Target="https://saltroom-restaurant.co.uk/brighton-pride/" TargetMode="External"/><Relationship Id="rId12" Type="http://schemas.openxmlformats.org/officeDocument/2006/relationships/hyperlink" Target="https://www.thecapturist.com/posts/the-salt-room-serves-seafood-djs-and-front-row-parade-views-at-brighton-pride" TargetMode="External"/><Relationship Id="rId13" Type="http://schemas.openxmlformats.org/officeDocument/2006/relationships/hyperlink" Target="https://www.connectedbrighton.com/event-details/pride-weekend" TargetMode="External"/><Relationship Id="rId14" Type="http://schemas.openxmlformats.org/officeDocument/2006/relationships/hyperlink" Target="https://www.designmynight.com/brighton/restaurants/beachfront/the-salt-room-brighton/the-ultimate-pride" TargetMode="External"/><Relationship Id="rId15" Type="http://schemas.openxmlformats.org/officeDocument/2006/relationships/hyperlink" Target="https://www.london-unattached.com/the-salt-room-bright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