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Road-Closure Guide for Residents and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take note: Brighton &amp; Hove City Council has published the full list of road closures for Pride 2026, from Preston Park parties to the seafront street party , here’s what’s shut, when, and practical tips to make getting around easier.</w:t>
      </w:r>
      <w:r/>
    </w:p>
    <w:p>
      <w:r/>
      <w:r>
        <w:t>Essential Takeaways</w:t>
      </w:r>
      <w:r/>
      <w:r/>
    </w:p>
    <w:p>
      <w:pPr>
        <w:pStyle w:val="ListBullet"/>
        <w:spacing w:line="240" w:lineRule="auto"/>
        <w:ind w:left="720"/>
      </w:pPr>
      <w:r/>
      <w:r>
        <w:rPr>
          <w:b/>
        </w:rPr>
        <w:t>Dates and hotspots:</w:t>
      </w:r>
      <w:r>
        <w:t xml:space="preserve"> Closures run around Preston Park (July 30–Aug 2) and the seafront/St James’s Street area (Aug 2–3), plus the city centre for the parade on Aug 1.</w:t>
      </w:r>
      <w:r/>
    </w:p>
    <w:p>
      <w:pPr>
        <w:pStyle w:val="ListBullet"/>
        <w:spacing w:line="240" w:lineRule="auto"/>
        <w:ind w:left="720"/>
      </w:pPr>
      <w:r/>
      <w:r>
        <w:rPr>
          <w:b/>
        </w:rPr>
        <w:t>Night and daytime windows:</w:t>
      </w:r>
      <w:r>
        <w:t xml:space="preserve"> Some roads close overnight for concerts and parties, others midmorning to late afternoon for the parade , expect changes between 6am and 4am in certain areas.</w:t>
      </w:r>
      <w:r/>
    </w:p>
    <w:p>
      <w:pPr>
        <w:pStyle w:val="ListBullet"/>
        <w:spacing w:line="240" w:lineRule="auto"/>
        <w:ind w:left="720"/>
      </w:pPr>
      <w:r/>
      <w:r>
        <w:rPr>
          <w:b/>
        </w:rPr>
        <w:t>Transport impact:</w:t>
      </w:r>
      <w:r>
        <w:t xml:space="preserve"> Major arteries including London Road (A23/A270), Preston Road (A23), and sections of the A259 seafront will be affected; trains and taxis will be busier.</w:t>
      </w:r>
      <w:r/>
    </w:p>
    <w:p>
      <w:pPr>
        <w:pStyle w:val="ListBullet"/>
        <w:spacing w:line="240" w:lineRule="auto"/>
        <w:ind w:left="720"/>
      </w:pPr>
      <w:r/>
      <w:r>
        <w:rPr>
          <w:b/>
        </w:rPr>
        <w:t>Sensory note:</w:t>
      </w:r>
      <w:r>
        <w:t xml:space="preserve"> Crowds will be large and loud, especially near Preston Park and the seafront; give yourself extra time and expect festive smells, music and cheering.</w:t>
      </w:r>
      <w:r/>
    </w:p>
    <w:p>
      <w:pPr>
        <w:pStyle w:val="ListBullet"/>
        <w:spacing w:line="240" w:lineRule="auto"/>
        <w:ind w:left="720"/>
      </w:pPr>
      <w:r/>
      <w:r>
        <w:rPr>
          <w:b/>
        </w:rPr>
        <w:t>Practical tip:</w:t>
      </w:r>
      <w:r>
        <w:t xml:space="preserve"> Plan routes using Brighton Pride travel info, consider public transport or walking, and pick meeting points away from main closures.</w:t>
      </w:r>
      <w:r/>
      <w:r/>
    </w:p>
    <w:p>
      <w:pPr>
        <w:pStyle w:val="Heading2"/>
      </w:pPr>
      <w:r>
        <w:t>What’s closed and when , the main picture</w:t>
      </w:r>
      <w:r/>
    </w:p>
    <w:p>
      <w:r/>
      <w:r>
        <w:t>Brighton &amp; Hove City Council has laid out a detailed schedule of closures tied to the Pride parade, Pride on the Park events and a headline gig at Preston Park. The busiest day for street closures is Saturday, August 1, when the parade and city-centre festivities force blocks around North Street, West Street, Kings Road and large parts of the A23 corridor to close for much of the day. Expect a lively, crowded feel if you’re nearby.</w:t>
      </w:r>
      <w:r/>
    </w:p>
    <w:p>
      <w:r/>
      <w:r>
        <w:t>This timetable matters because some closures are night-long for concerts or street parties while others are daytime only. According to Pride organisers, timings can shift with crowd movement, so flexibility is key. If you live locally, pin the specific streets near your home on your calendar and press for alternative access with your building manager if needed.</w:t>
      </w:r>
      <w:r/>
    </w:p>
    <w:p>
      <w:pPr>
        <w:pStyle w:val="Heading2"/>
      </w:pPr>
      <w:r>
        <w:t>Preston Park and London Road: extended closures and gigs</w:t>
      </w:r>
      <w:r/>
    </w:p>
    <w:p>
      <w:r/>
      <w:r>
        <w:t>Preston Road and the surrounding streets have the longest closures, partly because of Pride on the Park and a Nick Cave show on Friday 31 July. Sections of Preston Road and Preston Park Avenue will be closed from the evening of Thursday, July 30 through into early Sunday, August 2 in some stretches.</w:t>
      </w:r>
      <w:r/>
    </w:p>
    <w:p>
      <w:r/>
      <w:r>
        <w:t>That means if you usually use London Road or Preston Road for a swift route out of town, you’ll need to re-route. Southern Railway and Gatwick Express post service updates around major events, so check their pages before travelling. For residents, consider shifting errands to other days or parking outside the closure zone in advance.</w:t>
      </w:r>
      <w:r/>
    </w:p>
    <w:p>
      <w:pPr>
        <w:pStyle w:val="Heading2"/>
      </w:pPr>
      <w:r>
        <w:t>Parade day: navigating the city centre and seafront</w:t>
      </w:r>
      <w:r/>
    </w:p>
    <w:p>
      <w:r/>
      <w:r>
        <w:t>On Saturday, August 1 the parade brings a long list of temporary closures across the city centre , Bedford Square, North Street, Western Road, Russell Road and many side streets feature in the list. The seafront and Hove seafront sections also see closures from morning into the afternoon as the procession moves through.</w:t>
      </w:r>
      <w:r/>
    </w:p>
    <w:p>
      <w:r/>
      <w:r>
        <w:t>If you’re spectating, pick a spot early, bring water and comfy shoes, and earmark a clear meeting place away from the densest crowds. If you need to drive in or out, allow extra time: taxis and ride services will be stretched and queuing in designated pick-up points will be the norm.</w:t>
      </w:r>
      <w:r/>
    </w:p>
    <w:p>
      <w:pPr>
        <w:pStyle w:val="Heading2"/>
      </w:pPr>
      <w:r>
        <w:t>The seafront street party and late-night closures</w:t>
      </w:r>
      <w:r/>
    </w:p>
    <w:p>
      <w:r/>
      <w:r>
        <w:t>The Marine Parade and St James’s Street area turn into a street party with closures from early morning into the small hours on Monday, August 3, following weekend events. Several side streets leading to the seafront will be shut for long stretches, and New Steine Street is closed for extended periods.</w:t>
      </w:r>
      <w:r/>
    </w:p>
    <w:p>
      <w:r/>
      <w:r>
        <w:t>That’s great if you’re heading to the party , everything will feel close and walkable , but a pain if you usually rely on pick-ups or deliveries. Businesses on the seafront often publish their own access notes; residents should expect noise late into the night and plan deliveries for other days.</w:t>
      </w:r>
      <w:r/>
    </w:p>
    <w:p>
      <w:pPr>
        <w:pStyle w:val="Heading2"/>
      </w:pPr>
      <w:r>
        <w:t>How to travel smart during Pride</w:t>
      </w:r>
      <w:r/>
    </w:p>
    <w:p>
      <w:r/>
      <w:r>
        <w:t>Plan early and leave extra time. Brighton Pride’s travel pages recommend trains, buses and walking where possible, and rail operators typically post service updates around the festival. Gatwick Express and Southern Railway publish specific advice before big events, and local taxi guides note surge demand , pre-book rides and use official ranks rather than hailing.</w:t>
      </w:r>
      <w:r/>
    </w:p>
    <w:p>
      <w:r/>
      <w:r>
        <w:t>If you must drive, study the council’s closure map and park outside the affected zones, then walk or cycle in. For deliveries, contact couriers ahead of time. And if you’re coming from afar, check train times and arrive well before the main events to avoid queues and last-minute reroutes.</w:t>
      </w:r>
      <w:r/>
    </w:p>
    <w:p>
      <w:pPr>
        <w:pStyle w:val="Heading2"/>
      </w:pPr>
      <w:r>
        <w:t>What locals and businesses should expect</w:t>
      </w:r>
      <w:r/>
    </w:p>
    <w:p>
      <w:r/>
      <w:r>
        <w:t>Residents can expect requests for temporary access variations and a louder-than-usual weekend. Businesses on closed streets often adapt opening hours, set up pop-ups, or plan stock deliveries for weekdays. Brighton Pride offers a residents’ guide with FAQs; it’s worth a quick read if you live in the city.</w:t>
      </w:r>
      <w:r/>
    </w:p>
    <w:p>
      <w:r/>
      <w:r>
        <w:t>Community reaction tends to be upbeat , people appreciate the boost to local trade and the colourful atmosphere , but there’s always some friction around parking and access. Be patient, plan, and you’ll likely enjoy the buzz.</w:t>
      </w:r>
      <w:r/>
    </w:p>
    <w:p>
      <w:r/>
      <w:r>
        <w:t>It’s a small change to your routine that can make a big difference to how smooth your Pride weekend goes.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2">
        <w:r>
          <w:rPr>
            <w:color w:val="0000EE"/>
            <w:u w:val="single"/>
          </w:rPr>
          <w:t>[3]</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https://www.theargus.co.uk/news/26415152.road-closures-brighton-hove-pride-2026/?ref=rss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https://www.brighton-pride.org/residents/</w:t>
        </w:r>
      </w:hyperlink>
      <w:r>
        <w:t xml:space="preserve"> - Brighton &amp; Hove Pride has published detailed information for residents regarding the 2026 Pride events. The Pride Community Parade is scheduled for Saturday, 1 August 2026, starting at 11:00 am from Hove Lawns and proceeding through the city to Preston Circus. Road closures around Preston Circus will begin at 9:30 am, with the parade expected to arrive around 1:00 pm and dispersal completed by 4:00 pm, aiming to reopen roads by 4:30 pm. Parking suspensions will be in place on Beaconsfield Road, Stanford Avenue, Preston Road, and throughout the parade route for the duration of the event. Residents are advised to arrange deliveries for early on Saturday, 1 August, before the road closures commence. For more information, contact the Residents Team at residents@brighton-pride.org.</w:t>
      </w:r>
      <w:r/>
    </w:p>
    <w:p>
      <w:pPr>
        <w:pStyle w:val="ListNumber"/>
        <w:spacing w:line="240" w:lineRule="auto"/>
        <w:ind w:left="720"/>
      </w:pPr>
      <w:r/>
      <w:hyperlink r:id="rId12">
        <w:r>
          <w:rPr>
            <w:color w:val="0000EE"/>
            <w:u w:val="single"/>
          </w:rPr>
          <w:t>https://www.brighton-pride.org/travel/</w:t>
        </w:r>
      </w:hyperlink>
      <w:r>
        <w:t xml:space="preserve"> - Brighton &amp; Hove Pride has provided comprehensive travel information for the 2026 Pride events. The Pride Festival is set for Saturday, 1 August 2026, with festivities concluding at 10:30 pm and the possibility of large crowds staying for the headline artists. Attendees are advised to plan their journeys in advance, especially if leaving the city on Saturday night. Train services will be busier than usual, with additional trains and carriages provided. Brighton station will be the primary station for Pride events, as Preston Park and London Road stations will be closed from 5:00 pm on Friday, 31 July, through the weekend. For the latest updates, check the Southern and Thameslink Twitter feeds. Bus services may be affected by diversions and road closures; visit buses.co.uk for Brighton &amp; Hove Buses and metrobus.co.uk for Metrobus for the latest service updates. Parking around Preston Park is extremely limited, so public transport is strongly recommended. For more details, visit the Brighton &amp; Hove Pride travel page.</w:t>
      </w:r>
      <w:r/>
    </w:p>
    <w:p>
      <w:pPr>
        <w:pStyle w:val="ListNumber"/>
        <w:spacing w:line="240" w:lineRule="auto"/>
        <w:ind w:left="720"/>
      </w:pPr>
      <w:r/>
      <w:hyperlink r:id="rId11">
        <w:r>
          <w:rPr>
            <w:color w:val="0000EE"/>
            <w:u w:val="single"/>
          </w:rPr>
          <w:t>https://www.brighton-pride.org/pride-parade/</w:t>
        </w:r>
      </w:hyperlink>
      <w:r>
        <w:t xml:space="preserve"> - The Brighton &amp; Hove Pride Community Parade 2026 is scheduled for Saturday, 1 August, with the theme 'The Power of Love'. The parade will start at 11:00 am from Hove Lawns and proceed through the city to Preston Circus. Road closures around Preston Circus will begin at 9:30 am, with the parade expected to arrive around 1:00 pm and dispersal completed by 4:00 pm, aiming to reopen roads by 4:30 pm. Parking suspensions will be in place on Beaconsfield Road, Stanford Avenue, Preston Road, and throughout the parade route for the duration of the event. Residents are advised to arrange deliveries for early on Saturday, 1 August, before the road closures commence. For more information, contact the Residents Team at residents@brighton-pride.org.</w:t>
      </w:r>
      <w:r/>
    </w:p>
    <w:p>
      <w:pPr>
        <w:pStyle w:val="ListNumber"/>
        <w:spacing w:line="240" w:lineRule="auto"/>
        <w:ind w:left="720"/>
      </w:pPr>
      <w:r/>
      <w:hyperlink r:id="rId13">
        <w:r>
          <w:rPr>
            <w:color w:val="0000EE"/>
            <w:u w:val="single"/>
          </w:rPr>
          <w:t>https://www.gatwickexpress.com/service-updates/service-updates/brighton-pride</w:t>
        </w:r>
      </w:hyperlink>
      <w:r>
        <w:t xml:space="preserve"> - Gatwick Express has announced travel updates for Brighton Pride 2026, taking place on Saturday, 1 August, and Sunday, 2 August. Due to the large number of attendees, additional trains and carriages will be provided. Brighton station will be the primary station for Pride events, as Preston Park and London Road stations will be closed from 5:00 pm on Friday, 31 July, through the weekend. Passengers are advised to plan ahead, allow extra time for their journeys, and re-check their journeys immediately before travelling for any on-the-day alterations. For more details, visit the Gatwick Express service updates page.</w:t>
      </w:r>
      <w:r/>
    </w:p>
    <w:p>
      <w:pPr>
        <w:pStyle w:val="ListNumber"/>
        <w:spacing w:line="240" w:lineRule="auto"/>
        <w:ind w:left="720"/>
      </w:pPr>
      <w:r/>
      <w:hyperlink r:id="rId15">
        <w:r>
          <w:rPr>
            <w:color w:val="0000EE"/>
            <w:u w:val="single"/>
          </w:rPr>
          <w:t>https://www.southernrailway.com/service-updates/service-updates/brighton-pride</w:t>
        </w:r>
      </w:hyperlink>
      <w:r>
        <w:t xml:space="preserve"> - Southern Railway has provided service updates for Brighton Pride 2026, scheduled for Saturday, 1 August, and Sunday, 2 August. Due to the large number of attendees, additional trains and carriages will be provided. Brighton station will be the primary station for Pride events, as Preston Park and London Road stations will be closed from 5:00 pm on Friday, 31 July, through the weekend. Passengers are advised to plan ahead, allow extra time for their journeys, and re-check their journeys immediately before travelling for any on-the-day alterations. For more details, visit the Southern Railway service updates page.</w:t>
      </w:r>
      <w:r/>
    </w:p>
    <w:p>
      <w:pPr>
        <w:pStyle w:val="ListNumber"/>
        <w:spacing w:line="240" w:lineRule="auto"/>
        <w:ind w:left="720"/>
      </w:pPr>
      <w:r/>
      <w:hyperlink r:id="rId14">
        <w:r>
          <w:rPr>
            <w:color w:val="0000EE"/>
            <w:u w:val="single"/>
          </w:rPr>
          <w:t>https://www.sussextaxis.co.uk/blog/brighton-pride-2026-complete-travel-road-closures-parking--taxi-guide/</w:t>
        </w:r>
      </w:hyperlink>
      <w:r>
        <w:t xml:space="preserve"> - Sussex Taxis has published a comprehensive guide for Brighton Pride 2026, covering travel, road closures, parking, and taxi information. The guide includes official event information, Preston Park travel, trains, buses, parking, road restrictions, taxi pickup planning, and airport transfers. Brighton Pride 2026 is expected to bring one of the busiest weekends of the year to Brighton &amp; Hove, with thousands of residents and visitors attending the community parade, Pride on the Park, the Pride Street Party, and events across Brighton. The main celebrations take place on Saturday, 1 August, and Sunday, 2 August 2026. For more details, visit the Sussex Taxis blog.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15152.road-closures-brighton-hove-pride-2026/?ref=rss" TargetMode="External"/><Relationship Id="rId10" Type="http://schemas.openxmlformats.org/officeDocument/2006/relationships/hyperlink" Target="https://www.brighton-pride.org/residents/" TargetMode="External"/><Relationship Id="rId11" Type="http://schemas.openxmlformats.org/officeDocument/2006/relationships/hyperlink" Target="https://www.brighton-pride.org/pride-parade/" TargetMode="External"/><Relationship Id="rId12" Type="http://schemas.openxmlformats.org/officeDocument/2006/relationships/hyperlink" Target="https://www.brighton-pride.org/travel/" TargetMode="External"/><Relationship Id="rId13" Type="http://schemas.openxmlformats.org/officeDocument/2006/relationships/hyperlink" Target="https://www.gatwickexpress.com/service-updates/service-updates/brighton-pride" TargetMode="External"/><Relationship Id="rId14" Type="http://schemas.openxmlformats.org/officeDocument/2006/relationships/hyperlink" Target="https://www.sussextaxis.co.uk/blog/brighton-pride-2026-complete-travel-road-closures-parking--taxi-guide/" TargetMode="External"/><Relationship Id="rId15" Type="http://schemas.openxmlformats.org/officeDocument/2006/relationships/hyperlink" Target="https://www.southernrailway.com/service-updates/service-updates/brighton-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