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and Hove Pride 2026 Guide: What to Expect and How to Prepare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colour, the music and the crowd: thousands will descend on Brighton and Hove on Saturday 1 and Sunday 2 August for one of the UK’s biggest Pride festivals, with a community parade, a two‑day Preston Park party and a Seafront Street Party , here’s what to know, plan and pack.</w:t>
      </w:r>
      <w:r/>
    </w:p>
    <w:p>
      <w:r/>
      <w:r>
        <w:t>Essential Takeaways</w:t>
      </w:r>
      <w:r/>
      <w:r/>
    </w:p>
    <w:p>
      <w:pPr>
        <w:pStyle w:val="ListBullet"/>
        <w:spacing w:line="240" w:lineRule="auto"/>
        <w:ind w:left="720"/>
      </w:pPr>
      <w:r/>
      <w:r>
        <w:rPr>
          <w:b/>
        </w:rPr>
        <w:t>When and where:</w:t>
      </w:r>
      <w:r>
        <w:t xml:space="preserve"> Pride runs Saturday 1 and Sunday 2 August, with the parade starting at Hove Lawns at 11am and Pride on the Park taking over Preston Park both days. </w:t>
      </w:r>
      <w:r/>
    </w:p>
    <w:p>
      <w:pPr>
        <w:pStyle w:val="ListBullet"/>
        <w:spacing w:line="240" w:lineRule="auto"/>
        <w:ind w:left="720"/>
      </w:pPr>
      <w:r/>
      <w:r>
        <w:rPr>
          <w:b/>
        </w:rPr>
        <w:t>Parade vibe:</w:t>
      </w:r>
      <w:r>
        <w:t xml:space="preserve"> Theme is “the power of love”, a nod to decades of activism and community resilience; expect thousands of groups and colourful floats. </w:t>
      </w:r>
      <w:r/>
    </w:p>
    <w:p>
      <w:pPr>
        <w:pStyle w:val="ListBullet"/>
        <w:spacing w:line="240" w:lineRule="auto"/>
        <w:ind w:left="720"/>
      </w:pPr>
      <w:r/>
      <w:r>
        <w:rPr>
          <w:b/>
        </w:rPr>
        <w:t>Music line-up:</w:t>
      </w:r>
      <w:r>
        <w:t xml:space="preserve"> Big names across the weekend, including Raye, Diana Ross, Jessie J, Paris Hilton (DJ set) and RuPaul (DJ set) on multiple stages. </w:t>
      </w:r>
      <w:r/>
    </w:p>
    <w:p>
      <w:pPr>
        <w:pStyle w:val="ListBullet"/>
        <w:spacing w:line="240" w:lineRule="auto"/>
        <w:ind w:left="720"/>
      </w:pPr>
      <w:r/>
      <w:r>
        <w:rPr>
          <w:b/>
        </w:rPr>
        <w:t>Travel and closures:</w:t>
      </w:r>
      <w:r>
        <w:t xml:space="preserve"> Major road closures around the seafront, city centre and Preston Park; London Road and Preston Park stations closed from Friday evening until Monday. </w:t>
      </w:r>
      <w:r/>
    </w:p>
    <w:p>
      <w:pPr>
        <w:pStyle w:val="ListBullet"/>
        <w:spacing w:line="240" w:lineRule="auto"/>
        <w:ind w:left="720"/>
      </w:pPr>
      <w:r/>
      <w:r>
        <w:rPr>
          <w:b/>
        </w:rPr>
        <w:t>Safety and welfare:</w:t>
      </w:r>
      <w:r>
        <w:t xml:space="preserve"> Stewards, medical teams and welfare spaces will be on site; organisers urge hydration, sun sense and looking out for one another.</w:t>
      </w:r>
      <w:r/>
      <w:r/>
    </w:p>
    <w:p>
      <w:pPr>
        <w:pStyle w:val="Heading2"/>
      </w:pPr>
      <w:r>
        <w:t>Parade starts at Hove Lawns , bring your brightest flags</w:t>
      </w:r>
      <w:r/>
    </w:p>
    <w:p>
      <w:r/>
      <w:r>
        <w:t>The parade kicks off at 11am from Hove Lawns and will snake along the seafront before funneling into the city, finishing up around Preston Road by about 4pm. Expect a loud, colourful procession; the visual of hundreds of banners and drag troupes is part of the charm. Brighton &amp; Hove Pride describes this as a community parade that brings together charities, grassroots groups and local businesses, all celebrating the resilience and unity that’s defined the movement. If you’re joining, aim to arrive early for a good spot and wear comfortable shoes , you’ll be on your feet and in the sun for hours.</w:t>
      </w:r>
      <w:r/>
    </w:p>
    <w:p>
      <w:pPr>
        <w:pStyle w:val="Heading2"/>
      </w:pPr>
      <w:r>
        <w:t>Pride on the Park , big pop names, festival energy</w:t>
      </w:r>
      <w:r/>
    </w:p>
    <w:p>
      <w:r/>
      <w:r>
        <w:t>Preston Park becomes a two‑day festival site with seven stages and headline slots across Saturday and Sunday. The line‑up mixes current pop stars and nostalgia acts, from Raye and Jessie J to Diana Ross and Five, with DJ sets and dance stages featuring big names in electronic music. It’s a full festival experience, so treat it like one: pick a meeting point, note the stage map and charge your phone before you go. Ticket holders should check set times and arrive in good time for headline acts to avoid long queues.</w:t>
      </w:r>
      <w:r/>
    </w:p>
    <w:p>
      <w:pPr>
        <w:pStyle w:val="Heading2"/>
      </w:pPr>
      <w:r>
        <w:t>Seafront Street Party , drag, bars and safe walking zones</w:t>
      </w:r>
      <w:r/>
    </w:p>
    <w:p>
      <w:r/>
      <w:r>
        <w:t>Marine Parade hosts a street party across both days, with drag stages, music zones and partnerships with local venues. The street will be closed to vehicles to create a safe, walkable area, and while St James’s Street sits outside the official footprint, nearby venues will operate as usual. The street party opens mid‑afternoon both days and offers a more spontaneous, free‑to‑wander vibe than the ticketed park. It’s perfect for popping in and out, but remember bars will be busy and queues likely , pace yourself and keep water handy.</w:t>
      </w:r>
      <w:r/>
    </w:p>
    <w:p>
      <w:pPr>
        <w:pStyle w:val="Heading2"/>
      </w:pPr>
      <w:r>
        <w:t>Getting there and getting home , trains, buses and taxi plans</w:t>
      </w:r>
      <w:r/>
    </w:p>
    <w:p>
      <w:r/>
      <w:r>
        <w:t>Transporters will need patience. Southern Rail is adding services and carriages but warns stations and trains will be extremely busy, particularly on Saturday. London Road and Preston Park stations are closed from 5pm on the Friday through the weekend, so plan alternative routes. Brighton station will operate a rainbow queuing system to shepherd crowds to different lines; allow at least an extra hour for journeys back. Bus routes will be diverted and a special route 600 shuttle will link Preston Park, the Old Steine and Waterhall Campsite. If you’re using taxis, check temporary ranks in the city and consider pre‑booking where possible.</w:t>
      </w:r>
      <w:r/>
    </w:p>
    <w:p>
      <w:pPr>
        <w:pStyle w:val="Heading2"/>
      </w:pPr>
      <w:r>
        <w:t>Safety, welfare and sensible festival behaviour</w:t>
      </w:r>
      <w:r/>
    </w:p>
    <w:p>
      <w:r/>
      <w:r>
        <w:t>Organisers and emergency services are clear: have fun, but look after each other. Sussex Police will have uniformed and specialist teams on duty, and welfare tents and medical teams will be present in Preston Park and the Street Party area. Practical tips: stay hydrated , refillable water bottles are allowed and water points will be signed , use sun cream, agree a meeting spot with friends, and avoid mixing drugs and alcohol. Free condoms and sexual health info will be available from support groups on site. If something doesn’t feel right, speak to a steward or an officer.</w:t>
      </w:r>
      <w:r/>
    </w:p>
    <w:p>
      <w:pPr>
        <w:pStyle w:val="Heading2"/>
      </w:pPr>
      <w:r>
        <w:t>Road closures and local impact , plan for detours</w:t>
      </w:r>
      <w:r/>
    </w:p>
    <w:p>
      <w:r/>
      <w:r>
        <w:t>Road closures will be in place across central Brighton and around Preston Park from Thursday evening through Sunday, shaped by crowd flow and events like the Nick Cave gig on the Friday. Coastal routes and inner streets will be on diversions; check local transport pages before you set off. Residents and visitors should allow extra travel time and be prepared for changes to usual bus and taxi pick‑up points.</w:t>
      </w:r>
      <w:r/>
    </w:p>
    <w:p>
      <w:r/>
      <w:r>
        <w:t>It’s a small change that can make every visit safer and more enjoyable , plan ahead, travel smart and enjoy the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0">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[7]</w:t>
        </w:r>
      </w:hyperlink>
      <w:r>
        <w:t xml:space="preserve">- Paragraph 6: </w:t>
      </w:r>
      <w:hyperlink r:id="rId10">
        <w:r>
          <w:rPr>
            <w:color w:val="0000EE"/>
            <w:u w:val="single"/>
          </w:rPr>
          <w:t>[2]</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https://www.theargus.co.uk/news/26414789.everything-need-know-brighton-hove-pride-2026/?ref=rss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2026 is scheduled for Saturday, 1st August, with the theme 'The Power of Love'. The parade will commence at Hove Lawns at 11:00 am, proceeding along the seafront, through King's Road, West Street, and North Street, and concluding at Preston Park around 4:00 pm. This event marks the 35th anniversary of Pride in the city, celebrating the courage and unity of the LGBTQ+ community over the years.</w:t>
      </w:r>
      <w:r/>
    </w:p>
    <w:p>
      <w:pPr>
        <w:pStyle w:val="ListNumber"/>
        <w:spacing w:line="240" w:lineRule="auto"/>
        <w:ind w:left="720"/>
      </w:pPr>
      <w:r/>
      <w:hyperlink r:id="rId12">
        <w:r>
          <w:rPr>
            <w:color w:val="0000EE"/>
            <w:u w:val="single"/>
          </w:rPr>
          <w:t>https://www.brighton-pride.org/pride-on-the-park-2026-headliner-annoucement/</w:t>
        </w:r>
      </w:hyperlink>
      <w:r>
        <w:t xml:space="preserve"> - Brighton &amp; Hove Pride has announced RAYE and Diana Ross as the headliners for Pride on the Park 2026. RAYE will perform on Saturday, 1st August, and Diana Ross will headline on Sunday, 2nd August. The festival will take place at Preston Park, featuring a diverse lineup of artists and events to celebrate the 35th anniversary of Pride in the city.</w:t>
      </w:r>
      <w:r/>
    </w:p>
    <w:p>
      <w:pPr>
        <w:pStyle w:val="ListNumber"/>
        <w:spacing w:line="240" w:lineRule="auto"/>
        <w:ind w:left="720"/>
      </w:pPr>
      <w:r/>
      <w:hyperlink r:id="rId11">
        <w:r>
          <w:rPr>
            <w:color w:val="0000EE"/>
            <w:u w:val="single"/>
          </w:rPr>
          <w:t>https://www.brighton-pride.org/media/</w:t>
        </w:r>
      </w:hyperlink>
      <w:r>
        <w:t xml:space="preserve"> - Brighton &amp; Hove Pride is preparing for its 35th anniversary celebrations, scheduled for Saturday, 1st and Sunday, 2nd August 2026. The event will feature the Pride Community Parade, Pride on the Park festival at Preston Park, and various community activities. Media accreditation is now closed, with priority given to journalists and photographers with guaranteed commissions.</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2026 is scheduled for Saturday, 1st August, with the theme 'The Power of Love'. The parade will commence at Hove Lawns at 11:00 am, proceeding along the seafront, through King's Road, West Street, and North Street, and concluding at Preston Park around 4:00 pm. This event marks the 35th anniversary of Pride in the city, celebrating the courage and unity of the LGBTQ+ community over the years.</w:t>
      </w:r>
      <w:r/>
    </w:p>
    <w:p>
      <w:pPr>
        <w:pStyle w:val="ListNumber"/>
        <w:spacing w:line="240" w:lineRule="auto"/>
        <w:ind w:left="720"/>
      </w:pPr>
      <w:r/>
      <w:hyperlink r:id="rId12">
        <w:r>
          <w:rPr>
            <w:color w:val="0000EE"/>
            <w:u w:val="single"/>
          </w:rPr>
          <w:t>https://www.brighton-pride.org/pride-on-the-park-2026-headliner-annoucement/</w:t>
        </w:r>
      </w:hyperlink>
      <w:r>
        <w:t xml:space="preserve"> - Brighton &amp; Hove Pride has announced RAYE and Diana Ross as the headliners for Pride on the Park 2026. RAYE will perform on Saturday, 1st August, and Diana Ross will headline on Sunday, 2nd August. The festival will take place at Preston Park, featuring a diverse lineup of artists and events to celebrate the 35th anniversary of Pride in the city.</w:t>
      </w:r>
      <w:r/>
    </w:p>
    <w:p>
      <w:pPr>
        <w:pStyle w:val="ListNumber"/>
        <w:spacing w:line="240" w:lineRule="auto"/>
        <w:ind w:left="720"/>
      </w:pPr>
      <w:r/>
      <w:hyperlink r:id="rId11">
        <w:r>
          <w:rPr>
            <w:color w:val="0000EE"/>
            <w:u w:val="single"/>
          </w:rPr>
          <w:t>https://www.brighton-pride.org/media/</w:t>
        </w:r>
      </w:hyperlink>
      <w:r>
        <w:t xml:space="preserve"> - Brighton &amp; Hove Pride is preparing for its 35th anniversary celebrations, scheduled for Saturday, 1st and Sunday, 2nd August 2026. The event will feature the Pride Community Parade, Pride on the Park festival at Preston Park, and various community activities. Media accreditation is now closed, with priority given to journalists and photographers with guaranteed commissions.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4789.everything-need-know-brighton-hove-pride-2026/?ref=rss"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brighton-pride.org/media/" TargetMode="External"/><Relationship Id="rId12" Type="http://schemas.openxmlformats.org/officeDocument/2006/relationships/hyperlink" Target="https://www.brighton-pride.org/pride-on-the-park-2026-headliner-annou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