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August Bank Holiday Events in Dublin: Your Long-Weekend Guide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 weekend plans quickly: Dublin’s August Bank Holiday brings film, family fun, wellness and music across the city from July 31 to August 3, with something for kids, culture-seekers and night owls , here’s what to book, where to go and why it’s worth stepping out.</w:t>
      </w:r>
      <w:r/>
    </w:p>
    <w:p>
      <w:r/>
      <w:r>
        <w:t>Essential Takeaways</w:t>
      </w:r>
      <w:r/>
      <w:r/>
    </w:p>
    <w:p>
      <w:pPr>
        <w:pStyle w:val="ListBullet"/>
        <w:spacing w:line="240" w:lineRule="auto"/>
        <w:ind w:left="720"/>
      </w:pPr>
      <w:r/>
      <w:r>
        <w:rPr>
          <w:b/>
        </w:rPr>
        <w:t>Big festivals:</w:t>
      </w:r>
      <w:r>
        <w:t xml:space="preserve"> GAZE International LGBTQIA Film Festival runs until August 3 with features and shorts at Light House Cinema and the Irish Film Institute , bold, moving and historically important. </w:t>
      </w:r>
      <w:r/>
    </w:p>
    <w:p>
      <w:pPr>
        <w:pStyle w:val="ListBullet"/>
        <w:spacing w:line="240" w:lineRule="auto"/>
        <w:ind w:left="720"/>
      </w:pPr>
      <w:r/>
      <w:r>
        <w:rPr>
          <w:b/>
        </w:rPr>
        <w:t>Family-friendly:</w:t>
      </w:r>
      <w:r>
        <w:t xml:space="preserve"> Mad Hatter’s Tea Party in Wolfe Tone Park offers face painting, live entertainment and sweet treats across the long weekend. </w:t>
      </w:r>
      <w:r/>
    </w:p>
    <w:p>
      <w:pPr>
        <w:pStyle w:val="ListBullet"/>
        <w:spacing w:line="240" w:lineRule="auto"/>
        <w:ind w:left="720"/>
      </w:pPr>
      <w:r/>
      <w:r>
        <w:rPr>
          <w:b/>
        </w:rPr>
        <w:t>Active options:</w:t>
      </w:r>
      <w:r>
        <w:t xml:space="preserve"> Wellness World on Parliament Street delivers movement zones and demos for all ages, easy to join and refreshingly low-pressure. </w:t>
      </w:r>
      <w:r/>
    </w:p>
    <w:p>
      <w:pPr>
        <w:pStyle w:val="ListBullet"/>
        <w:spacing w:line="240" w:lineRule="auto"/>
        <w:ind w:left="720"/>
      </w:pPr>
      <w:r/>
      <w:r>
        <w:rPr>
          <w:b/>
        </w:rPr>
        <w:t>Open-air thrills:</w:t>
      </w:r>
      <w:r>
        <w:t xml:space="preserve"> Rush Harbour Festival mixes an air show with live music and artisan food at North Beach , free and seaside lively. </w:t>
      </w:r>
      <w:r/>
    </w:p>
    <w:p>
      <w:pPr>
        <w:pStyle w:val="ListBullet"/>
        <w:spacing w:line="240" w:lineRule="auto"/>
        <w:ind w:left="720"/>
      </w:pPr>
      <w:r/>
      <w:r>
        <w:rPr>
          <w:b/>
        </w:rPr>
        <w:t>Late-night beats:</w:t>
      </w:r>
      <w:r>
        <w:t xml:space="preserve"> SIKA’s Irish debut at The Button Factory on Monday promises Afrobeats, R&amp;B and grime , arrive early and bring ID.</w:t>
      </w:r>
      <w:r/>
      <w:r/>
    </w:p>
    <w:p>
      <w:pPr>
        <w:pStyle w:val="Heading2"/>
      </w:pPr>
      <w:r>
        <w:t>Film fans, this is your weekend: GAZE returns with a packed programme</w:t>
      </w:r>
      <w:r/>
    </w:p>
    <w:p>
      <w:r/>
      <w:r>
        <w:t>If you love cinema with a pulse, GAZE is back and loud in the best way, screening queer stories at Light House Cinema and the Irish Film Institute. The festival began as an underground club in the early 1990s and carries cultural weight , it predates the legal changes that reshaped Ireland’s social fabric. According to festival listings, you’ll find a mix of features and shorts that span tender to confrontational, so there’s something for every mood. Tip: check the schedule and book ahead; popular screenings can fill fast, especially evening slots.</w:t>
      </w:r>
      <w:r/>
    </w:p>
    <w:p>
      <w:pPr>
        <w:pStyle w:val="Heading2"/>
      </w:pPr>
      <w:r>
        <w:t>Family days that feel like summer: Mad Hatter’s Tea Party and Dublin Zoo special events</w:t>
      </w:r>
      <w:r/>
    </w:p>
    <w:p>
      <w:r/>
      <w:r>
        <w:t>Families wanting gentle, whimsical fun should head to Wolfe Tone Park for the Mad Hatter’s Tea Party, running across the weekend with crafts, live performers and a kids’ menu that’s as photogenic as it is tasty. Meanwhile Dublin Zoo runs a Rainforest Takeover from Saturday to Monday, with face painting, keeper talks and a ranger trail , great for curious kids and those short on outdoor ideas. Practical note: some zoo workshops need booking, so reserve spots before they’re gone.</w:t>
      </w:r>
      <w:r/>
    </w:p>
    <w:p>
      <w:pPr>
        <w:pStyle w:val="Heading2"/>
      </w:pPr>
      <w:r>
        <w:t>Move, try and smile: Wellness World brings mini-classes to the city</w:t>
      </w:r>
      <w:r/>
    </w:p>
    <w:p>
      <w:r/>
      <w:r>
        <w:t>Wellness World lands on Parliament Street with interactive movement zones and demonstrations suitable for children and adults alike, a very accessible way to try a class without committing to a membership. Expect upbeat instructors, low-cost entry and activities you can join spontaneously between shopping or sightseeing. If you’ve been thinking about yoga, dance or family-friendly exercise, this is a low-stakes way to have a go and find what sticks.</w:t>
      </w:r>
      <w:r/>
    </w:p>
    <w:p>
      <w:pPr>
        <w:pStyle w:val="Heading2"/>
      </w:pPr>
      <w:r>
        <w:t>Coastal spectacle and sport: Rush Harbour and Gaelic football at Croke Park</w:t>
      </w:r>
      <w:r/>
    </w:p>
    <w:p>
      <w:r/>
      <w:r>
        <w:t>If you prefer sky-high drama, Rush Harbour Festival’s air displays over North Beach pair perfectly with artisan food stalls and live music , it’s free, unpretentious and a good day out by the sea. And for sports fans, the TG4 Ladies Gaelic Football All-Ireland Finals at Croke Park showcase top-level competition across junior, intermediate and senior fixtures all on one day. Pro tip: arrive early for the stadium atmosphere and food vans, and book transport in advance if you’re coming from outside the city.</w:t>
      </w:r>
      <w:r/>
    </w:p>
    <w:p>
      <w:pPr>
        <w:pStyle w:val="Heading2"/>
      </w:pPr>
      <w:r>
        <w:t>Evening culture and club nights: listening parties and day parties to close the weekend</w:t>
      </w:r>
      <w:r/>
    </w:p>
    <w:p>
      <w:r/>
      <w:r>
        <w:t>For quieter, more curious nights, there’s a hi-fi listening session at The Big Romance celebrating Ryuichi Sakamoto’s album Beauty , a chance to hear the record loud and close for a small cover charge. If you want to dance, SIKA’s Monday party at The Button Factory mixes Afrobeats, R&amp;B and grime; doors close early so be punctual, and remember to bring ID and dress sensibly for a busy venue. It’s the kind of booking that turns a long weekend into a proper send-off.</w:t>
      </w:r>
      <w:r/>
    </w:p>
    <w:p>
      <w:r/>
      <w:r>
        <w:t>It's a small stretch of days with lots of choices , pick one, or mix and match, and enjoy the capital before summer slips quietly away.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3">
        <w:r>
          <w:rPr>
            <w:color w:val="0000EE"/>
            <w:u w:val="single"/>
          </w:rPr>
          <w:t>[3]</w:t>
        </w:r>
      </w:hyperlink>
      <w:r>
        <w:t xml:space="preserve">, </w:t>
      </w:r>
      <w:hyperlink r:id="rId14">
        <w:r>
          <w:rPr>
            <w:color w:val="0000EE"/>
            <w:u w:val="single"/>
          </w:rPr>
          <w:t>[6]</w:t>
        </w:r>
      </w:hyperlink>
      <w:r>
        <w:t xml:space="preserve">- Paragraph 4: </w:t>
      </w:r>
      <w:hyperlink r:id="rId10">
        <w:r>
          <w:rPr>
            <w:color w:val="0000EE"/>
            <w:u w:val="single"/>
          </w:rPr>
          <w:t>[2]</w:t>
        </w:r>
      </w:hyperlink>
      <w:r>
        <w:t xml:space="preserve">, </w:t>
      </w:r>
      <w:hyperlink r:id="rId11">
        <w:r>
          <w:rPr>
            <w:color w:val="0000EE"/>
            <w:u w:val="single"/>
          </w:rPr>
          <w:t>[5]</w:t>
        </w:r>
      </w:hyperlink>
      <w:r>
        <w:t xml:space="preserve">- Paragraph 5: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https://www.independent.ie/county/dublin/august-bank-holiday-in-dublin-your-guide-to-whats-on-in-the-capital/a/159343042.html</w:t>
        </w:r>
      </w:hyperlink>
      <w:r>
        <w:t xml:space="preserve"> - Please view link - unable to able to access data</w:t>
      </w:r>
      <w:r/>
    </w:p>
    <w:p>
      <w:pPr>
        <w:pStyle w:val="ListNumber"/>
        <w:spacing w:line="240" w:lineRule="auto"/>
        <w:ind w:left="720"/>
      </w:pPr>
      <w:r/>
      <w:hyperlink r:id="rId10">
        <w:r>
          <w:rPr>
            <w:color w:val="0000EE"/>
            <w:u w:val="single"/>
          </w:rPr>
          <w:t>https://dublin.ie/whats-on/listings/gaze-international-lgbtq-film-festival/</w:t>
        </w:r>
      </w:hyperlink>
      <w:r>
        <w:t xml:space="preserve"> - The GAZE International LGBTQIA Film Festival 2026 is scheduled from 28th July to 3rd August at the Light House Cinema and the Irish Film Institute in Dublin. The festival celebrates LGBTQIA storytelling with a selection of feature films and shorts highlighting the queer experience. Established in 1992 as an underground film club, GAZE predates the legalisation of homosexuality in Ireland. The event offers a platform for diverse voices within the LGBTQIA community, showcasing both local and international filmmakers.</w:t>
      </w:r>
      <w:r/>
    </w:p>
    <w:p>
      <w:pPr>
        <w:pStyle w:val="ListNumber"/>
        <w:spacing w:line="240" w:lineRule="auto"/>
        <w:ind w:left="720"/>
      </w:pPr>
      <w:r/>
      <w:hyperlink r:id="rId13">
        <w:r>
          <w:rPr>
            <w:color w:val="0000EE"/>
            <w:u w:val="single"/>
          </w:rPr>
          <w:t>https://www.dublinguide.ie/events/gaze-international-lgbtqia-film-festival/</w:t>
        </w:r>
      </w:hyperlink>
      <w:r>
        <w:t xml:space="preserve"> - The GAZE International LGBTQIA Film Festival 2026 is set to take place from 28th July to 3rd August at the Light House Cinema and the Irish Film Institute in Dublin. The festival features a programme of feature films and shorts that celebrate LGBTQIA storytelling. Originally formed in 1992 as an underground film club, GAZE has grown to become a significant event in Dublin's cultural calendar, offering a platform for queer voices in cinema.</w:t>
      </w:r>
      <w:r/>
    </w:p>
    <w:p>
      <w:pPr>
        <w:pStyle w:val="ListNumber"/>
        <w:spacing w:line="240" w:lineRule="auto"/>
        <w:ind w:left="720"/>
      </w:pPr>
      <w:r/>
      <w:hyperlink r:id="rId12">
        <w:r>
          <w:rPr>
            <w:color w:val="0000EE"/>
            <w:u w:val="single"/>
          </w:rPr>
          <w:t>https://gaze.ie/</w:t>
        </w:r>
      </w:hyperlink>
      <w:r>
        <w:t xml:space="preserve"> - GAZE International LGBTQIA Film Festival 2026 is scheduled from 28th July to 3rd August at the Light House Cinema and the Irish Film Institute in Dublin. The festival celebrates LGBTQIA storytelling with a selection of feature films and shorts highlighting the queer experience. Established in 1992 as an underground film club, GAZE predates the legalisation of homosexuality in Ireland. The event offers a platform for diverse voices within the LGBTQIA community, showcasing both local and international filmmakers.</w:t>
      </w:r>
      <w:r/>
    </w:p>
    <w:p>
      <w:pPr>
        <w:pStyle w:val="ListNumber"/>
        <w:spacing w:line="240" w:lineRule="auto"/>
        <w:ind w:left="720"/>
      </w:pPr>
      <w:r/>
      <w:hyperlink r:id="rId11">
        <w:r>
          <w:rPr>
            <w:color w:val="0000EE"/>
            <w:u w:val="single"/>
          </w:rPr>
          <w:t>https://www.rte.ie/entertainment/2026/0721/1584392-gaze-announces-2026-film-festival-line-up/</w:t>
        </w:r>
      </w:hyperlink>
      <w:r>
        <w:t xml:space="preserve"> - The 34th edition of the GAZE International LGBTQIA Film Festival is set to take place from 28th July to 3rd August 2026 at the Light House Cinema, the Irish Film Institute, and the Living Canvas outdoor screen at IMMA. The festival will open with Pedro Almodóvar's 'Bitter Christmas' and feature a diverse programme of films from around the world. Highlights include 'Stop! That! Train!' by Adam Shankman and the documentary 'Lesbian Lines' by Cara Holmes.</w:t>
      </w:r>
      <w:r/>
    </w:p>
    <w:p>
      <w:pPr>
        <w:pStyle w:val="ListNumber"/>
        <w:spacing w:line="240" w:lineRule="auto"/>
        <w:ind w:left="720"/>
      </w:pPr>
      <w:r/>
      <w:hyperlink r:id="rId14">
        <w:r>
          <w:rPr>
            <w:color w:val="0000EE"/>
            <w:u w:val="single"/>
          </w:rPr>
          <w:t>https://www.rte.ie/culture/2026/0629/1580953-gaze-returns-10-must-sees-at-the-festival-celebrating-queer-film/</w:t>
        </w:r>
      </w:hyperlink>
      <w:r>
        <w:t xml:space="preserve"> - The GAZE International LGBTQIA Film Festival returns with a programme showcasing the best of Irish and international LGBTQIA cinema. Highlights include Pedro Almodóvar's 'Bitter Christmas', the documentary 'Lesbian Lines' by Cara Holmes, and the comedy 'Stop! That! Train!' featuring RuPaul. The festival runs from 28th July to 3rd August 2026 at various venues in Dublin, including the Light House Cinema and the Irish Film Institute.</w:t>
      </w:r>
      <w:r/>
    </w:p>
    <w:p>
      <w:pPr>
        <w:pStyle w:val="ListNumber"/>
        <w:spacing w:line="240" w:lineRule="auto"/>
        <w:ind w:left="720"/>
      </w:pPr>
      <w:r/>
      <w:hyperlink r:id="rId15">
        <w:r>
          <w:rPr>
            <w:color w:val="0000EE"/>
            <w:u w:val="single"/>
          </w:rPr>
          <w:t>https://gcn.ie/gaze-2026-ticket-bundles/</w:t>
        </w:r>
      </w:hyperlink>
      <w:r>
        <w:t xml:space="preserve"> - The GAZE International LGBTQIA Film Festival 2026, taking place from 28th July to 3rd August, offers specially curated ticket bundles to help audiences experience more of the festival's diverse programme. The bundles include screenings celebrating contemporary Brazilian cinema, queer icons, groundbreaking shorts, and powerful stories of identity and resistance. The festival will be held across the Light House Cinema, the Irish Film Institute, and the outdoor Living Canvas at IMMA in Dublin.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ndependent.ie/county/dublin/august-bank-holiday-in-dublin-your-guide-to-whats-on-in-the-capital/a/159343042.html" TargetMode="External"/><Relationship Id="rId10" Type="http://schemas.openxmlformats.org/officeDocument/2006/relationships/hyperlink" Target="https://dublin.ie/whats-on/listings/gaze-international-lgbtq-film-festival/" TargetMode="External"/><Relationship Id="rId11" Type="http://schemas.openxmlformats.org/officeDocument/2006/relationships/hyperlink" Target="https://www.rte.ie/entertainment/2026/0721/1584392-gaze-announces-2026-film-festival-line-up/" TargetMode="External"/><Relationship Id="rId12" Type="http://schemas.openxmlformats.org/officeDocument/2006/relationships/hyperlink" Target="https://gaze.ie/" TargetMode="External"/><Relationship Id="rId13" Type="http://schemas.openxmlformats.org/officeDocument/2006/relationships/hyperlink" Target="https://www.dublinguide.ie/events/gaze-international-lgbtqia-film-festival/" TargetMode="External"/><Relationship Id="rId14" Type="http://schemas.openxmlformats.org/officeDocument/2006/relationships/hyperlink" Target="https://www.rte.ie/culture/2026/0629/1580953-gaze-returns-10-must-sees-at-the-festival-celebrating-queer-film/" TargetMode="External"/><Relationship Id="rId15" Type="http://schemas.openxmlformats.org/officeDocument/2006/relationships/hyperlink" Target="https://gcn.ie/gaze-2026-ticket-bund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