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Celebrities Who’ve Come Out in 2026 — Real Stories, Real Choices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fans are noticing a wave of openness: several high-profile stars have publicly embraced new sexual identities this year, from intimate social posts to memoir revelations, and it matters because visibility helps normalise diverse journeys. Here’s who’s spoken up so far and why those moments landed with weight.</w:t>
      </w:r>
      <w:r/>
    </w:p>
    <w:p>
      <w:r/>
      <w:r>
        <w:t>Essential Takeaways</w:t>
      </w:r>
      <w:r/>
      <w:r/>
    </w:p>
    <w:p>
      <w:pPr>
        <w:pStyle w:val="ListBullet"/>
        <w:spacing w:line="240" w:lineRule="auto"/>
        <w:ind w:left="720"/>
      </w:pPr>
      <w:r/>
      <w:r>
        <w:rPr>
          <w:b/>
        </w:rPr>
        <w:t>Caleb Shomo (gay):</w:t>
      </w:r>
      <w:r>
        <w:t xml:space="preserve"> Frontman for Beartooth publicly came out after sobriety helped him confront long-buried feelings; his music reflects that honesty and healing.</w:t>
      </w:r>
      <w:r/>
    </w:p>
    <w:p>
      <w:pPr>
        <w:pStyle w:val="ListBullet"/>
        <w:spacing w:line="240" w:lineRule="auto"/>
        <w:ind w:left="720"/>
      </w:pPr>
      <w:r/>
      <w:r>
        <w:rPr>
          <w:b/>
        </w:rPr>
        <w:t>Keke Palmer (asexual):</w:t>
      </w:r>
      <w:r>
        <w:t xml:space="preserve"> The actor posted candidly about being “almost 100% sure” she’s asexual, framing it as part of ongoing self-discovery.</w:t>
      </w:r>
      <w:r/>
    </w:p>
    <w:p>
      <w:pPr>
        <w:pStyle w:val="ListBullet"/>
        <w:spacing w:line="240" w:lineRule="auto"/>
        <w:ind w:left="720"/>
      </w:pPr>
      <w:r/>
      <w:r>
        <w:rPr>
          <w:b/>
        </w:rPr>
        <w:t>Hayden Panettiere &amp; Thora Birch (bisexual):</w:t>
      </w:r>
      <w:r>
        <w:t xml:space="preserve"> One revealed the truth in a memoir, the other at a West Hollywood event , both emphasised timing and safety in sharing.</w:t>
      </w:r>
      <w:r/>
    </w:p>
    <w:p>
      <w:pPr>
        <w:pStyle w:val="ListBullet"/>
        <w:spacing w:line="240" w:lineRule="auto"/>
        <w:ind w:left="720"/>
      </w:pPr>
      <w:r/>
      <w:r>
        <w:rPr>
          <w:b/>
        </w:rPr>
        <w:t>Cara Delevingne &amp; Dayna Kathan (lesbian):</w:t>
      </w:r>
      <w:r>
        <w:t xml:space="preserve"> Cara pivoted from pansexual to lesbian publicly onstage, while Dayna shared that a recent relationship clarified her identity.</w:t>
      </w:r>
      <w:r/>
    </w:p>
    <w:p>
      <w:pPr>
        <w:pStyle w:val="ListBullet"/>
        <w:spacing w:line="240" w:lineRule="auto"/>
        <w:ind w:left="720"/>
      </w:pPr>
      <w:r/>
      <w:r>
        <w:rPr>
          <w:b/>
        </w:rPr>
        <w:t>Kandi Burruss &amp; Layla Taylor (bisexual):</w:t>
      </w:r>
      <w:r>
        <w:t xml:space="preserve"> Both spoke about embracing the bi label openly, highlighting that labels don’t erase long-term relationships or commitments.</w:t>
      </w:r>
      <w:r/>
      <w:r/>
    </w:p>
    <w:p>
      <w:pPr>
        <w:pStyle w:val="Heading2"/>
      </w:pPr>
      <w:r>
        <w:t>Why Caleb Shomo’s Coming Out Felt Different , Sobriety and Songwriting</w:t>
      </w:r>
      <w:r/>
    </w:p>
    <w:p>
      <w:r/>
      <w:r>
        <w:t>There was a quiet, heavy honesty to Caleb Shomo’s statement that landed with fans because it tied into recovery and creativity, and you could almost hear it in the music. According to coverage in LiveMint and Out, the Beartooth frontman said getting sober forced him to face emotions he’d previously numbed, which then opened the door to reconciling his sexuality. That mix of vulnerability and artistic reinvention is a familiar story in rock , but it still feels intimate when the person involved has spent years in the spotlight. For fans choosing how to respond, remember that this kind of revelation often reflects months or years of private work; supportive messages and patience go a long way.</w:t>
      </w:r>
      <w:r/>
    </w:p>
    <w:p>
      <w:pPr>
        <w:pStyle w:val="Heading2"/>
      </w:pPr>
      <w:r>
        <w:t>Keke Palmer’s Asexuality Conversation , Quiet, Clear, and Still Evolving</w:t>
      </w:r>
      <w:r/>
    </w:p>
    <w:p>
      <w:r/>
      <w:r>
        <w:t>Keke Palmer’s public reflection about being “almost 100% sure” she’s asexual has been covered by Pride and LGBTQ Nation, and the tone was gentle and exploratory rather than definitive. That’s important: asexuality sits on a spectrum, and Palmer framed her post as part of learning rather than an instant reveal. For anyone curious about asexual identity, this moment is a useful reminder that self-labelling can evolve, and that celebrities can normalise the slower pace of discovery. If you’re unsure about terminology, resources from community groups or basic primers can help you , and it’s fine to stay “still learning.”</w:t>
      </w:r>
      <w:r/>
    </w:p>
    <w:p>
      <w:pPr>
        <w:pStyle w:val="Heading2"/>
      </w:pPr>
      <w:r>
        <w:t>Memoirs and Moments , Why Hayden Panettiere and Thora Birch Chose Different Routes</w:t>
      </w:r>
      <w:r/>
    </w:p>
    <w:p>
      <w:r/>
      <w:r>
        <w:t>Hayden Panettiere chose the written route, revealing her bisexuality in a memoir where she could control the context and nuance, while Thora Birch spoke up at a West Hollywood anniversary party. Both approaches have pros and cons: a memoir gives space for backstory and reflection, whereas a public event delivers immediacy and solidarity with a community. Panettiere told readers she’d delayed the reveal partly out of fear , a reminder that growing up in the public eye complicates timing. If you’re weighing whether to disclose a private truth, consider the setting that will protect your wellbeing and let you tell your story on your terms.</w:t>
      </w:r>
      <w:r/>
    </w:p>
    <w:p>
      <w:pPr>
        <w:pStyle w:val="Heading2"/>
      </w:pPr>
      <w:r>
        <w:t>Cara Delevingne’s Label Shift , From Pansexual to Lesbian, Publicly</w:t>
      </w:r>
      <w:r/>
    </w:p>
    <w:p>
      <w:r/>
      <w:r>
        <w:t>When Cara Delevingne declared “I’m a lesbian” onstage during a high-profile moment with Rosalía in London, it made headlines because it signalled a personal shift in how she wants to be seen. Celebrities change labels for many reasons: clarity, relationships, or simply feeling more truthful. Coverage noted that while she’d previously used pansexual, Cara now feels happiest identifying as a lesbian and has spoken about confronting internalised homophobia. These conversations matter because they show identity can be a moving target, and that embracing a new label isn’t a contradiction but a fresh chapter. For partners and fans, listening and using the language someone asks for is the simplest show of respect.</w:t>
      </w:r>
      <w:r/>
    </w:p>
    <w:p>
      <w:pPr>
        <w:pStyle w:val="Heading2"/>
      </w:pPr>
      <w:r>
        <w:t>What This All Means for Visibility , Trends and Practical Takeaways</w:t>
      </w:r>
      <w:r/>
    </w:p>
    <w:p>
      <w:r/>
      <w:r>
        <w:t>There’s a clear trend: more celebrities are treating coming out as a continuum rather than a single event, whether via social posts, interviews, memoirs, or stage moments. That variety helps different audiences relate , some will connect with a sober rock-star confession, others with a thoughtful essay or a public celebration. Practically, if you’re supporting someone who’s exploring identity: ask what language they prefer, respect pacing, and avoid assuming a past label determines current truth. Media outlets will keep covering these stories, and that matters because visibility reduces stigma and widens the vocabulary for people figuring themselves out.</w:t>
      </w:r>
      <w:r/>
    </w:p>
    <w:p>
      <w:r/>
      <w:r>
        <w:t>It's a small change that can make every coming-out moment feel safer and more ordinary.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https://gayety.com/celebrities-who-have-come-out-in-2026-so-far</w:t>
        </w:r>
      </w:hyperlink>
      <w:r>
        <w:t xml:space="preserve"> - Please view link - unable to able to access data</w:t>
      </w:r>
      <w:r/>
    </w:p>
    <w:p>
      <w:pPr>
        <w:pStyle w:val="ListNumber"/>
        <w:spacing w:line="240" w:lineRule="auto"/>
        <w:ind w:left="720"/>
      </w:pPr>
      <w:r/>
      <w:hyperlink r:id="rId10">
        <w:r>
          <w:rPr>
            <w:color w:val="0000EE"/>
            <w:u w:val="single"/>
          </w:rPr>
          <w:t>https://www.livemint.com/news/trends/beartooth-frontman-caleb-shomo-comes-out-as-a-proudly-gay-man-after-months-of-speculation/amp-11779559792115.html</w:t>
        </w:r>
      </w:hyperlink>
      <w:r>
        <w:t xml:space="preserve"> - Beartooth frontman Caleb Shomo publicly came out as gay in May 2026, addressing speculation about his personal life. He shared that his journey towards self-acceptance was challenging, especially after years of suppressing his feelings. Shomo expressed hope that his openness would inspire others to embrace their true selves. He also mentioned that his upcoming album would reflect this new chapter in his life. The announcement followed months of public scrutiny and online discussions regarding his personal life and the band's artistic direction.</w:t>
      </w:r>
      <w:r/>
    </w:p>
    <w:p>
      <w:pPr>
        <w:pStyle w:val="ListNumber"/>
        <w:spacing w:line="240" w:lineRule="auto"/>
        <w:ind w:left="720"/>
      </w:pPr>
      <w:r/>
      <w:hyperlink r:id="rId12">
        <w:r>
          <w:rPr>
            <w:color w:val="0000EE"/>
            <w:u w:val="single"/>
          </w:rPr>
          <w:t>https://www.pride.com/culture/celebrities/keke-palmer-asexual</w:t>
        </w:r>
      </w:hyperlink>
      <w:r>
        <w:t xml:space="preserve"> - In February 2026, actress Keke Palmer revealed in an Instagram post that she is 'almost 100% sure' she is asexual. Palmer, who has previously identified as sexually fluid, expressed that she feels more confident embracing this label now. She acknowledged that she is still learning about herself and emphasized the importance of self-discovery. The announcement was part of a broader conversation about her journey towards understanding her sexuality and the challenges of labeling one's identity.</w:t>
      </w:r>
      <w:r/>
    </w:p>
    <w:p>
      <w:pPr>
        <w:pStyle w:val="ListNumber"/>
        <w:spacing w:line="240" w:lineRule="auto"/>
        <w:ind w:left="720"/>
      </w:pPr>
      <w:r/>
      <w:hyperlink r:id="rId13">
        <w:r>
          <w:rPr>
            <w:color w:val="0000EE"/>
            <w:u w:val="single"/>
          </w:rPr>
          <w:t>https://www.lgbtqnation.com/2026/02/actress-keke-palmer-says-shes-almost-100-sure-that-she-is-asexual/</w:t>
        </w:r>
      </w:hyperlink>
      <w:r>
        <w:t xml:space="preserve"> - Actress Keke Palmer stated in a February 2026 Instagram post that she is 'almost 100% sure' she is asexual. Previously, Palmer had identified as sexually fluid but had generally resisted labelling her own orientations. In her post, she reflected on her experiences and the process of self-discovery, expressing confidence in her current understanding of her sexuality. The announcement sparked discussions about the fluidity of sexual identity and the importance of personal exploration.</w:t>
      </w:r>
      <w:r/>
    </w:p>
    <w:p>
      <w:pPr>
        <w:pStyle w:val="ListNumber"/>
        <w:spacing w:line="240" w:lineRule="auto"/>
        <w:ind w:left="720"/>
      </w:pPr>
      <w:r/>
      <w:hyperlink r:id="rId11">
        <w:r>
          <w:rPr>
            <w:color w:val="0000EE"/>
            <w:u w:val="single"/>
          </w:rPr>
          <w:t>https://www.out.com/celebs/caleb-shomo-gay</w:t>
        </w:r>
      </w:hyperlink>
      <w:r>
        <w:t xml:space="preserve"> - Caleb Shomo, lead singer of the band Beartooth, publicly came out as gay in May 2026. In his announcement, Shomo addressed the speculation surrounding his personal life and expressed his desire to set the record straight. He shared that he had been privately grappling with his identity and that his upcoming music would reflect this new chapter. The announcement was met with support from fans and the LGBTQ+ community, highlighting the importance of authenticity in the music industry.</w:t>
      </w:r>
      <w:r/>
    </w:p>
    <w:p>
      <w:pPr>
        <w:pStyle w:val="ListNumber"/>
        <w:spacing w:line="240" w:lineRule="auto"/>
        <w:ind w:left="720"/>
      </w:pPr>
      <w:r/>
      <w:hyperlink r:id="rId14">
        <w:r>
          <w:rPr>
            <w:color w:val="0000EE"/>
            <w:u w:val="single"/>
          </w:rPr>
          <w:t>https://timesofindia.indiatimes.com/entertainment/english/music/news/beartooth-singer-caleb-shomo-comes-out-as-gay-its-been-difficult-to-navigate-the-feelings/articleshow/131293361.cms</w:t>
        </w:r>
      </w:hyperlink>
      <w:r>
        <w:t xml:space="preserve"> - Beartooth singer Caleb Shomo came out as gay in May 2026, sharing his personal journey of self-discovery. He expressed that it had been challenging to navigate his feelings and that he felt compelled to set the record straight before it affected those he loves. Shomo's announcement was part of a broader conversation about LGBTQ+ visibility in the music industry and the importance of embracing one's true identity.</w:t>
      </w:r>
      <w:r/>
    </w:p>
    <w:p>
      <w:pPr>
        <w:pStyle w:val="ListNumber"/>
        <w:spacing w:line="240" w:lineRule="auto"/>
        <w:ind w:left="720"/>
      </w:pPr>
      <w:r/>
      <w:hyperlink r:id="rId15">
        <w:r>
          <w:rPr>
            <w:color w:val="0000EE"/>
            <w:u w:val="single"/>
          </w:rPr>
          <w:t>https://www.thedailybeast.com/rock-star-caleb-shom-files-for-divorce-after-coming-out-as-gay/</w:t>
        </w:r>
      </w:hyperlink>
      <w:r>
        <w:t xml:space="preserve"> - Following his public coming out as gay in May 2026, Caleb Shomo, lead vocalist of Beartooth, and his wife of 14 years, Fleur Shomo, filed for divorce in July 2026. The couple jointly filed for divorce in the Los Angeles Superior Court. Caleb expressed that acknowledging his identity was a difficult, long-standing internal struggle, and thanked supporters while sharing hopes of eventually learning to love himself. Fleur also expressed support despite acknowledging the pain of the situation.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celebrities-who-have-come-out-in-2026-so-far" TargetMode="External"/><Relationship Id="rId10" Type="http://schemas.openxmlformats.org/officeDocument/2006/relationships/hyperlink" Target="https://www.livemint.com/news/trends/beartooth-frontman-caleb-shomo-comes-out-as-a-proudly-gay-man-after-months-of-speculation/amp-11779559792115.html" TargetMode="External"/><Relationship Id="rId11" Type="http://schemas.openxmlformats.org/officeDocument/2006/relationships/hyperlink" Target="https://www.out.com/celebs/caleb-shomo-gay" TargetMode="External"/><Relationship Id="rId12" Type="http://schemas.openxmlformats.org/officeDocument/2006/relationships/hyperlink" Target="https://www.pride.com/culture/celebrities/keke-palmer-asexual" TargetMode="External"/><Relationship Id="rId13" Type="http://schemas.openxmlformats.org/officeDocument/2006/relationships/hyperlink" Target="https://www.lgbtqnation.com/2026/02/actress-keke-palmer-says-shes-almost-100-sure-that-she-is-asexual/" TargetMode="External"/><Relationship Id="rId14" Type="http://schemas.openxmlformats.org/officeDocument/2006/relationships/hyperlink" Target="https://timesofindia.indiatimes.com/entertainment/english/music/news/beartooth-singer-caleb-shomo-comes-out-as-gay-its-been-difficult-to-navigate-the-feelings/articleshow/131293361.cms" TargetMode="External"/><Relationship Id="rId15" Type="http://schemas.openxmlformats.org/officeDocument/2006/relationships/hyperlink" Target="https://www.thedailybeast.com/rock-star-caleb-shom-files-for-divorce-after-coming-out-as-g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