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Networks That Helped TV Chef Hugo Kennis Recover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the human side of celebrity: TV chef Hugo Kennis struggled publicly with sex, drink and drugs after a painful break-up, but friends, sport and family interventions helped pull him back. Here’s how those support networks worked and why they matter for anyone facing a spiral.</w:t>
      </w:r>
      <w:r/>
    </w:p>
    <w:p>
      <w:r/>
      <w:r>
        <w:t>Essential Takeaways</w:t>
      </w:r>
      <w:r/>
      <w:r/>
    </w:p>
    <w:p>
      <w:pPr>
        <w:pStyle w:val="ListBullet"/>
        <w:spacing w:line="240" w:lineRule="auto"/>
        <w:ind w:left="720"/>
      </w:pPr>
      <w:r/>
      <w:r>
        <w:rPr>
          <w:b/>
        </w:rPr>
        <w:t>Public fall-out:</w:t>
      </w:r>
      <w:r>
        <w:t xml:space="preserve"> After a painful split in 2021, Hugo Kennis sank into heavy drinking, drug use and risky hookups, leaving him isolated and anxious. </w:t>
      </w:r>
      <w:r/>
    </w:p>
    <w:p>
      <w:pPr>
        <w:pStyle w:val="ListBullet"/>
        <w:spacing w:line="240" w:lineRule="auto"/>
        <w:ind w:left="720"/>
      </w:pPr>
      <w:r/>
      <w:r>
        <w:rPr>
          <w:b/>
        </w:rPr>
        <w:t>Friend intervention:</w:t>
      </w:r>
      <w:r>
        <w:t xml:space="preserve"> Model and friend Loiza Lamers contacted his father and forced a real confrontation, which Kennis says changed everything. </w:t>
      </w:r>
      <w:r/>
    </w:p>
    <w:p>
      <w:pPr>
        <w:pStyle w:val="ListBullet"/>
        <w:spacing w:line="240" w:lineRule="auto"/>
        <w:ind w:left="720"/>
      </w:pPr>
      <w:r/>
      <w:r>
        <w:rPr>
          <w:b/>
        </w:rPr>
        <w:t>Sport as sanctuary:</w:t>
      </w:r>
      <w:r>
        <w:t xml:space="preserve"> An Amsterdam LGBTQI+ hockey team offered a sober, social space that helped him rebuild routine and connection. </w:t>
      </w:r>
      <w:r/>
    </w:p>
    <w:p>
      <w:pPr>
        <w:pStyle w:val="ListBullet"/>
        <w:spacing w:line="240" w:lineRule="auto"/>
        <w:ind w:left="720"/>
      </w:pPr>
      <w:r/>
      <w:r>
        <w:rPr>
          <w:b/>
        </w:rPr>
        <w:t>Slow recovery:</w:t>
      </w:r>
      <w:r>
        <w:t xml:space="preserve"> Kennis still plays hockey and credits a new circle of friends with long-term stability; recovery was gradual and practical. </w:t>
      </w:r>
      <w:r/>
      <w:r/>
    </w:p>
    <w:p>
      <w:pPr>
        <w:pStyle w:val="Heading2"/>
      </w:pPr>
      <w:r>
        <w:t>A very public collapse and the private cost</w:t>
      </w:r>
      <w:r/>
    </w:p>
    <w:p>
      <w:r/>
      <w:r>
        <w:t>Kennis’s breakdown followed a shockingly painful relationship end that became tabloid fodder, and that public scrutiny compounded his distress. He tells the story with a raw, slightly embarrassed honesty about using sex, drink and drugs to deaden the hurt. The detail that he’d already furnished a nursery makes the loss feel tangible, and it’s easy to imagine how humiliation and grief fed each other. According to reporting, the media attention even left him afraid to leave the house.</w:t>
      </w:r>
      <w:r/>
    </w:p>
    <w:p>
      <w:pPr>
        <w:pStyle w:val="Heading2"/>
      </w:pPr>
      <w:r>
        <w:t>When friends act like family: Loiza Lamers’s tough love</w:t>
      </w:r>
      <w:r/>
    </w:p>
    <w:p>
      <w:r/>
      <w:r>
        <w:t>What stands out is how a friend stepped in before official help arrived. Loiza Lamers apparently tracked his father down and forced a house visit at a low point; Kennis says he literally got down on his knees and begged for change. That kind of practical, confrontational care , ringing relatives, turning up unannounced, sorting immediate safety , is what often turns a spiral into a recovery story. It’s blunt, human and a reminder that sometimes friendship looks like disruption rather than gentle sympathy.</w:t>
      </w:r>
      <w:r/>
    </w:p>
    <w:p>
      <w:pPr>
        <w:pStyle w:val="Heading2"/>
      </w:pPr>
      <w:r>
        <w:t>Sport as a surprisingly steady lifeline</w:t>
      </w:r>
      <w:r/>
    </w:p>
    <w:p>
      <w:r/>
      <w:r>
        <w:t>Another detail that feels quietly hopeful is the role of team sport. Kennis met a young man on a dating app who introduced him to the Pink Lions, an Amsterdam LGBTQI+ hockey club. It wasn’t romantic; it was routine. Getting to training, feeling the stick under your hand, the exertion and camaraderie , all of that provided structure and a sense of belonging. Many therapists and recovery programmes now highlight the stabilising power of exercise and group activities, and Kennis’s story is a neat, real-world example.</w:t>
      </w:r>
      <w:r/>
    </w:p>
    <w:p>
      <w:pPr>
        <w:pStyle w:val="Heading2"/>
      </w:pPr>
      <w:r>
        <w:t>Reputation, shame and the slow work of repair</w:t>
      </w:r>
      <w:r/>
    </w:p>
    <w:p>
      <w:r/>
      <w:r>
        <w:t>Celebrity makes a fall louder and a climb back harder, because everything plays out in public. Kennis admits to street anxiety and being photographed at home, which will resonate with anyone who’s felt judged during a low moment. His recovery didn’t happen overnight: it involved family, friends, new social circles and time. That slow work , rebuilding trust, re-establishing routine, staying connected to sober environments , is the practical side of healing that rarely makes headlines.</w:t>
      </w:r>
      <w:r/>
    </w:p>
    <w:p>
      <w:pPr>
        <w:pStyle w:val="Heading2"/>
      </w:pPr>
      <w:r>
        <w:t>What this means for you or someone you love</w:t>
      </w:r>
      <w:r/>
    </w:p>
    <w:p>
      <w:r/>
      <w:r>
        <w:t>If you recognise elements of this story, surge of risky behaviour after loss, isolation, shame, there are simple, practical steps that helped Kennis and can help others. Reach out to one trusted friend and ask them to involve family if safety’s a concern; look for group activities that focus on doing rather than talking, like a sports club or volunteer shift; and accept that support can come from unexpected places, even people you met online. Above all, small routines matter: training sessions, phone calls, and one consistent person can stabilise a crisis.</w:t>
      </w:r>
      <w:r/>
    </w:p>
    <w:p>
      <w:r/>
      <w:r>
        <w:t>It's a small change that can make every step back toward normalcy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[3]</w:t>
        </w:r>
      </w:hyperlink>
      <w:r>
        <w:t xml:space="preserve">- Paragraph 3: </w:t>
      </w:r>
      <w:hyperlink r:id="rId10">
        <w:r>
          <w:rPr>
            <w:color w:val="0000EE"/>
            <w:u w:val="single"/>
          </w:rPr>
          <w:t>[4]</w:t>
        </w:r>
      </w:hyperlink>
      <w:r>
        <w:t xml:space="preserve">- Paragraph 4: </w:t>
      </w:r>
      <w:hyperlink r:id="rId10">
        <w:r>
          <w:rPr>
            <w:color w:val="0000EE"/>
            <w:u w:val="single"/>
          </w:rPr>
          <w:t>[5]</w:t>
        </w:r>
      </w:hyperlink>
      <w:r>
        <w:t xml:space="preserve">- Paragraph 5: </w:t>
      </w:r>
      <w:hyperlink r:id="rId10">
        <w:r>
          <w:rPr>
            <w:color w:val="0000EE"/>
            <w:u w:val="single"/>
          </w:rPr>
          <w:t>[6]</w:t>
        </w:r>
      </w:hyperlink>
      <w:r>
        <w:t xml:space="preserve">- Paragraph 6: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https://www.bd.nl/show/loiza-lamers-en-hockeyclub-redden-tv-kok-hugo-kennis-nadat-hij-zichzelf-verliest-in-seks-drank-en-drugs~a6b28fd1/</w:t>
        </w:r>
      </w:hyperlink>
      <w:r>
        <w:t xml:space="preserve"> - Please view link - unable to able to access data</w:t>
      </w:r>
      <w:r/>
    </w:p>
    <w:p>
      <w:pPr>
        <w:pStyle w:val="ListNumber"/>
        <w:spacing w:line="240" w:lineRule="auto"/>
        <w:ind w:left="720"/>
      </w:pPr>
      <w:r/>
      <w:hyperlink r:id="rId10">
        <w:r>
          <w:rPr>
            <w:color w:val="0000EE"/>
            <w:u w:val="single"/>
          </w:rPr>
          <w:t>https://www.televizier.nl/sterren/zilveren-plak-voor-tv-kok-hugo-kennis-tijdens-eurogames</w:t>
        </w:r>
      </w:hyperlink>
      <w:r>
        <w:t xml:space="preserve"> - In July 2022, television chef Hugo Kennis, aged 36, participated in the EuroGames in Nijmegen with his team, Pink Hockey Netherlands. The team secured a silver medal in the field hockey final, narrowly losing but enjoying the experience. Kennis had recently joined the Pink Lions, a club associated with the Amsterdam Baby Gays, and had been actively playing hockey since moving to Amsterdam. The EuroGames, a multi-day event for the LGBTQI+ community, featured over 2,000 athletes competing in 17 sports.</w:t>
      </w:r>
      <w:r/>
    </w:p>
    <w:p>
      <w:pPr>
        <w:pStyle w:val="ListNumber"/>
        <w:spacing w:line="240" w:lineRule="auto"/>
        <w:ind w:left="720"/>
      </w:pPr>
      <w:r/>
      <w:hyperlink r:id="rId10">
        <w:r>
          <w:rPr>
            <w:color w:val="0000EE"/>
            <w:u w:val="single"/>
          </w:rPr>
          <w:t>https://www.televizier.nl/sterren/zilveren-plak-voor-tv-kok-hugo-kennis-tijdens-eurogames</w:t>
        </w:r>
      </w:hyperlink>
      <w:r>
        <w:t xml:space="preserve"> - In July 2022, television chef Hugo Kennis, aged 36, participated in the EuroGames in Nijmegen with his team, Pink Hockey Netherlands. The team secured a silver medal in the field hockey final, narrowly losing but enjoying the experience. Kennis had recently joined the Pink Lions, a club associated with the Amsterdam Baby Gays, and had been actively playing hockey since moving to Amsterdam. The EuroGames, a multi-day event for the LGBTQI+ community, featured over 2,000 athletes competing in 17 sports.</w:t>
      </w:r>
      <w:r/>
    </w:p>
    <w:p>
      <w:pPr>
        <w:pStyle w:val="ListNumber"/>
        <w:spacing w:line="240" w:lineRule="auto"/>
        <w:ind w:left="720"/>
      </w:pPr>
      <w:r/>
      <w:hyperlink r:id="rId10">
        <w:r>
          <w:rPr>
            <w:color w:val="0000EE"/>
            <w:u w:val="single"/>
          </w:rPr>
          <w:t>https://www.televizier.nl/sterren/zilveren-plak-voor-tv-kok-hugo-kennis-tijdens-eurogames</w:t>
        </w:r>
      </w:hyperlink>
      <w:r>
        <w:t xml:space="preserve"> - In July 2022, television chef Hugo Kennis, aged 36, participated in the EuroGames in Nijmegen with his team, Pink Hockey Netherlands. The team secured a silver medal in the field hockey final, narrowly losing but enjoying the experience. Kennis had recently joined the Pink Lions, a club associated with the Amsterdam Baby Gays, and had been actively playing hockey since moving to Amsterdam. The EuroGames, a multi-day event for the LGBTQI+ community, featured over 2,000 athletes competing in 17 sports.</w:t>
      </w:r>
      <w:r/>
    </w:p>
    <w:p>
      <w:pPr>
        <w:pStyle w:val="ListNumber"/>
        <w:spacing w:line="240" w:lineRule="auto"/>
        <w:ind w:left="720"/>
      </w:pPr>
      <w:r/>
      <w:hyperlink r:id="rId10">
        <w:r>
          <w:rPr>
            <w:color w:val="0000EE"/>
            <w:u w:val="single"/>
          </w:rPr>
          <w:t>https://www.televizier.nl/sterren/zilveren-plak-voor-tv-kok-hugo-kennis-tijdens-eurogames</w:t>
        </w:r>
      </w:hyperlink>
      <w:r>
        <w:t xml:space="preserve"> - In July 2022, television chef Hugo Kennis, aged 36, participated in the EuroGames in Nijmegen with his team, Pink Hockey Netherlands. The team secured a silver medal in the field hockey final, narrowly losing but enjoying the experience. Kennis had recently joined the Pink Lions, a club associated with the Amsterdam Baby Gays, and had been actively playing hockey since moving to Amsterdam. The EuroGames, a multi-day event for the LGBTQI+ community, featured over 2,000 athletes competing in 17 sports.</w:t>
      </w:r>
      <w:r/>
    </w:p>
    <w:p>
      <w:pPr>
        <w:pStyle w:val="ListNumber"/>
        <w:spacing w:line="240" w:lineRule="auto"/>
        <w:ind w:left="720"/>
      </w:pPr>
      <w:r/>
      <w:hyperlink r:id="rId10">
        <w:r>
          <w:rPr>
            <w:color w:val="0000EE"/>
            <w:u w:val="single"/>
          </w:rPr>
          <w:t>https://www.televizier.nl/sterren/zilveren-plak-voor-tv-kok-hugo-kennis-tijdens-eurogames</w:t>
        </w:r>
      </w:hyperlink>
      <w:r>
        <w:t xml:space="preserve"> - In July 2022, television chef Hugo Kennis, aged 36, participated in the EuroGames in Nijmegen with his team, Pink Hockey Netherlands. The team secured a silver medal in the field hockey final, narrowly losing but enjoying the experience. Kennis had recently joined the Pink Lions, a club associated with the Amsterdam Baby Gays, and had been actively playing hockey since moving to Amsterdam. The EuroGames, a multi-day event for the LGBTQI+ community, featured over 2,000 athletes competing in 17 sports.</w:t>
      </w:r>
      <w:r/>
    </w:p>
    <w:p>
      <w:pPr>
        <w:pStyle w:val="ListNumber"/>
        <w:spacing w:line="240" w:lineRule="auto"/>
        <w:ind w:left="720"/>
      </w:pPr>
      <w:r/>
      <w:hyperlink r:id="rId10">
        <w:r>
          <w:rPr>
            <w:color w:val="0000EE"/>
            <w:u w:val="single"/>
          </w:rPr>
          <w:t>https://www.televizier.nl/sterren/zilveren-plak-voor-tv-kok-hugo-kennis-tijdens-eurogames</w:t>
        </w:r>
      </w:hyperlink>
      <w:r>
        <w:t xml:space="preserve"> - In July 2022, television chef Hugo Kennis, aged 36, participated in the EuroGames in Nijmegen with his team, Pink Hockey Netherlands. The team secured a silver medal in the field hockey final, narrowly losing but enjoying the experience. Kennis had recently joined the Pink Lions, a club associated with the Amsterdam Baby Gays, and had been actively playing hockey since moving to Amsterdam. The EuroGames, a multi-day event for the LGBTQI+ community, featured over 2,000 athletes competing in 17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show/loiza-lamers-en-hockeyclub-redden-tv-kok-hugo-kennis-nadat-hij-zichzelf-verliest-in-seks-drank-en-drugs~a6b28fd1/" TargetMode="External"/><Relationship Id="rId10" Type="http://schemas.openxmlformats.org/officeDocument/2006/relationships/hyperlink" Target="https://www.televizier.nl/sterren/zilveren-plak-voor-tv-kok-hugo-kennis-tijdens-euro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