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Sunday Spots for Pittsburgh’s LGBTQ+ Community This Summer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alike are rediscovering Pittsburgh’s queer weekend scene; a sunny Sunday brought friends together at 5801 Video Lounge before they scattered to softball, volleyball, drag brunch and a fiesta , a reminder that community, culture and good vibes keep the city humming.</w:t>
      </w:r>
      <w:r/>
    </w:p>
    <w:p>
      <w:r/>
      <w:r>
        <w:t>Essential Takeaways</w:t>
      </w:r>
      <w:r/>
      <w:r/>
    </w:p>
    <w:p>
      <w:pPr>
        <w:pStyle w:val="ListBullet"/>
        <w:spacing w:line="240" w:lineRule="auto"/>
        <w:ind w:left="720"/>
      </w:pPr>
      <w:r/>
      <w:r>
        <w:rPr>
          <w:b/>
        </w:rPr>
        <w:t>Local hub:</w:t>
      </w:r>
      <w:r>
        <w:t xml:space="preserve"> 5801 Video Lounge is a relaxed patio-and-bar spot popular with queer crowds and regulars, easygoing and partly outdoors. </w:t>
      </w:r>
      <w:r/>
    </w:p>
    <w:p>
      <w:pPr>
        <w:pStyle w:val="ListBullet"/>
        <w:spacing w:line="240" w:lineRule="auto"/>
        <w:ind w:left="720"/>
      </w:pPr>
      <w:r/>
      <w:r>
        <w:rPr>
          <w:b/>
        </w:rPr>
        <w:t>Inclusive teams:</w:t>
      </w:r>
      <w:r>
        <w:t xml:space="preserve"> Gracie Lou Freebushes softball welcomes trans, non-binary, Black and queer players; they play around the city and bring championship energy. </w:t>
      </w:r>
      <w:r/>
    </w:p>
    <w:p>
      <w:pPr>
        <w:pStyle w:val="ListBullet"/>
        <w:spacing w:line="240" w:lineRule="auto"/>
        <w:ind w:left="720"/>
      </w:pPr>
      <w:r/>
      <w:r>
        <w:rPr>
          <w:b/>
        </w:rPr>
        <w:t>Weekend rituals:</w:t>
      </w:r>
      <w:r>
        <w:t xml:space="preserve"> Queer socials range from clothing swaps and haircuts to drag brunches and Sunday Disco , simple, social, low-key pleasures. </w:t>
      </w:r>
      <w:r/>
    </w:p>
    <w:p>
      <w:pPr>
        <w:pStyle w:val="ListBullet"/>
        <w:spacing w:line="240" w:lineRule="auto"/>
        <w:ind w:left="720"/>
      </w:pPr>
      <w:r/>
      <w:r>
        <w:rPr>
          <w:b/>
        </w:rPr>
        <w:t>Cultural nights:</w:t>
      </w:r>
      <w:r>
        <w:t xml:space="preserve"> Siesta Fiesta in Lawrenceville mixes Latin and global music with a queer, BIPOC-friendly vibe , loud, rhythmic and danceable. </w:t>
      </w:r>
      <w:r/>
    </w:p>
    <w:p>
      <w:pPr>
        <w:pStyle w:val="ListBullet"/>
        <w:spacing w:line="240" w:lineRule="auto"/>
        <w:ind w:left="720"/>
      </w:pPr>
      <w:r/>
      <w:r>
        <w:rPr>
          <w:b/>
        </w:rPr>
        <w:t>Vendors &amp; community:</w:t>
      </w:r>
      <w:r>
        <w:t xml:space="preserve"> Local queer-run businesses turn up at events, making nights out also a chance to shop and support grassroots makers.</w:t>
      </w:r>
      <w:r/>
      <w:r/>
    </w:p>
    <w:p>
      <w:pPr>
        <w:pStyle w:val="Heading2"/>
      </w:pPr>
      <w:r>
        <w:t>A laid-back afternoon at 5801 , why the patio matters</w:t>
      </w:r>
      <w:r/>
    </w:p>
    <w:p>
      <w:r/>
      <w:r>
        <w:t>There’s something immediately calming about a shady patio and a cold drink, and 5801 Video Lounge delivers that quiet comfort. Photographs of the crowd show people lingering with cocktails and laughs, the kind of place where plans form organically. The venue’s history as New York, New York is part of its charm, and regulars say it’s the perfect pre-game for the day’s plans. According to local directories, 5801 is a known queer-friendly hangout, which helps explain why sports teams and social groups converge there. If you’re planning a relaxed Sunday, pick a spot on the patio early , seating fills up with familiar faces. And if you haven’t been, go expecting friendly nods, mellow music and the sort of normal, unhurried socialising that’s rare in busier nightlife scenes.</w:t>
      </w:r>
      <w:r/>
    </w:p>
    <w:p>
      <w:pPr>
        <w:pStyle w:val="Heading2"/>
      </w:pPr>
      <w:r>
        <w:t>Softball that’s about more than scores , the Gracie Lou Freebushes</w:t>
      </w:r>
      <w:r/>
    </w:p>
    <w:p>
      <w:r/>
      <w:r>
        <w:t>The Gracie Lou Freebushes play hard and socialise harder; they began in 2016 and have grown into a genuinely inclusive team. Players describe the simple rules: “no drama, good vibes only,” and that ethos shows in their on-field camaraderie. They rotate through fields across the region, from Manchester to West Mifflin, and their sponsorship and community ties mean they turn up at local bars after games. This isn’t just recreation , it’s a steady way to build friendships and public visibility for queer athletes. For anyone wanting to join or watch, check local listings and social channels; teams often welcome newcomers and spectators, and you’ll find the energy is as supportive as the competition.</w:t>
      </w:r>
      <w:r/>
    </w:p>
    <w:p>
      <w:pPr>
        <w:pStyle w:val="Heading2"/>
      </w:pPr>
      <w:r>
        <w:t>Queer weekend rituals , swaps, cuts, brunch and disco</w:t>
      </w:r>
      <w:r/>
    </w:p>
    <w:p>
      <w:r/>
      <w:r>
        <w:t>Juniper Fagan’s rundown of a typical weekend , clothing swaps, a haircut, a quick drink, then Siesta Fiesta , reads like a small-city manifesto for queer routine. These micro-rituals matter because they stitch together community life. Drag brunches and Sunday Disco nights are more than entertainment; they’re recurring safe spaces where people meet weekly and feel seen. VisitPittsburgh and local event pages routinely list LGBTQ+ nightlife options, making it easy to plan a social Sunday. If you’re new to the scene, start small: attend a clothing swap or an afternoon event, then graduate to an evening party. You’ll get a sense of the rhythm without diving straight into peak-night crowds.</w:t>
      </w:r>
      <w:r/>
    </w:p>
    <w:p>
      <w:pPr>
        <w:pStyle w:val="Heading2"/>
      </w:pPr>
      <w:r>
        <w:t>Siesta Fiesta , global music, rest as resistance</w:t>
      </w:r>
      <w:r/>
    </w:p>
    <w:p>
      <w:r/>
      <w:r>
        <w:t>Siesta Fiesta in Lawrenceville, curated by TIZA, reframes the siesta as a cultural pause: a few hours to celebrate global music and community. The event prioritises queer and BIPOC attendees and uses music as a way to reclaim space. Organisers say the party is rooted in culture, community and connection, and the playlist reflects that , Latin and global beats that encourage release and dance. Local vendors and makers often set up stalls, turning the night into a small cultural market as well. If you love dancing to eclectic sets and appreciate an intentionally inclusive crowd, Siesta Fiesta is a standout. Bring comfortable shoes and a readiness to move; leave the phone in your pocket and savour the live sound.</w:t>
      </w:r>
      <w:r/>
    </w:p>
    <w:p>
      <w:pPr>
        <w:pStyle w:val="Heading2"/>
      </w:pPr>
      <w:r>
        <w:t>Where to find information and join in</w:t>
      </w:r>
      <w:r/>
    </w:p>
    <w:p>
      <w:r/>
      <w:r>
        <w:t>For practical planning, the venue’s website and local directories list upcoming nights, hours and special events; community centres and queer nightlife guides also publish weekly calendars. According to local listings, 5801 and surrounding venues routinely host themed days and vendor nights. If you want to plug in, follow local photographers and organisers on social channels , that’s often how pop-up markets and small queer-run businesses get announced. Visiting with a friend or a team is the easiest way to feel at home immediately. Remember: these are community spaces first, so show up with curiosity and respect, support the DJs and vendors, and you’ll leave feeling part of something that’s both festive and quietly sustaining.</w:t>
      </w:r>
      <w:r/>
    </w:p>
    <w:p>
      <w:r/>
      <w:r>
        <w:t>It's a small change in your weekend routine that can make Sundays feel warmer and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1">
        <w:r>
          <w:rPr>
            <w:color w:val="0000EE"/>
            <w:u w:val="single"/>
          </w:rPr>
          <w:t>[5]</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14">
        <w:r>
          <w:rPr>
            <w:color w:val="0000EE"/>
            <w:u w:val="single"/>
          </w:rPr>
          <w:t>[4]</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https://qburgh.com/faces-places-sunday-out-pittsburgh/</w:t>
        </w:r>
      </w:hyperlink>
      <w:r>
        <w:t xml:space="preserve"> - Please view link - unable to able to access data</w:t>
      </w:r>
      <w:r/>
    </w:p>
    <w:p>
      <w:pPr>
        <w:pStyle w:val="ListNumber"/>
        <w:spacing w:line="240" w:lineRule="auto"/>
        <w:ind w:left="720"/>
      </w:pPr>
      <w:r/>
      <w:hyperlink r:id="rId10">
        <w:r>
          <w:rPr>
            <w:color w:val="0000EE"/>
            <w:u w:val="single"/>
          </w:rPr>
          <w:t>https://www.5801pgh.com/</w:t>
        </w:r>
      </w:hyperlink>
      <w:r>
        <w:t xml:space="preserve"> - 5801 Video Lounge &amp; Bar, located at 5801 Ellsworth Avenue in Pittsburgh's Shadyside neighbourhood, has been a cornerstone of LGBTQ+ nightlife since 2005. The venue offers a welcoming atmosphere with a full kitchen menu, including salads, appetizers, sandwiches, pizza, and weekly specials featuring homemade soups and specialty items. They also provide a wide-ranging catering menu for events. The establishment boasts one of the best outdoor spaces in Pittsburgh, ideal for enjoying cocktails or meals. For more information, visit their official website.</w:t>
      </w:r>
      <w:r/>
    </w:p>
    <w:p>
      <w:pPr>
        <w:pStyle w:val="ListNumber"/>
        <w:spacing w:line="240" w:lineRule="auto"/>
        <w:ind w:left="720"/>
      </w:pPr>
      <w:r/>
      <w:hyperlink r:id="rId13">
        <w:r>
          <w:rPr>
            <w:color w:val="0000EE"/>
            <w:u w:val="single"/>
          </w:rPr>
          <w:t>https://www.visitpittsburgh.com/plan-your-trip/lgbtq-travel/nightlife/</w:t>
        </w:r>
      </w:hyperlink>
      <w:r>
        <w:t xml:space="preserve"> - Pittsburgh's LGBTQIA+ nightlife scene is vibrant and inclusive, offering a variety of bars and clubs that cater to diverse communities. Venues like 5801 Video Lounge &amp; Café in Shadyside provide a welcoming environment with daily happy hours, drag shows, and themed nights. Other establishments, such as Blue Moon in Lawrenceville, are known for their friendly atmospheres and affordable drinks. The city's nightlife offers something for everyone, from laid-back evenings to energetic dance parties, all within a supportive and inclusive community.</w:t>
      </w:r>
      <w:r/>
    </w:p>
    <w:p>
      <w:pPr>
        <w:pStyle w:val="ListNumber"/>
        <w:spacing w:line="240" w:lineRule="auto"/>
        <w:ind w:left="720"/>
      </w:pPr>
      <w:r/>
      <w:hyperlink r:id="rId14">
        <w:r>
          <w:rPr>
            <w:color w:val="0000EE"/>
            <w:u w:val="single"/>
          </w:rPr>
          <w:t>https://thequeerspot.com/spot/5801videoloungeandbar</w:t>
        </w:r>
      </w:hyperlink>
      <w:r>
        <w:t xml:space="preserve"> - 5801 Video Lounge &amp; Bar is a vibrant LGBTQ+ bar in Pittsburgh's Shadyside neighbourhood, offering daily drink specials, poker and dart leagues, and a menu of light bar bites. Known for its welcoming atmosphere and community events since 2005, the venue features a full kitchen with a variety of food options and boasts one of the best outdoor spaces in Pittsburgh. For more details, visit their profile on The Queer Spot.</w:t>
      </w:r>
      <w:r/>
    </w:p>
    <w:p>
      <w:pPr>
        <w:pStyle w:val="ListNumber"/>
        <w:spacing w:line="240" w:lineRule="auto"/>
        <w:ind w:left="720"/>
      </w:pPr>
      <w:r/>
      <w:hyperlink r:id="rId11">
        <w:r>
          <w:rPr>
            <w:color w:val="0000EE"/>
            <w:u w:val="single"/>
          </w:rPr>
          <w:t>https://qburgh.com/directory/5801-video-lounge-cafe/</w:t>
        </w:r>
      </w:hyperlink>
      <w:r>
        <w:t xml:space="preserve"> - 5801 Video Lounge &amp; Café, located at 5801 Ellsworth Avenue in Pittsburgh's Shadyside neighbourhood, has been a staple of LGBTQ+ nightlife since 2005. The venue offers a full kitchen menu with salads, appetizers, sandwiches, pizza, and weekly specials featuring homemade soups and specialty items. They also provide a wide-ranging catering menu for events. The establishment boasts one of the best outdoor spaces in Pittsburgh, ideal for enjoying cocktails or meals. For more information, visit their directory listing on QBurgh.</w:t>
      </w:r>
      <w:r/>
    </w:p>
    <w:p>
      <w:pPr>
        <w:pStyle w:val="ListNumber"/>
        <w:spacing w:line="240" w:lineRule="auto"/>
        <w:ind w:left="720"/>
      </w:pPr>
      <w:r/>
      <w:hyperlink r:id="rId15">
        <w:r>
          <w:rPr>
            <w:color w:val="0000EE"/>
            <w:u w:val="single"/>
          </w:rPr>
          <w:t>https://pinkuk.com/countries/north-america/usa/pennsylvania/pittsburgh/5801</w:t>
        </w:r>
      </w:hyperlink>
      <w:r>
        <w:t xml:space="preserve"> - 5801 Video Lounge &amp; Bar, located at 5801 Ellsworth Avenue in Pittsburgh, Pennsylvania, has been in operation since 2005, evolving and growing every step of the way. The venue offers a full kitchen menu with salads, appetizers, sandwiches, pizza, and weekly specials featuring homemade soups and specialty items. They also provide a wide-ranging catering menu for events. The establishment boasts one of the best outdoor spaces in Pittsburgh, ideal for enjoying cocktails or meals. For more information, visit their profile on Pink UK.</w:t>
      </w:r>
      <w:r/>
    </w:p>
    <w:p>
      <w:pPr>
        <w:pStyle w:val="ListNumber"/>
        <w:spacing w:line="240" w:lineRule="auto"/>
        <w:ind w:left="720"/>
      </w:pPr>
      <w:r/>
      <w:hyperlink r:id="rId12">
        <w:r>
          <w:rPr>
            <w:color w:val="0000EE"/>
            <w:u w:val="single"/>
          </w:rPr>
          <w:t>https://pghequalitycenter.org/directory/5801-video-lounge-bar/</w:t>
        </w:r>
      </w:hyperlink>
      <w:r>
        <w:t xml:space="preserve"> - 5801 Video Lounge &amp; Bar, located at 5801 Ellsworth Avenue in Pittsburgh's Shadyside neighbourhood, has been a cornerstone of LGBTQ+ nightlife since 2005. The venue offers a welcoming atmosphere with a full kitchen menu, including salads, appetizers, sandwiches, pizza, and weekly specials featuring homemade soups and specialty items. They also provide a wide-ranging catering menu for events. The establishment boasts one of the best outdoor spaces in Pittsburgh, ideal for enjoying cocktails or meals. For more information, visit their directory listing on the Pittsburgh Equality Center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burgh.com/faces-places-sunday-out-pittsburgh/" TargetMode="External"/><Relationship Id="rId10" Type="http://schemas.openxmlformats.org/officeDocument/2006/relationships/hyperlink" Target="https://www.5801pgh.com/" TargetMode="External"/><Relationship Id="rId11" Type="http://schemas.openxmlformats.org/officeDocument/2006/relationships/hyperlink" Target="https://qburgh.com/directory/5801-video-lounge-cafe/" TargetMode="External"/><Relationship Id="rId12" Type="http://schemas.openxmlformats.org/officeDocument/2006/relationships/hyperlink" Target="https://pghequalitycenter.org/directory/5801-video-lounge-bar/" TargetMode="External"/><Relationship Id="rId13" Type="http://schemas.openxmlformats.org/officeDocument/2006/relationships/hyperlink" Target="https://www.visitpittsburgh.com/plan-your-trip/lgbtq-travel/nightlife/" TargetMode="External"/><Relationship Id="rId14" Type="http://schemas.openxmlformats.org/officeDocument/2006/relationships/hyperlink" Target="https://thequeerspot.com/spot/5801videoloungeandbar" TargetMode="External"/><Relationship Id="rId15" Type="http://schemas.openxmlformats.org/officeDocument/2006/relationships/hyperlink" Target="https://pinkuk.com/countries/north-america/usa/pennsylvania/pittsburgh/58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