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Summer Weekend in Montreal: A Queer-Friendly Guide to Festivals, Food and Fun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why couples and queer travellers keep returning to Montreal each summer , from rooftop jazz and Pride parties to cobbled Old Montreal strolls, lively Village terraces, and picnic-electronic Sundays. Here’s a compact, sensual weekend playbook for a memorable city break.</w:t>
      </w:r>
      <w:r/>
    </w:p>
    <w:p>
      <w:r/>
      <w:r>
        <w:t>Essential Takeaways</w:t>
      </w:r>
      <w:r/>
      <w:r/>
    </w:p>
    <w:p>
      <w:pPr>
        <w:pStyle w:val="ListBullet"/>
        <w:spacing w:line="240" w:lineRule="auto"/>
        <w:ind w:left="720"/>
      </w:pPr>
      <w:r/>
      <w:r>
        <w:rPr>
          <w:b/>
        </w:rPr>
        <w:t>Top stay:</w:t>
      </w:r>
      <w:r>
        <w:t xml:space="preserve"> Fairmont The Queen Elizabeth offers a central, polished base and Fairmont Gold perks like private check-in and cocktail canapés. </w:t>
      </w:r>
      <w:r/>
    </w:p>
    <w:p>
      <w:pPr>
        <w:pStyle w:val="ListBullet"/>
        <w:spacing w:line="240" w:lineRule="auto"/>
        <w:ind w:left="720"/>
      </w:pPr>
      <w:r/>
      <w:r>
        <w:rPr>
          <w:b/>
        </w:rPr>
        <w:t>Festival fever:</w:t>
      </w:r>
      <w:r>
        <w:t xml:space="preserve"> Summer brings world-class events , the Montreal Jazz Festival and Piknic Électronik run through autumn, with Fierté Montréal and Fetish Weekend adding queer-focused energy. </w:t>
      </w:r>
      <w:r/>
    </w:p>
    <w:p>
      <w:pPr>
        <w:pStyle w:val="ListBullet"/>
        <w:spacing w:line="240" w:lineRule="auto"/>
        <w:ind w:left="720"/>
      </w:pPr>
      <w:r/>
      <w:r>
        <w:rPr>
          <w:b/>
        </w:rPr>
        <w:t>Village life:</w:t>
      </w:r>
      <w:r>
        <w:t xml:space="preserve"> St. Catherine’s Gay Village becomes a pedestrian paradise in summer with 40+ terraces, bars, saunas and nightlife. </w:t>
      </w:r>
      <w:r/>
    </w:p>
    <w:p>
      <w:pPr>
        <w:pStyle w:val="ListBullet"/>
        <w:spacing w:line="240" w:lineRule="auto"/>
        <w:ind w:left="720"/>
      </w:pPr>
      <w:r/>
      <w:r>
        <w:rPr>
          <w:b/>
        </w:rPr>
        <w:t>Walks and views:</w:t>
      </w:r>
      <w:r>
        <w:t xml:space="preserve"> Old Montreal, Notre-Dame Basilica and La Grande Roue offer romantic, European-style sightseeing and great photo ops. </w:t>
      </w:r>
      <w:r/>
    </w:p>
    <w:p>
      <w:pPr>
        <w:pStyle w:val="ListBullet"/>
        <w:spacing w:line="240" w:lineRule="auto"/>
        <w:ind w:left="720"/>
      </w:pPr>
      <w:r/>
      <w:r>
        <w:rPr>
          <w:b/>
        </w:rPr>
        <w:t>Local flavours:</w:t>
      </w:r>
      <w:r>
        <w:t xml:space="preserve"> From chef’s-table surprises to casual Vietnamese tapas in the Village, Montreal’s dining scene balances high polish with down-to-earth flavour.</w:t>
      </w:r>
      <w:r/>
      <w:r/>
    </w:p>
    <w:p>
      <w:pPr>
        <w:pStyle w:val="Heading2"/>
      </w:pPr>
      <w:r>
        <w:t>Why Montreal feels both familiar and deliciously different</w:t>
      </w:r>
      <w:r/>
    </w:p>
    <w:p>
      <w:r/>
      <w:r>
        <w:t>Montreal hits you first with its textures , cobbles, sleek glass towers and leafy park summits , and a bilingual hum that’s charming rather than confusing. It’s a city that manages to be both elegant and mischievous; you can sip an elegant cocktail at a rooftop bar, then head out for an unapologetically raucous Village night. That blend is why returning couples and queer groups find the city such a comfortable, exhilarating fit.</w:t>
      </w:r>
      <w:r/>
    </w:p>
    <w:p>
      <w:r/>
      <w:r>
        <w:t>For a short break, it’s also absurdly easy: quick flights from major Northeastern hubs, compact neighbourhoods you can walk between, and a calendar full of summer events that make planning feel exciting rather than stressful. If you want central convenience and a touch of glamour, choose a downtown hotel that doubles as a scene setter.</w:t>
      </w:r>
      <w:r/>
    </w:p>
    <w:p>
      <w:pPr>
        <w:pStyle w:val="Heading2"/>
      </w:pPr>
      <w:r>
        <w:t>Stay like royalty without the fuss</w:t>
      </w:r>
      <w:r/>
    </w:p>
    <w:p>
      <w:r/>
      <w:r>
        <w:t>Fairmont The Queen Elizabeth is a classic choice for first-time visitors who want to be in the thick of things. The hotel’s Fairmont Gold floors add a boutique flare , private check-in, a quiet lounge and small daily treats , which makes a city-centre stay feel restful. There’s history here, too: iconic suites and a reputation that reads like a small-town legend.</w:t>
      </w:r>
      <w:r/>
    </w:p>
    <w:p>
      <w:r/>
      <w:r>
        <w:t>Pick a room with a view of the downtown skyline or ask about terrace access for sunset drinks. Practical tip: use the hotel as your midday base , drop bags, freshen up, then head back out; it keeps long festival days manageable and gives you a luxurious landing pad.</w:t>
      </w:r>
      <w:r/>
    </w:p>
    <w:p>
      <w:pPr>
        <w:pStyle w:val="Heading2"/>
      </w:pPr>
      <w:r>
        <w:t>Festivals that turn the city into a long party</w:t>
      </w:r>
      <w:r/>
    </w:p>
    <w:p>
      <w:r/>
      <w:r>
        <w:t>Montreal’s summer calendar is a real draw. The Montreal Jazz Festival is a global headline-maker with free outdoor shows and major acts that spill into night venues, while Piknic Électronik serves sunny, daytime electronic sessions on Parc Jean‑Drapeau every Sunday. For queer travellers, Fierté Montréal concentrates joy and activism into ten days of parties, art and a colourful parade.</w:t>
      </w:r>
      <w:r/>
    </w:p>
    <w:p>
      <w:r/>
      <w:r>
        <w:t>If you plan around events, book early , terraces, shows and special hotel packages sell fast. And mix big-ticket nights with low-key festival afternoons; a jazz set followed by a Village terrace feels perfectly Montrealais.</w:t>
      </w:r>
      <w:r/>
    </w:p>
    <w:p>
      <w:pPr>
        <w:pStyle w:val="Heading2"/>
      </w:pPr>
      <w:r>
        <w:t>The Village: sunshine, terraces and unapologetic nightlife</w:t>
      </w:r>
      <w:r/>
    </w:p>
    <w:p>
      <w:r/>
      <w:r>
        <w:t>When summer arrives, St. Catherine Street’s Gay Village becomes a pedestrian mall lined with outdoor terraces, each one an invitation to sit, people-watch and sip. Bars, strip clubs, saunas and themed nights tuck into this stretch, so you can curate your evening easily: classy cocktails, a disco upstairs, then a late-night gravity-defying dancefloor.</w:t>
      </w:r>
      <w:r/>
    </w:p>
    <w:p>
      <w:r/>
      <w:r>
        <w:t>Practical advice: pace yourself. Start early with a terrace aperitif, then let the evening build toward more adventurous stops. Locals recommend a few favourites for atmosphere and variety, and remember to check weekend programming for special drag shows or pop-up events.</w:t>
      </w:r>
      <w:r/>
    </w:p>
    <w:p>
      <w:pPr>
        <w:pStyle w:val="Heading2"/>
      </w:pPr>
      <w:r>
        <w:t>Old Montreal, views and small discoveries</w:t>
      </w:r>
      <w:r/>
    </w:p>
    <w:p>
      <w:r/>
      <w:r>
        <w:t>For a softer pace, wander Old Montreal’s narrow streets and let the neo‑Gothic drama of Notre‑Dame Basilica steal a moment. The Old Port offers riverfront strolls and a giant Ferris wheel with climate-controlled cabins , lovely at sunset. Guided options like queer-history walks dig into the city’s activist past and reveal corners you’d otherwise miss.</w:t>
      </w:r>
      <w:r/>
    </w:p>
    <w:p>
      <w:r/>
      <w:r>
        <w:t>Mix walking with tasting: the city’s immigrant communities mean food is a conversation , book a food tour or follow a self-guided trail to sample small bites and big flavours. It’s an easy way to make a long weekend feel layered and delicious.</w:t>
      </w:r>
      <w:r/>
    </w:p>
    <w:p>
      <w:pPr>
        <w:pStyle w:val="Heading2"/>
      </w:pPr>
      <w:r>
        <w:t>Food, beer spas and a few luxe splurges</w:t>
      </w:r>
      <w:r/>
    </w:p>
    <w:p>
      <w:r/>
      <w:r>
        <w:t>Montreal feeds both the romantic and the wild side of travel. Reserve a chef’s-table for an elevated night out or share Vietnamese tapas in the Village for something looser and intimate. And if you want to try something offbeat, beer spas , soaking experiences that use hops and malt , add a playful wellness angle to your break.</w:t>
      </w:r>
      <w:r/>
    </w:p>
    <w:p>
      <w:r/>
      <w:r>
        <w:t>Budget tip: balance one splurge meal with a string of casual, highly local bites. You’ll taste more of the city and have money left for a rooftop cocktail or festival tickets.</w:t>
      </w:r>
      <w:r/>
    </w:p>
    <w:p>
      <w:r/>
      <w:r>
        <w:t>It's a small change that can make every anniversary, date or queer weekend feel a little more unforgettable.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1">
        <w:r>
          <w:rPr>
            <w:color w:val="0000EE"/>
            <w:u w:val="single"/>
          </w:rPr>
          <w:t>[4]</w:t>
        </w:r>
      </w:hyperlink>
      <w:r>
        <w:t xml:space="preserve">, </w:t>
      </w:r>
      <w:hyperlink r:id="rId13">
        <w:r>
          <w:rPr>
            <w:color w:val="0000EE"/>
            <w:u w:val="single"/>
          </w:rPr>
          <w:t>[5]</w:t>
        </w:r>
      </w:hyperlink>
      <w:r>
        <w:t xml:space="preserve">- Paragraph 6: </w:t>
      </w:r>
      <w:hyperlink r:id="rId13">
        <w:r>
          <w:rPr>
            <w:color w:val="0000EE"/>
            <w:u w:val="single"/>
          </w:rPr>
          <w:t>[5]</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https://www.gaycities.com/articles/106372/heres-how-enjoy-the-perfect-summer-weekend-in-montreal/</w:t>
        </w:r>
      </w:hyperlink>
      <w:r>
        <w:t xml:space="preserve"> - Please view link - unable to able to access data</w:t>
      </w:r>
      <w:r/>
    </w:p>
    <w:p>
      <w:pPr>
        <w:pStyle w:val="ListNumber"/>
        <w:spacing w:line="240" w:lineRule="auto"/>
        <w:ind w:left="720"/>
      </w:pPr>
      <w:r/>
      <w:hyperlink r:id="rId10">
        <w:r>
          <w:rPr>
            <w:color w:val="0000EE"/>
            <w:u w:val="single"/>
          </w:rPr>
          <w:t>https://www.fairmont.com/montreal/the-queen-elizabeth/</w:t>
        </w:r>
      </w:hyperlink>
      <w:r>
        <w:t xml:space="preserve"> - Fairmont The Queen Elizabeth is the largest hotel in Quebec, offering 950 rooms and a hotel-within-hotel experience on its top three floors, Fairmont Gold. Guests enjoy a lounge floor, private check-in, complimentary breakfast, cocktail-hour canapés, and an all-day honor bar. The hotel has a rich history, including hosting John Lennon and Yoko Ono's 'Bed-in' for peace in 1969, which led to the recording of 'Give Peace a Chance'. Dining options include Rosélys bistro and Bar Nacarat Terrace, offering food, drinks, and live entertainment with spectacular views of downtown Montreal. (</w:t>
      </w:r>
      <w:hyperlink r:id="rId14">
        <w:r>
          <w:rPr>
            <w:color w:val="0000EE"/>
            <w:u w:val="single"/>
          </w:rPr>
          <w:t>fairmont.com</w:t>
        </w:r>
      </w:hyperlink>
      <w:r>
        <w:t>)</w:t>
      </w:r>
      <w:r/>
    </w:p>
    <w:p>
      <w:pPr>
        <w:pStyle w:val="ListNumber"/>
        <w:spacing w:line="240" w:lineRule="auto"/>
        <w:ind w:left="720"/>
      </w:pPr>
      <w:r/>
      <w:hyperlink r:id="rId12">
        <w:r>
          <w:rPr>
            <w:color w:val="0000EE"/>
            <w:u w:val="single"/>
          </w:rPr>
          <w:t>https://www.mtl.org/en/experience/montreal-summer-festival-guide</w:t>
        </w:r>
      </w:hyperlink>
      <w:r>
        <w:t xml:space="preserve"> - Montreal's summer festival season is vibrant, featuring events like the Montreal Jazz Festival, the world's largest jazz festival, and Fierté Montréal, the city's Pride festival. Fierté Montréal celebrates queer joy and activism, culminating in the Pride Parade on August 9. The Village, Montreal's LGBTQ+ epicenter, transforms into a pedestrian mall every summer, offering over 40 outdoor terraces and a variety of establishments. Piknic Électronik, a daytime electronic music party at Parc Jean-Drapeau, is a popular summer event. (</w:t>
      </w:r>
      <w:hyperlink r:id="rId15">
        <w:r>
          <w:rPr>
            <w:color w:val="0000EE"/>
            <w:u w:val="single"/>
          </w:rPr>
          <w:t>mtl.org</w:t>
        </w:r>
      </w:hyperlink>
      <w:r>
        <w:t>)</w:t>
      </w:r>
      <w:r/>
    </w:p>
    <w:p>
      <w:pPr>
        <w:pStyle w:val="ListNumber"/>
        <w:spacing w:line="240" w:lineRule="auto"/>
        <w:ind w:left="720"/>
      </w:pPr>
      <w:r/>
      <w:hyperlink r:id="rId11">
        <w:r>
          <w:rPr>
            <w:color w:val="0000EE"/>
            <w:u w:val="single"/>
          </w:rPr>
          <w:t>https://www.mtl.org/en/experience/summer-village</w:t>
        </w:r>
      </w:hyperlink>
      <w:r>
        <w:t xml:space="preserve"> - Montreal's LGBTQ+ Village is one of the largest in North America, featuring a kilometre-long pedestrian mall on Sainte-Catherine Street East. The mall is open until October, offering over 40 patios and LGBTQ+ friendly establishments. The Village hosts several festivals and special events, including Fierté Montréal Festival from July 30 to August 9, and Montréal Fetish Weekend from September 2 to 7. The area also features Place du Village, a public square with a summertime café, and Parc de l’Espoir, a park commemorating those who have died of AIDS. (</w:t>
      </w:r>
      <w:hyperlink r:id="rId16">
        <w:r>
          <w:rPr>
            <w:color w:val="0000EE"/>
            <w:u w:val="single"/>
          </w:rPr>
          <w:t>mtl.org</w:t>
        </w:r>
      </w:hyperlink>
      <w:r>
        <w:t>)</w:t>
      </w:r>
      <w:r/>
    </w:p>
    <w:p>
      <w:pPr>
        <w:pStyle w:val="ListNumber"/>
        <w:spacing w:line="240" w:lineRule="auto"/>
        <w:ind w:left="720"/>
      </w:pPr>
      <w:r/>
      <w:hyperlink r:id="rId13">
        <w:r>
          <w:rPr>
            <w:color w:val="0000EE"/>
            <w:u w:val="single"/>
          </w:rPr>
          <w:t>https://www.mtl.org/en/experience/must-see-things-to-do-montreal-quebec</w:t>
        </w:r>
      </w:hyperlink>
      <w:r>
        <w:t xml:space="preserve"> - Montreal's summer festivals include the Montreal Jazz Festival, the world's largest jazz festival, and Piknic Électronik, a weekly electronic music festival held every Sunday during the summer at Parc Jean-Drapeau. Piknic Électronik features local and international DJs and is designed as a family-friendly afternoon event. The city also hosts the Just for Laughs comedy festival, with stand-up acts, comedy galas, and themed shows. (</w:t>
      </w:r>
      <w:hyperlink r:id="rId17">
        <w:r>
          <w:rPr>
            <w:color w:val="0000EE"/>
            <w:u w:val="single"/>
          </w:rPr>
          <w:t>nationalgeographic.com</w:t>
        </w:r>
      </w:hyperlink>
      <w:r>
        <w:t>)</w:t>
      </w:r>
      <w:r/>
    </w:p>
    <w:p>
      <w:pPr>
        <w:pStyle w:val="ListNumber"/>
        <w:spacing w:line="240" w:lineRule="auto"/>
        <w:ind w:left="720"/>
      </w:pPr>
      <w:r/>
      <w:hyperlink r:id="rId12">
        <w:r>
          <w:rPr>
            <w:color w:val="0000EE"/>
            <w:u w:val="single"/>
          </w:rPr>
          <w:t>https://www.mtl.org/en/experience/montreal-summer-festival-guide</w:t>
        </w:r>
      </w:hyperlink>
      <w:r>
        <w:t xml:space="preserve"> - Montreal's summer festival season is vibrant, featuring events like the Montreal Jazz Festival, the world's largest jazz festival, and Fierté Montréal, the city's Pride festival. Fierté Montréal celebrates queer joy and activism, culminating in the Pride Parade on August 9. The Village, Montreal's LGBTQ+ epicenter, transforms into a pedestrian mall every summer, offering over 40 outdoor terraces and a variety of establishments. Piknic Électronik, a daytime electronic music party at Parc Jean-Drapeau, is a popular summer event. (</w:t>
      </w:r>
      <w:hyperlink r:id="rId15">
        <w:r>
          <w:rPr>
            <w:color w:val="0000EE"/>
            <w:u w:val="single"/>
          </w:rPr>
          <w:t>mtl.org</w:t>
        </w:r>
      </w:hyperlink>
      <w:r>
        <w:t>)</w:t>
      </w:r>
      <w:r/>
    </w:p>
    <w:p>
      <w:pPr>
        <w:pStyle w:val="ListNumber"/>
        <w:spacing w:line="240" w:lineRule="auto"/>
        <w:ind w:left="720"/>
      </w:pPr>
      <w:r/>
      <w:hyperlink r:id="rId13">
        <w:r>
          <w:rPr>
            <w:color w:val="0000EE"/>
            <w:u w:val="single"/>
          </w:rPr>
          <w:t>https://www.mtl.org/en/experience/must-see-things-to-do-montreal-quebec</w:t>
        </w:r>
      </w:hyperlink>
      <w:r>
        <w:t xml:space="preserve"> - Montreal's summer festivals include the Montreal Jazz Festival, the world's largest jazz festival, and Piknic Électronik, a weekly electronic music festival held every Sunday during the summer at Parc Jean-Drapeau. Piknic Électronik features local and international DJs and is designed as a family-friendly afternoon event. The city also hosts the Just for Laughs comedy festival, with stand-up acts, comedy galas, and themed shows. (</w:t>
      </w:r>
      <w:hyperlink r:id="rId17">
        <w:r>
          <w:rPr>
            <w:color w:val="0000EE"/>
            <w:u w:val="single"/>
          </w:rPr>
          <w:t>nationalgeographic.com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372/heres-how-enjoy-the-perfect-summer-weekend-in-montreal/" TargetMode="External"/><Relationship Id="rId10" Type="http://schemas.openxmlformats.org/officeDocument/2006/relationships/hyperlink" Target="https://www.fairmont.com/montreal/the-queen-elizabeth/" TargetMode="External"/><Relationship Id="rId11" Type="http://schemas.openxmlformats.org/officeDocument/2006/relationships/hyperlink" Target="https://www.mtl.org/en/experience/summer-village" TargetMode="External"/><Relationship Id="rId12" Type="http://schemas.openxmlformats.org/officeDocument/2006/relationships/hyperlink" Target="https://www.mtl.org/en/experience/montreal-summer-festival-guide" TargetMode="External"/><Relationship Id="rId13" Type="http://schemas.openxmlformats.org/officeDocument/2006/relationships/hyperlink" Target="https://www.mtl.org/en/experience/must-see-things-to-do-montreal-quebec" TargetMode="External"/><Relationship Id="rId14" Type="http://schemas.openxmlformats.org/officeDocument/2006/relationships/hyperlink" Target="https://www.fairmont.com/de/hotels/montreal/fairmont-the-queen-elizabeth/summer.html?utm_source=openai" TargetMode="External"/><Relationship Id="rId15" Type="http://schemas.openxmlformats.org/officeDocument/2006/relationships/hyperlink" Target="https://www.mtl.org/en/experience/montreal-summer-festival-guide?utm_source=openai" TargetMode="External"/><Relationship Id="rId16" Type="http://schemas.openxmlformats.org/officeDocument/2006/relationships/hyperlink" Target="https://www.mtl.org/en/experience/summer-village?utm_source=openai" TargetMode="External"/><Relationship Id="rId17" Type="http://schemas.openxmlformats.org/officeDocument/2006/relationships/hyperlink" Target="https://www.nationalgeographic.com/travel/article/must-see-things-to-do-montreal-quebec?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