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Security Measures for Brighton Pride After Berlin Attack: Armed Officers and Safety Plans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bracing for a visibly increased security presence as Brighton &amp; Hove Pride prepares for its half‑million crowd, with armed officers joining uniformed and plain‑clothes teams , a move meant to reassure visitors after the fatal Berlin Pride attack and keep the celebration safe and joyful.</w:t>
      </w:r>
      <w:r/>
    </w:p>
    <w:p>
      <w:r/>
      <w:r>
        <w:t>Essential Takeaways</w:t>
      </w:r>
      <w:r/>
      <w:r/>
    </w:p>
    <w:p>
      <w:pPr>
        <w:pStyle w:val="ListBullet"/>
        <w:spacing w:line="240" w:lineRule="auto"/>
        <w:ind w:left="720"/>
      </w:pPr>
      <w:r/>
      <w:r>
        <w:rPr>
          <w:b/>
        </w:rPr>
        <w:t>Visible security:</w:t>
      </w:r>
      <w:r>
        <w:t xml:space="preserve"> Sussex Police will deploy armed officers alongside uniformed and plain‑clothes staff to bolster safety across Brighton during Pride.</w:t>
      </w:r>
      <w:r/>
    </w:p>
    <w:p>
      <w:pPr>
        <w:pStyle w:val="ListBullet"/>
        <w:spacing w:line="240" w:lineRule="auto"/>
        <w:ind w:left="720"/>
      </w:pPr>
      <w:r/>
      <w:r>
        <w:rPr>
          <w:b/>
        </w:rPr>
        <w:t>Planned coordination:</w:t>
      </w:r>
      <w:r>
        <w:t xml:space="preserve"> The operation builds on months of planning with Brighton &amp; Hove Pride organisers, the city council and partner agencies.</w:t>
      </w:r>
      <w:r/>
    </w:p>
    <w:p>
      <w:pPr>
        <w:pStyle w:val="ListBullet"/>
        <w:spacing w:line="240" w:lineRule="auto"/>
        <w:ind w:left="720"/>
      </w:pPr>
      <w:r/>
      <w:r>
        <w:rPr>
          <w:b/>
        </w:rPr>
        <w:t>Public advice:</w:t>
      </w:r>
      <w:r>
        <w:t xml:space="preserve"> Attendees are urged to look out for one another, report concerns to officers or stewards, and dial 999 in an emergency.</w:t>
      </w:r>
      <w:r/>
    </w:p>
    <w:p>
      <w:pPr>
        <w:pStyle w:val="ListBullet"/>
        <w:spacing w:line="240" w:lineRule="auto"/>
        <w:ind w:left="720"/>
      </w:pPr>
      <w:r/>
      <w:r>
        <w:rPr>
          <w:b/>
        </w:rPr>
        <w:t>Community reassurance:</w:t>
      </w:r>
      <w:r>
        <w:t xml:space="preserve"> Local leaders stressed solidarity with LGBTQI+ communities while balancing celebratory atmosphere and public safety.</w:t>
      </w:r>
      <w:r/>
    </w:p>
    <w:p>
      <w:pPr>
        <w:pStyle w:val="ListBullet"/>
        <w:spacing w:line="240" w:lineRule="auto"/>
        <w:ind w:left="720"/>
      </w:pPr>
      <w:r/>
      <w:r>
        <w:rPr>
          <w:b/>
        </w:rPr>
        <w:t>Wider context:</w:t>
      </w:r>
      <w:r>
        <w:t xml:space="preserve"> The step follows a deadly van-and-knife attack at Berlin Pride, prompting tighter security discussions across Europe.</w:t>
      </w:r>
      <w:r/>
      <w:r/>
    </w:p>
    <w:p>
      <w:pPr>
        <w:pStyle w:val="Heading2"/>
      </w:pPr>
      <w:r>
        <w:t>Why armed officers are being sent to Brighton Pride now</w:t>
      </w:r>
      <w:r/>
    </w:p>
    <w:p>
      <w:r/>
      <w:r>
        <w:t>Sussex Police say the decision to include armed officers is part of a layered approach to public safety, not a sign that a specific threat has been detected, and attendees will see a mix of uniformed, plain‑clothes and specialist teams across the city. The move comes after the shock of the Berlin attack, which left people traumatised and authorities across Europe re‑assessing event security.</w:t>
      </w:r>
      <w:r/>
    </w:p>
    <w:p>
      <w:r/>
      <w:r>
        <w:t>Organisers and the council have stressed that weeks of planning underpins the response, so the visible security should feel like a safety net rather than an intrusion. If you’re attending, expect to spot more officers than usual and to be reassured by their presence rather than alarmed.</w:t>
      </w:r>
      <w:r/>
    </w:p>
    <w:p>
      <w:pPr>
        <w:pStyle w:val="Heading2"/>
      </w:pPr>
      <w:r>
        <w:t>What happened in Berlin and why it matters here</w:t>
      </w:r>
      <w:r/>
    </w:p>
    <w:p>
      <w:r/>
      <w:r>
        <w:t>Reports from Germany describe a vehicle driven into a crowd followed by a stabbing spree, an attack that left one person dead and dozens injured and ended when police shot the suspect after a long manhunt. That incident has prompted governments and police forces to reconsider protections at large public gatherings, especially high‑profile events like Pride.</w:t>
      </w:r>
      <w:r/>
    </w:p>
    <w:p>
      <w:r/>
      <w:r>
        <w:t>According to coverage in national and international media, officials in Berlin are also contemplating tighter extremism laws, which shows this is being treated as a serious security and legal issue beyond one city. For Pride attendees in Brighton, this context explains why organisers won’t be taking chances.</w:t>
      </w:r>
      <w:r/>
    </w:p>
    <w:p>
      <w:pPr>
        <w:pStyle w:val="Heading2"/>
      </w:pPr>
      <w:r>
        <w:t>How the city is balancing safety with celebration</w:t>
      </w:r>
      <w:r/>
    </w:p>
    <w:p>
      <w:r/>
      <w:r>
        <w:t>Brighton &amp; Hove City Council and Pride organisers are emphasising that the festival should remain a joyful, inclusive event while being safe. Local leaders have publicly expressed solidarity with the LGBTQI+ community and reassured residents that policing aims to enable celebrations, not prevent them.</w:t>
      </w:r>
      <w:r/>
    </w:p>
    <w:p>
      <w:r/>
      <w:r>
        <w:t>Practically, that means more stewards, clearer signage about who to contact with concerns, and a public messaging push asking people to look out for each other. If you prefer less bustle, consider attending earlier or choosing quieter parade vantage points , it’s an easy way to keep the fun while avoiding big crowds.</w:t>
      </w:r>
      <w:r/>
    </w:p>
    <w:p>
      <w:pPr>
        <w:pStyle w:val="Heading2"/>
      </w:pPr>
      <w:r>
        <w:t>Practical tips for attendees: stay relaxed but prepared</w:t>
      </w:r>
      <w:r/>
    </w:p>
    <w:p>
      <w:r/>
      <w:r>
        <w:t>Plan basic safety steps: share meeting points with friends, charge your phone, and note where first‑aid or help points are located. If something feels off, tell a steward or officer; organisers have urged people to report concerns rather than ignore them.</w:t>
      </w:r>
      <w:r/>
    </w:p>
    <w:p>
      <w:r/>
      <w:r>
        <w:t>For those travelling into the city, give yourself extra time for bag checks or temporary closures near the parade route. And remember, the goal of these measures is to protect the party , so bring your energy, your glitter, and a calm head.</w:t>
      </w:r>
      <w:r/>
    </w:p>
    <w:p>
      <w:pPr>
        <w:pStyle w:val="Heading2"/>
      </w:pPr>
      <w:r>
        <w:t>What this could mean for future events</w:t>
      </w:r>
      <w:r/>
    </w:p>
    <w:p>
      <w:r/>
      <w:r>
        <w:t>Authorities say the Brighton deployment is part of an evolving approach to policing large festivals. Ministers and police leaders have argued that the right balance between visible protection and a welcoming atmosphere is achievable, and lessons from Berlin are already feeding into conversations about law and policing across Europe.</w:t>
      </w:r>
      <w:r/>
    </w:p>
    <w:p>
      <w:r/>
      <w:r>
        <w:t>Expect to see similar layered security at other big gatherings this summer, and to hear ongoing debate about measures that protect without diminishing civic celebrations.</w:t>
      </w:r>
      <w:r/>
    </w:p>
    <w:p>
      <w:r/>
      <w:r>
        <w:t>It's a small change that can make every celebration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9">
        <w:r>
          <w:rPr>
            <w:color w:val="0000EE"/>
            <w:u w:val="single"/>
          </w:rPr>
          <w:t>[7]</w:t>
        </w:r>
      </w:hyperlink>
      <w:r>
        <w:t xml:space="preserve">- Paragraph 4: </w:t>
      </w:r>
      <w:hyperlink r:id="rId14">
        <w:r>
          <w:rPr>
            <w:color w:val="0000EE"/>
            <w:u w:val="single"/>
          </w:rPr>
          <w:t>[3]</w:t>
        </w:r>
      </w:hyperlink>
      <w:r>
        <w:t xml:space="preserve">, </w:t>
      </w:r>
      <w:hyperlink r:id="rId10">
        <w:r>
          <w:rPr>
            <w:color w:val="0000EE"/>
            <w:u w:val="single"/>
          </w:rPr>
          <w:t>[2]</w:t>
        </w:r>
      </w:hyperlink>
      <w:r>
        <w:t xml:space="preserve">- Paragraph 5: </w:t>
      </w:r>
      <w:hyperlink r:id="rId11">
        <w:r>
          <w:rPr>
            <w:color w:val="0000EE"/>
            <w:u w:val="single"/>
          </w:rPr>
          <w:t>[6]</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https://www.independent.co.uk/news/uk/home-news/pride-festival-brighton-police-berlin-b3022651.html</w:t>
        </w:r>
      </w:hyperlink>
      <w:r>
        <w:t xml:space="preserve"> - Please view link - unable to able to access data</w:t>
      </w:r>
      <w:r/>
    </w:p>
    <w:p>
      <w:pPr>
        <w:pStyle w:val="ListNumber"/>
        <w:spacing w:line="240" w:lineRule="auto"/>
        <w:ind w:left="720"/>
      </w:pPr>
      <w:r/>
      <w:hyperlink r:id="rId10">
        <w:r>
          <w:rPr>
            <w:color w:val="0000EE"/>
            <w:u w:val="single"/>
          </w:rPr>
          <w:t>https://www.itv.com/news/meridian/2026-07-28/armed-police-officers-to-be-deployed-for-uks-biggest-pride-festival</w:t>
        </w:r>
      </w:hyperlink>
      <w:r>
        <w:t xml:space="preserve"> - Following a fatal attack at Berlin's Pride event, armed police officers will be deployed at the UK's largest Pride festival in Brighton. Defence Secretary Wes Streeting condemned the 'absolutely horrific' van and stabbing assault in Berlin, which resulted in one death and at least 29 injuries. The suspect, Abdul Ballout, reportedly linked to the Islamic State group, was shot dead by police after a nearly 24-hour manhunt. Brighton and Hove Pride, attracting an estimated 500,000 people, is scheduled for the upcoming weekend. (</w:t>
      </w:r>
      <w:hyperlink r:id="rId15">
        <w:r>
          <w:rPr>
            <w:color w:val="0000EE"/>
            <w:u w:val="single"/>
          </w:rPr>
          <w:t>itv.com</w:t>
        </w:r>
      </w:hyperlink>
      <w:r>
        <w:t>)</w:t>
      </w:r>
      <w:r/>
    </w:p>
    <w:p>
      <w:pPr>
        <w:pStyle w:val="ListNumber"/>
        <w:spacing w:line="240" w:lineRule="auto"/>
        <w:ind w:left="720"/>
      </w:pPr>
      <w:r/>
      <w:hyperlink r:id="rId14">
        <w:r>
          <w:rPr>
            <w:color w:val="0000EE"/>
            <w:u w:val="single"/>
          </w:rPr>
          <w:t>https://www.brightonandhovenews.org/2026/07/27/armed-police-to-be-deployed-at-brighton-pride/</w:t>
        </w:r>
      </w:hyperlink>
      <w:r>
        <w:t xml:space="preserve"> - In response to the deadly attack at Berlin's Pride event, armed police will be deployed at Brighton Pride on Saturday, August 1. Sussex Police reassured attendees, residents, businesses, and visitors that safety remains a top priority. The comprehensive policing plan includes uniformed and plain-clothed officers, as well as specialist teams. Defence Secretary Wes Streeting condemned the Berlin attack and highlighted the necessity of Pride events. Brighton and Hove City Council leader Bella Sankey expressed solidarity with the LGBTQI+ community and emphasized the unity of the community. (</w:t>
      </w:r>
      <w:hyperlink r:id="rId16">
        <w:r>
          <w:rPr>
            <w:color w:val="0000EE"/>
            <w:u w:val="single"/>
          </w:rPr>
          <w:t>brightonandhovenews.org</w:t>
        </w:r>
      </w:hyperlink>
      <w:r>
        <w:t>)</w:t>
      </w:r>
      <w:r/>
    </w:p>
    <w:p>
      <w:pPr>
        <w:pStyle w:val="ListNumber"/>
        <w:spacing w:line="240" w:lineRule="auto"/>
        <w:ind w:left="720"/>
      </w:pPr>
      <w:r/>
      <w:hyperlink r:id="rId13">
        <w:r>
          <w:rPr>
            <w:color w:val="0000EE"/>
            <w:u w:val="single"/>
          </w:rPr>
          <w:t>https://www.theguardian.com/politics/2026/jul/27/german-officials-tighter-extremism-laws-berlin-pride-attack</w:t>
        </w:r>
      </w:hyperlink>
      <w:r>
        <w:t xml:space="preserve"> - Following the deadly attack at Berlin's Pride parade, German officials have called for stricter laws against known extremists. Counter-extremism expert Hans-Jakob Schindler noted over 9,000 Islamists in Germany in 2025, with 2,590 in Berlin, 1,940 of whom are believed to be violent. The LSVD+ queer advocacy group reported a tenfold increase in homophobic and anti-trans attacks in recent years. Activists have raised concerns about rising threats from Islamists and far-right extremists, urging for more effective measures. (</w:t>
      </w:r>
      <w:hyperlink r:id="rId17">
        <w:r>
          <w:rPr>
            <w:color w:val="0000EE"/>
            <w:u w:val="single"/>
          </w:rPr>
          <w:t>theguardian.com</w:t>
        </w:r>
      </w:hyperlink>
      <w:r>
        <w:t>)</w:t>
      </w:r>
      <w:r/>
    </w:p>
    <w:p>
      <w:pPr>
        <w:pStyle w:val="ListNumber"/>
        <w:spacing w:line="240" w:lineRule="auto"/>
        <w:ind w:left="720"/>
      </w:pPr>
      <w:r/>
      <w:hyperlink r:id="rId12">
        <w:r>
          <w:rPr>
            <w:color w:val="0000EE"/>
            <w:u w:val="single"/>
          </w:rPr>
          <w:t>https://www.theguardian.com/world/2026/jul/26/berlin-pride-van-knife-rampage-islamist-terrorist-attack-germany</w:t>
        </w:r>
      </w:hyperlink>
      <w:r>
        <w:t xml:space="preserve"> - German police have shot dead Abdul Ballout, the suspect in the deadly attack near Berlin's Pride festival. The 21-year-old German national with Lebanese roots drove a van into a crowd and attacked bystanders with a machete, resulting in one death and 29 injuries. Interior Minister Alexander Dobrindt described the incident as an Islamist terror attack. Ballout had a criminal record and had previously attempted to join the Islamic State group. (</w:t>
      </w:r>
      <w:hyperlink r:id="rId18">
        <w:r>
          <w:rPr>
            <w:color w:val="0000EE"/>
            <w:u w:val="single"/>
          </w:rPr>
          <w:t>theguardian.com</w:t>
        </w:r>
      </w:hyperlink>
      <w:r>
        <w:t>)</w:t>
      </w:r>
      <w:r/>
    </w:p>
    <w:p>
      <w:pPr>
        <w:pStyle w:val="ListNumber"/>
        <w:spacing w:line="240" w:lineRule="auto"/>
        <w:ind w:left="720"/>
      </w:pPr>
      <w:r/>
      <w:hyperlink r:id="rId11">
        <w:r>
          <w:rPr>
            <w:color w:val="0000EE"/>
            <w:u w:val="single"/>
          </w:rPr>
          <w:t>https://www.scmp.com/news/world/europe/article/3362045/armed-police-officers-be-deployed-uks-biggest-pride-festival</w:t>
        </w:r>
      </w:hyperlink>
      <w:r>
        <w:t xml:space="preserve"> - In the wake of the deadly attack at Berlin's Pride event, armed officers will be deployed at the UK's largest Pride festival in Brighton. Defence Secretary Wes Streeting condemned the 'absolutely horrific' van and stabbing attack in Berlin, which left one person dead and at least 29 others injured. The suspect, Abdul Ballout, reportedly linked to the Islamic State group, was shot dead by police after a nearly 24-hour manhunt. Brighton and Hove Pride, attracting an estimated 500,000 people, is scheduled for the upcoming weekend. (</w:t>
      </w:r>
      <w:hyperlink r:id="rId19">
        <w:r>
          <w:rPr>
            <w:color w:val="0000EE"/>
            <w:u w:val="single"/>
          </w:rPr>
          <w:t>scmp.com</w:t>
        </w:r>
      </w:hyperlink>
      <w:r>
        <w:t>)</w:t>
      </w:r>
      <w:r/>
    </w:p>
    <w:p>
      <w:pPr>
        <w:pStyle w:val="ListNumber"/>
        <w:spacing w:line="240" w:lineRule="auto"/>
        <w:ind w:left="720"/>
      </w:pPr>
      <w:r/>
      <w:hyperlink r:id="rId9">
        <w:r>
          <w:rPr>
            <w:color w:val="0000EE"/>
            <w:u w:val="single"/>
          </w:rPr>
          <w:t>https://www.independent.co.uk/news/uk/home-news/pride-festival-brighton-police-berlin-b3022651.html</w:t>
        </w:r>
      </w:hyperlink>
      <w:r>
        <w:t xml:space="preserve"> - Armed officers will be deployed at the UK's largest Pride festival in Brighton, following a fatal attack at Berlin's event. Defence Secretary Wes Streeting condemned the 'absolutely horrific' van and stabbing assault in the German capital, which left one dead and at least 29 injured. The suspect, Abdul Ballout, reportedly linked to the Islamic State group, was shot dead by police after a nearly 24-hour manhunt. The deployment comes a week before the Brighton and Hove festival, which attracts an estimated 500,000 people.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news/uk/home-news/pride-festival-brighton-police-berlin-b3022651.html" TargetMode="External"/><Relationship Id="rId10" Type="http://schemas.openxmlformats.org/officeDocument/2006/relationships/hyperlink" Target="https://www.itv.com/news/meridian/2026-07-28/armed-police-officers-to-be-deployed-for-uks-biggest-pride-festival" TargetMode="External"/><Relationship Id="rId11" Type="http://schemas.openxmlformats.org/officeDocument/2006/relationships/hyperlink" Target="https://www.scmp.com/news/world/europe/article/3362045/armed-police-officers-be-deployed-uks-biggest-pride-festival" TargetMode="External"/><Relationship Id="rId12" Type="http://schemas.openxmlformats.org/officeDocument/2006/relationships/hyperlink" Target="https://www.theguardian.com/world/2026/jul/26/berlin-pride-van-knife-rampage-islamist-terrorist-attack-germany" TargetMode="External"/><Relationship Id="rId13" Type="http://schemas.openxmlformats.org/officeDocument/2006/relationships/hyperlink" Target="https://www.theguardian.com/politics/2026/jul/27/german-officials-tighter-extremism-laws-berlin-pride-attack" TargetMode="External"/><Relationship Id="rId14" Type="http://schemas.openxmlformats.org/officeDocument/2006/relationships/hyperlink" Target="https://www.brightonandhovenews.org/2026/07/27/armed-police-to-be-deployed-at-brighton-pride/" TargetMode="External"/><Relationship Id="rId15" Type="http://schemas.openxmlformats.org/officeDocument/2006/relationships/hyperlink" Target="https://www.itv.com/news/meridian/2026-07-28/armed-police-officers-to-be-deployed-for-uks-biggest-pride-festival?utm_source=openai" TargetMode="External"/><Relationship Id="rId16" Type="http://schemas.openxmlformats.org/officeDocument/2006/relationships/hyperlink" Target="https://www.brightonandhovenews.org/2026/07/27/armed-police-to-be-deployed-at-brighton-pride/?utm_source=openai" TargetMode="External"/><Relationship Id="rId17" Type="http://schemas.openxmlformats.org/officeDocument/2006/relationships/hyperlink" Target="https://www.theguardian.com/politics/2026/jul/27/german-officials-tighter-extremism-laws-berlin-pride-attack?utm_source=openai" TargetMode="External"/><Relationship Id="rId18" Type="http://schemas.openxmlformats.org/officeDocument/2006/relationships/hyperlink" Target="https://www.theguardian.com/world/2026/jul/26/berlin-pride-van-knife-rampage-islamist-terrorist-attack-germany?utm_source=openai" TargetMode="External"/><Relationship Id="rId19" Type="http://schemas.openxmlformats.org/officeDocument/2006/relationships/hyperlink" Target="https://www.scmp.com/news/world/europe/article/3362045/armed-police-officers-be-deployed-uks-biggest-pride-festiva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