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SCENE Festival Manchester 2026: Biggest LGBTQ+ Screen Line‑Up Yet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buzz and big names: SCENE returns to Manchester from 20–27 August with premieres, panels, parties and plenty of queer joy, opening with a Traitors-themed night and fundraising tickets from £5 , a festival that’s part celebration, part discovery and wholly Manchester.</w:t>
      </w:r>
      <w:r/>
      <w:r/>
    </w:p>
    <w:p>
      <w:pPr>
        <w:pStyle w:val="ListBullet"/>
        <w:spacing w:line="240" w:lineRule="auto"/>
        <w:ind w:left="720"/>
      </w:pPr>
      <w:r/>
      <w:r>
        <w:rPr>
          <w:b/>
        </w:rPr>
        <w:t>Biggest line-up:</w:t>
      </w:r>
      <w:r>
        <w:t xml:space="preserve"> Eight days of screenings, Q&amp;As and parties across multiple venues, with premieres and classic screenings. </w:t>
      </w:r>
      <w:r/>
    </w:p>
    <w:p>
      <w:pPr>
        <w:pStyle w:val="ListBullet"/>
        <w:spacing w:line="240" w:lineRule="auto"/>
        <w:ind w:left="720"/>
      </w:pPr>
      <w:r/>
      <w:r>
        <w:rPr>
          <w:b/>
        </w:rPr>
        <w:t>Star power:</w:t>
      </w:r>
      <w:r>
        <w:t xml:space="preserve"> Events featuring Russell T Davies, Alice Oseman and cast panels from The Traitors and Disney+’s Rivals. </w:t>
      </w:r>
      <w:r/>
    </w:p>
    <w:p>
      <w:pPr>
        <w:pStyle w:val="ListBullet"/>
        <w:spacing w:line="240" w:lineRule="auto"/>
        <w:ind w:left="720"/>
      </w:pPr>
      <w:r/>
      <w:r>
        <w:rPr>
          <w:b/>
        </w:rPr>
        <w:t>Party vibes:</w:t>
      </w:r>
      <w:r>
        <w:t xml:space="preserve"> The Traitors opening bash, an Ab Fab drag A‑Thon, Hedwig anniversary and live comedy nights , fun, loud and theatrical. </w:t>
      </w:r>
      <w:r/>
    </w:p>
    <w:p>
      <w:pPr>
        <w:pStyle w:val="ListBullet"/>
        <w:spacing w:line="240" w:lineRule="auto"/>
        <w:ind w:left="720"/>
      </w:pPr>
      <w:r/>
      <w:r>
        <w:rPr>
          <w:b/>
        </w:rPr>
        <w:t>Accessible &amp; charitable:</w:t>
      </w:r>
      <w:r>
        <w:t xml:space="preserve"> Many free events, tickets from £5, and profits donated to Manchester Village Pride charities. </w:t>
      </w:r>
      <w:r/>
    </w:p>
    <w:p>
      <w:pPr>
        <w:pStyle w:val="ListBullet"/>
        <w:spacing w:line="240" w:lineRule="auto"/>
        <w:ind w:left="720"/>
      </w:pPr>
      <w:r/>
      <w:r>
        <w:rPr>
          <w:b/>
        </w:rPr>
        <w:t>Local feel:</w:t>
      </w:r>
      <w:r>
        <w:t xml:space="preserve"> Events at HOME, New Century Hall, Aviva Studios and Kampus , a citywide festival atmosphere with outdoor cinema and exhibitions.</w:t>
      </w:r>
      <w:r/>
      <w:r/>
    </w:p>
    <w:p>
      <w:pPr>
        <w:pStyle w:val="Heading2"/>
      </w:pPr>
      <w:r>
        <w:t>A Traitors-themed opener sets the tone</w:t>
      </w:r>
      <w:r/>
    </w:p>
    <w:p>
      <w:r/>
      <w:r>
        <w:t>SCENE kicks off with a Traitors panel and a themed party, so expect dramatic stories and themed cocktails to match. According to festival notes, stars from series one and four will appear in conversation, moderated by TV critic Scott Bryan. That mix of glossy TV gossip and a club‑style launch party says a lot about SCENE’s vibe: part critical celebration, part proper knees‑up. If you want to be there, book early , the opening night is designed to sell out.</w:t>
      </w:r>
      <w:r/>
    </w:p>
    <w:p>
      <w:pPr>
        <w:pStyle w:val="Heading2"/>
      </w:pPr>
      <w:r>
        <w:t>Russell T Davies, It’s A Sin and a ballet preview</w:t>
      </w:r>
      <w:r/>
    </w:p>
    <w:p>
      <w:r/>
      <w:r>
        <w:t>One of this year’s headline moments is a full‑series screening and anniversary panel for It’s A Sin, with Russell T Davies involved and a special preview of the ballet adaptation due to debut at Aviva Studios next year. The festival is leaning into both nostalgia and ambition here, honouring a show that helped reshape queer drama while teasing a bold new stage adaptation. For viewers, it’s a rare chance to see the series collectively and hear creators reflect on its legacy.</w:t>
      </w:r>
      <w:r/>
    </w:p>
    <w:p>
      <w:pPr>
        <w:pStyle w:val="Heading2"/>
      </w:pPr>
      <w:r>
        <w:t>From Heartstopper chats to Rivals behind‑the‑scenes</w:t>
      </w:r>
      <w:r/>
    </w:p>
    <w:p>
      <w:r/>
      <w:r>
        <w:t>SCENE isn’t just about older hits; it’s also giving space to current youthful voices. Alice Oseman will take part in an intimate in‑conversation event about Heartstopper and its impact, while Disney+’s Rivals gets a behind‑the‑scenes slot with cast and producers. That range , from YA warmth to glossy streaming dramas , helps the festival feel both nostalgic and very now. If you’re picking events, choose balance: one panel for context, one screening for pure enjoyment.</w:t>
      </w:r>
      <w:r/>
    </w:p>
    <w:p>
      <w:pPr>
        <w:pStyle w:val="Heading2"/>
      </w:pPr>
      <w:r>
        <w:t>Drag, comedy and comfy crowd‑pleasers</w:t>
      </w:r>
      <w:r/>
    </w:p>
    <w:p>
      <w:r/>
      <w:r>
        <w:t>Expect joyful, performative nights: an Absolutely Fabulous drag A‑Thon fronted by Manchester favourites, a 25th anniversary tribute to Hedwig and Stop! That! Train! with RuPaul’s drag comedy on the big screen. The programme also includes An Altogether Different Comedy Night and a Caroline Aherne tribute, so there’s comedy threaded through the whole week. These are the events to bring friends to , they’re loud, accessible and designed for a weekend out rather than a lecture hall.</w:t>
      </w:r>
      <w:r/>
    </w:p>
    <w:p>
      <w:pPr>
        <w:pStyle w:val="Heading2"/>
      </w:pPr>
      <w:r>
        <w:t>Films, shorts and outdoor screenings for discovery</w:t>
      </w:r>
      <w:r/>
    </w:p>
    <w:p>
      <w:r/>
      <w:r>
        <w:t>Beyond big names, SCENE houses premieres , from Pedro Almodóvar’s latest feature to Cannes winners and emerging queer shorts , plus a free outdoor cinema and a photography exhibition at Kampus. The festival is deliberately curated to surface new voices while giving festivalgoers familiar names as anchors. If you love discovering directors early, check the shorts showcase and the Northern shorts programmes for fresh talent and small, sharp stories.</w:t>
      </w:r>
      <w:r/>
    </w:p>
    <w:p>
      <w:pPr>
        <w:pStyle w:val="Heading2"/>
      </w:pPr>
      <w:r>
        <w:t>Tickets, venues and why Manchester matters</w:t>
      </w:r>
      <w:r/>
    </w:p>
    <w:p>
      <w:r/>
      <w:r>
        <w:t>Events will take place across HOME, New Century Hall, Aviva Studios, Kampus and more, making the festival a citywide experience. Tickets start at £5 and many events are free, with all profits donated to Manchester Village Pride charities. CityCo and local partners have helped scale the festival quickly; organisers say it’s grown audience numbers year on year. Practically, plan transport between venues and pick no‑more‑than two must‑see events per day to avoid festival fatigue.</w:t>
      </w:r>
      <w:r/>
    </w:p>
    <w:p>
      <w:r/>
      <w:r>
        <w:t>It's the sort of festival that mixes thoughtful panels with riotous nights out , and gives back while it celebrates.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[3]</w:t>
        </w:r>
      </w:hyperlink>
      <w:r>
        <w:t xml:space="preserve">, </w:t>
      </w:r>
      <w:hyperlink r:id="rId13">
        <w:r>
          <w:rPr>
            <w:color w:val="0000EE"/>
            <w:u w:val="single"/>
          </w:rPr>
          <w:t>[4]</w:t>
        </w:r>
      </w:hyperlink>
      <w:r>
        <w:t xml:space="preserve">- Paragraph 6: </w:t>
      </w:r>
      <w:hyperlink r:id="rId11">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https://www.manchestereveningnews.co.uk/whats-on/whats-on-news/big-manchester-festival-returns-traitors-34359015</w:t>
        </w:r>
      </w:hyperlink>
      <w:r>
        <w:t xml:space="preserve"> - Please view link - unable to able to access data</w:t>
      </w:r>
      <w:r/>
    </w:p>
    <w:p>
      <w:pPr>
        <w:pStyle w:val="ListNumber"/>
        <w:spacing w:line="240" w:lineRule="auto"/>
        <w:ind w:left="720"/>
      </w:pPr>
      <w:r/>
      <w:hyperlink r:id="rId10">
        <w:r>
          <w:rPr>
            <w:color w:val="0000EE"/>
            <w:u w:val="single"/>
          </w:rPr>
          <w:t>https://www.visitmanchester.com/ideas-and-inspiration/lgbt/scene-manchester-lgbtq-film-tv-festival/</w:t>
        </w:r>
      </w:hyperlink>
      <w:r>
        <w:t xml:space="preserve"> - SCENE Festival is returning to Manchester for its third year, scheduled from 20th to 27th August 2026. The festival will feature a diverse programme of film, television, and live events across various city venues. Highlights include screenings of new features, short films, documentaries, and classic films, alongside panels, talks, parties, and special events. Notable events include discussions with Russell T Davies and Nicola Shindler on their new drama 'Tip Toe' and the fifth anniversary of 'It's A Sin', as well as an in-conversation event with 'Heartstopper' creator Alice Oseman.</w:t>
      </w:r>
      <w:r/>
    </w:p>
    <w:p>
      <w:pPr>
        <w:pStyle w:val="ListNumber"/>
        <w:spacing w:line="240" w:lineRule="auto"/>
        <w:ind w:left="720"/>
      </w:pPr>
      <w:r/>
      <w:hyperlink r:id="rId14">
        <w:r>
          <w:rPr>
            <w:color w:val="0000EE"/>
            <w:u w:val="single"/>
          </w:rPr>
          <w:t>https://www.scenefestival.com/2026-screenings-and-events/scene-northern-shorts-showcase-thursday</w:t>
        </w:r>
      </w:hyperlink>
      <w:r>
        <w:t xml:space="preserve"> - The SCENE Northern Shorts Showcase is scheduled for Thursday, 20th August 2026, at CULTPLEX in Manchester. This event will highlight emerging LGBTQ+ filmmakers from the North of England, featuring a selection of short films. Attendees will have the opportunity to vote for their favourite film, with the winner receiving the SCENE Northern Queer Short Film Audience Award 2026. The screening is part of SCENE's 'The Pink Screening Room' at CULTPLEX, dedicated to showcasing new independent queer filmmaking voices.</w:t>
      </w:r>
      <w:r/>
    </w:p>
    <w:p>
      <w:pPr>
        <w:pStyle w:val="ListNumber"/>
        <w:spacing w:line="240" w:lineRule="auto"/>
        <w:ind w:left="720"/>
      </w:pPr>
      <w:r/>
      <w:hyperlink r:id="rId13">
        <w:r>
          <w:rPr>
            <w:color w:val="0000EE"/>
            <w:u w:val="single"/>
          </w:rPr>
          <w:t>https://www.scenefestival.com/</w:t>
        </w:r>
      </w:hyperlink>
      <w:r>
        <w:t xml:space="preserve"> - SCENE Festival is Manchester's LGBTQ+ Film and TV Festival, celebrating queer stories on screen. The 2026 edition is set to take place from Thursday, 20th to Thursday, 27th August, across various venues in Manchester city centre. The festival is an official Manchester Village Pride Fringe event, featuring a diverse programme of screenings, panels, parties, and bold queer storytelling. The 2026 programme includes appearances from Russell T Davies and Nicola Shindler, an in-conversation event with 'Heartstopper' creator Alice Oseman, a behind-the-scenes look at Disney+’s 'Rivals', and a celebration of BBC’s 'I Kissed A Boy' and 'I Kissed A Girl'.</w:t>
      </w:r>
      <w:r/>
    </w:p>
    <w:p>
      <w:pPr>
        <w:pStyle w:val="ListNumber"/>
        <w:spacing w:line="240" w:lineRule="auto"/>
        <w:ind w:left="720"/>
      </w:pPr>
      <w:r/>
      <w:hyperlink r:id="rId11">
        <w:r>
          <w:rPr>
            <w:color w:val="0000EE"/>
            <w:u w:val="single"/>
          </w:rPr>
          <w:t>https://cityco.com/news/scene-festival-2026/</w:t>
        </w:r>
      </w:hyperlink>
      <w:r>
        <w:t xml:space="preserve"> - SCENE Festival 2026 is returning to Manchester from 20th to 27th August, offering a week-long programme of screenings, panels, parties, and queer storytelling across the city. As an official Fringe partner, SCENE supports Manchester Village Pride, with profits from event and screening ticket sales donated to five LGBTQ+ charities: George House Trust, Albert Kennedy Trust, The Proud Trust, LGBT Foundation, and Sparkle. Gary Williams, Head of Events at CityCo, expressed excitement for the third annual edition of SCENE, highlighting its growing popularity and significance in the cultural calendar.</w:t>
      </w:r>
      <w:r/>
    </w:p>
    <w:p>
      <w:pPr>
        <w:pStyle w:val="ListNumber"/>
        <w:spacing w:line="240" w:lineRule="auto"/>
        <w:ind w:left="720"/>
      </w:pPr>
      <w:r/>
      <w:hyperlink r:id="rId12">
        <w:r>
          <w:rPr>
            <w:color w:val="0000EE"/>
            <w:u w:val="single"/>
          </w:rPr>
          <w:t>https://www.gaydio.co.uk/whats-new/news/gaydio-news/scene2026-announcement/</w:t>
        </w:r>
      </w:hyperlink>
      <w:r>
        <w:t xml:space="preserve"> - Manchester’s LGBTQIA+ Film and TV Festival, SCENE, is returning from 20th to 27th August 2026 with its most extensive programme to date. The festival will feature eight days of LGBTQIA+ film, TV, comedy, culture, parties, and premieres across Manchester. Highlights include appearances from Russell T Davies and Nicola Shindler, an in-conversation event with 'Heartstopper' creator Alice Oseman, a behind-the-scenes look at Disney+’s 'Rivals', and a celebration of BBC’s 'I Kissed A Boy' and 'I Kissed A Girl'. Film highlights include previews of Pedro Almodóvar’s 'Bitter Christmas', Jane Schoenbrun’s 'Teenage Sex and Death at Camp Miasma', Gregg Araki’s 'I Want Your Sex', and the Manchester-made closing night film 'Chatlines'.</w:t>
      </w:r>
      <w:r/>
    </w:p>
    <w:p>
      <w:pPr>
        <w:pStyle w:val="ListNumber"/>
        <w:spacing w:line="240" w:lineRule="auto"/>
        <w:ind w:left="720"/>
      </w:pPr>
      <w:r/>
      <w:hyperlink r:id="rId15">
        <w:r>
          <w:rPr>
            <w:color w:val="0000EE"/>
            <w:u w:val="single"/>
          </w:rPr>
          <w:t>https://cityco.com/scene/</w:t>
        </w:r>
      </w:hyperlink>
      <w:r>
        <w:t xml:space="preserve"> - SCENE: Manchester’s LGBTQ+ Film and TV Festival is produced and delivered by CityCo on behalf of Manchester Accommodation BID. The festival presents a diverse and acclaimed programme of film screenings, industry panels, and showcases. SCENE has built a strong reputation for championing emerging voices in cinema and celebrating Manchester’s on-screen talent, attracting audiences from across the city, the region, and the UK. Throughout the festival, venues host a vibrant mix of screenings, live events, and interactive sessions. Manchester’s accommodation providers offer exclusive packages, featuring discounts, gifts, cocktails, lobby DJs, and special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big-manchester-festival-returns-traitors-34359015" TargetMode="External"/><Relationship Id="rId10" Type="http://schemas.openxmlformats.org/officeDocument/2006/relationships/hyperlink" Target="https://www.visitmanchester.com/ideas-and-inspiration/lgbt/scene-manchester-lgbtq-film-tv-festival/" TargetMode="External"/><Relationship Id="rId11" Type="http://schemas.openxmlformats.org/officeDocument/2006/relationships/hyperlink" Target="https://cityco.com/news/scene-festival-2026/" TargetMode="External"/><Relationship Id="rId12" Type="http://schemas.openxmlformats.org/officeDocument/2006/relationships/hyperlink" Target="https://www.gaydio.co.uk/whats-new/news/gaydio-news/scene2026-announcement/" TargetMode="External"/><Relationship Id="rId13" Type="http://schemas.openxmlformats.org/officeDocument/2006/relationships/hyperlink" Target="https://www.scenefestival.com/" TargetMode="External"/><Relationship Id="rId14" Type="http://schemas.openxmlformats.org/officeDocument/2006/relationships/hyperlink" Target="https://www.scenefestival.com/2026-screenings-and-events/scene-northern-shorts-showcase-thursday" TargetMode="External"/><Relationship Id="rId15" Type="http://schemas.openxmlformats.org/officeDocument/2006/relationships/hyperlink" Target="https://cityco.com/sce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