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Roscommon Pride 2026 Events to Put in Your Diary — Roscommon Pride festival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are marking calendars as Roscommon Pride returns from 17–23 August 2026, offering talks, performances and a town-centre march , a week of accessible, community-led events that matter for LGBTQ+ visibility and for anyone who wants to celebrate or show up.</w:t>
      </w:r>
      <w:r/>
    </w:p>
    <w:p>
      <w:r/>
      <w:r>
        <w:t>Essential Takeaways</w:t>
      </w:r>
      <w:r/>
      <w:r/>
    </w:p>
    <w:p>
      <w:pPr>
        <w:pStyle w:val="ListBullet"/>
        <w:spacing w:line="240" w:lineRule="auto"/>
        <w:ind w:left="720"/>
      </w:pPr>
      <w:r/>
      <w:r>
        <w:rPr>
          <w:b/>
        </w:rPr>
        <w:t>Dates and scope:</w:t>
      </w:r>
      <w:r>
        <w:t xml:space="preserve"> Roscommon Pride runs 17–23 August 2026 with events across the town, from the Quad to Loughnaneane Park.</w:t>
      </w:r>
      <w:r/>
    </w:p>
    <w:p>
      <w:pPr>
        <w:pStyle w:val="ListBullet"/>
        <w:spacing w:line="240" w:lineRule="auto"/>
        <w:ind w:left="720"/>
      </w:pPr>
      <w:r/>
      <w:r>
        <w:rPr>
          <w:b/>
        </w:rPr>
        <w:t>Highlights to catch:</w:t>
      </w:r>
      <w:r>
        <w:t xml:space="preserve"> author talk, bedazzle-your-shoes workshop, queer performance showcase, drag bingo and a large Pride march.</w:t>
      </w:r>
      <w:r/>
    </w:p>
    <w:p>
      <w:pPr>
        <w:pStyle w:val="ListBullet"/>
        <w:spacing w:line="240" w:lineRule="auto"/>
        <w:ind w:left="720"/>
      </w:pPr>
      <w:r/>
      <w:r>
        <w:rPr>
          <w:b/>
        </w:rPr>
        <w:t>Family-friendly:</w:t>
      </w:r>
      <w:r>
        <w:t xml:space="preserve"> a drag brunch, Family Fun Day and daytime park stalls make the festival welcoming for all ages.</w:t>
      </w:r>
      <w:r/>
    </w:p>
    <w:p>
      <w:pPr>
        <w:pStyle w:val="ListBullet"/>
        <w:spacing w:line="240" w:lineRule="auto"/>
        <w:ind w:left="720"/>
      </w:pPr>
      <w:r/>
      <w:r>
        <w:rPr>
          <w:b/>
        </w:rPr>
        <w:t>Tone and purpose:</w:t>
      </w:r>
      <w:r>
        <w:t xml:space="preserve"> organisers stress visibility and belonging; casual participation , simply marching , is encouraged.</w:t>
      </w:r>
      <w:r/>
    </w:p>
    <w:p>
      <w:pPr>
        <w:pStyle w:val="ListBullet"/>
        <w:spacing w:line="240" w:lineRule="auto"/>
        <w:ind w:left="720"/>
      </w:pPr>
      <w:r/>
      <w:r>
        <w:rPr>
          <w:b/>
        </w:rPr>
        <w:t>Where to book:</w:t>
      </w:r>
      <w:r>
        <w:t xml:space="preserve"> tickets and event details are available on Roscommon Pride’s official site; many activities are community-focused and low-cost.</w:t>
      </w:r>
      <w:r/>
      <w:r/>
    </w:p>
    <w:p>
      <w:pPr>
        <w:pStyle w:val="Heading2"/>
      </w:pPr>
      <w:r>
        <w:t>Why this week feels different , small town, big impact</w:t>
      </w:r>
      <w:r/>
    </w:p>
    <w:p>
      <w:r/>
      <w:r>
        <w:t>Roscommon Pride’s third festival keeps that intimate, upbeat feeling while growing in scale, so expect warm crowds and a lively, human energy. The organisers are keen on visibility; as events manager Karina Murray put it, showing up and marching can mean everything to someone who needs to feel included. That emotional, community-first approach is visible in the programme: modest venues, approachable activities and plenty of chances to meet people.</w:t>
      </w:r>
      <w:r/>
    </w:p>
    <w:p>
      <w:r/>
      <w:r>
        <w:t>Behind the scenes, local groups and arts venues have stepped up to host events, so the festival feels rooted in town life rather than being a single big parade. That makes it easy to dip in and out , pop to the Bród Book Club for an author discussion, then swing by a casual cafe open mic later.</w:t>
      </w:r>
      <w:r/>
    </w:p>
    <w:p>
      <w:pPr>
        <w:pStyle w:val="Heading2"/>
      </w:pPr>
      <w:r>
        <w:t>What to book first , talks, workshops and low-key culture</w:t>
      </w:r>
      <w:r/>
    </w:p>
    <w:p>
      <w:r/>
      <w:r>
        <w:t>If you like conversation and discovery, the author talk on Monday at the Bród Book Club is a neat opener. Niamh Ní Mhaoilean and Chloe Michelle Howarth bring queer perspectives that suit a cosy literary crowd, and Creative Ireland listings show a trend of Pride-linked cultural activities across the county. Workshops at the Quad , from bedazzling brogues to screen-printing , add a tactile, crafty buzz that’s perfect if you want something hands-on and Instagram-ready.</w:t>
      </w:r>
      <w:r/>
    </w:p>
    <w:p>
      <w:r/>
      <w:r>
        <w:t>Practical tip: these smaller events are often limited in capacity, so reserve early through Roscommon Pride’s website to avoid disappointment.</w:t>
      </w:r>
      <w:r/>
    </w:p>
    <w:p>
      <w:pPr>
        <w:pStyle w:val="Heading2"/>
      </w:pPr>
      <w:r>
        <w:t>The performance night you shouldn’t miss , Common Threads showcase</w:t>
      </w:r>
      <w:r/>
    </w:p>
    <w:p>
      <w:r/>
      <w:r>
        <w:t>On 20 August, Roscommon Arts Centre hosts Common Threads, billed as an Irish and European queer showcase. Expect a mix of music, theatre and performance and a sense of theatrical camaraderie that plays well in a regional arts space. Trad is Amach and other local acts add a distinctly Irish flavour, blending traditional sounds with contemporary queer performance.</w:t>
      </w:r>
      <w:r/>
    </w:p>
    <w:p>
      <w:r/>
      <w:r>
        <w:t>If you’re into supporting artists directly, this is a great night to catch rising acts in an intimate setting, rather than a distant arena. It’s also a reminder that regional Pride festivals are becoming real incubators for creative talent.</w:t>
      </w:r>
      <w:r/>
    </w:p>
    <w:p>
      <w:pPr>
        <w:pStyle w:val="Heading2"/>
      </w:pPr>
      <w:r>
        <w:t>Parade day essentials , drag brunch, march and a lively family fair</w:t>
      </w:r>
      <w:r/>
    </w:p>
    <w:p>
      <w:r/>
      <w:r>
        <w:t>Saturday 22 August is the festival’s centrepiece. A drag brunch in Gleesons will kick the day off with colour and laughter before the Pride march moves from Roscommon Town to Loughnaneane Park. Afterwards, a Family Fun Day with stalls selling food, arts and crafts keeps the mood celebratory but relaxed. Later on, expect a Pride After Party in Rockfords with a headline drag show from the Haus of KWĒN , proper late-night entertainment if you fancy a late finish.</w:t>
      </w:r>
      <w:r/>
    </w:p>
    <w:p>
      <w:r/>
      <w:r>
        <w:t>Practical insight: arrive early for the brunch and the march start if you want a good spot; bring sun protection and reusable water bottles for the park event.</w:t>
      </w:r>
      <w:r/>
    </w:p>
    <w:p>
      <w:pPr>
        <w:pStyle w:val="Heading2"/>
      </w:pPr>
      <w:r>
        <w:t>Queer nightlife and quieter moments , bingo, karaoke and remembrance</w:t>
      </w:r>
      <w:r/>
    </w:p>
    <w:p>
      <w:r/>
      <w:r>
        <w:t>The festival balances high-energy nights like Drag Bingo at the Red Parrot with quieter, reflective moments. On the Sunday, Roscommon Pride holds a Ceremony of Love and Remembrance to honour community members no longer with us, followed by a relaxed karaoke session. That mix of celebration and remembrance is part of what gives the week emotional depth.</w:t>
      </w:r>
      <w:r/>
    </w:p>
    <w:p>
      <w:r/>
      <w:r>
        <w:t>Commentary: small festivals often get the balance right , you can laugh and be dazzled one night, then gather for a heartfelt ceremony the next.</w:t>
      </w:r>
      <w:r/>
    </w:p>
    <w:p>
      <w:pPr>
        <w:pStyle w:val="Heading2"/>
      </w:pPr>
      <w:r>
        <w:t>How to be a good ally in a small town festival</w:t>
      </w:r>
      <w:r/>
    </w:p>
    <w:p>
      <w:r/>
      <w:r>
        <w:t>Showing up is the simplest and most powerful thing you can do , join the march, clap at performances and buy from the stalls. Respect personal space, ask before photographing people, and listen to performers and speakers. If you can, volunteer for stewarding or help with setup; events like this run on goodwill.</w:t>
      </w:r>
      <w:r/>
    </w:p>
    <w:p>
      <w:r/>
      <w:r>
        <w:t>A final note: Roscommon Pride is part of a wider movement of county-level festivals growing across Ireland, and turning up here supports grassroots visibility in places where it really matters.</w:t>
      </w:r>
      <w:r/>
    </w:p>
    <w:p>
      <w:r/>
      <w:r>
        <w:t>It's a small change that can make every local Pride feel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https://gcn.ie/roscommon-pride-2026-festival/</w:t>
        </w:r>
      </w:hyperlink>
      <w:r>
        <w:t xml:space="preserve"> - Please view link - unable to able to access data</w:t>
      </w:r>
      <w:r/>
    </w:p>
    <w:p>
      <w:pPr>
        <w:pStyle w:val="ListNumber"/>
        <w:spacing w:line="240" w:lineRule="auto"/>
        <w:ind w:left="720"/>
      </w:pPr>
      <w:r/>
      <w:hyperlink r:id="rId10">
        <w:r>
          <w:rPr>
            <w:color w:val="0000EE"/>
            <w:u w:val="single"/>
          </w:rPr>
          <w:t>https://roscommonpride.ie/</w:t>
        </w:r>
      </w:hyperlink>
      <w:r>
        <w:t xml:space="preserve"> - Roscommon Pride is an annual festival celebrating the LGBTQIA+ community in County Roscommon, Ireland. The 2026 festival is scheduled from Thursday 20th to Sunday 23rd August. The festival features a variety of events, including a Battle of the Bands, a Table Quiz and Raffle Fundraiser, and the Bród Book Club, which provides a relaxed and safe space for book discussions. The festival aims to foster community, inclusivity, and support for the LGBTQIA+ community in the region.</w:t>
      </w:r>
      <w:r/>
    </w:p>
    <w:p>
      <w:pPr>
        <w:pStyle w:val="ListNumber"/>
        <w:spacing w:line="240" w:lineRule="auto"/>
        <w:ind w:left="720"/>
      </w:pPr>
      <w:r/>
      <w:hyperlink r:id="rId11">
        <w:r>
          <w:rPr>
            <w:color w:val="0000EE"/>
            <w:u w:val="single"/>
          </w:rPr>
          <w:t>https://www.creativeireland.gov.ie/en/event/roscommon-pride-creative-activities/</w:t>
        </w:r>
      </w:hyperlink>
      <w:r>
        <w:t xml:space="preserve"> - As part of the Roscommon Pride Festival, the South Roscommon Family Resource Centre will host a series of creative activities from 21st to 23rd August 2026. These activities include live storytelling sessions, drumming workshops, family dance sessions, and collaborative arts and crafts tutorials. The events are designed to be inclusive and enjoyable for all ages, with both scheduled workshops and ongoing drop-in activities facilitated by experienced local artists.</w:t>
      </w:r>
      <w:r/>
    </w:p>
    <w:p>
      <w:pPr>
        <w:pStyle w:val="ListNumber"/>
        <w:spacing w:line="240" w:lineRule="auto"/>
        <w:ind w:left="720"/>
      </w:pPr>
      <w:r/>
      <w:hyperlink r:id="rId12">
        <w:r>
          <w:rPr>
            <w:color w:val="0000EE"/>
            <w:u w:val="single"/>
          </w:rPr>
          <w:t>https://roscommonartscentre.ie/event/multicultural-event-roscommon-pride/</w:t>
        </w:r>
      </w:hyperlink>
      <w:r>
        <w:t xml:space="preserve"> - The Roscommon Arts Centre will host 'Common Threads: An Irish &amp; European Pride Showcase' on Thursday 20th August 2026 at 8 PM. This event is part of the Culture Programme for Ireland’s Presidency of the Council of the European Union 2026. The showcase is a vibrant multidisciplinary evening celebrating the intersection of local and continental creativity, featuring music, dance, and performance by Irish and European artists, highlighting shared values of human rights and freedom of expression.</w:t>
      </w:r>
      <w:r/>
    </w:p>
    <w:p>
      <w:pPr>
        <w:pStyle w:val="ListNumber"/>
        <w:spacing w:line="240" w:lineRule="auto"/>
        <w:ind w:left="720"/>
      </w:pPr>
      <w:r/>
      <w:hyperlink r:id="rId13">
        <w:r>
          <w:rPr>
            <w:color w:val="0000EE"/>
            <w:u w:val="single"/>
          </w:rPr>
          <w:t>https://www.creativeireland.gov.ie/en/event/pride-prose-collective/</w:t>
        </w:r>
      </w:hyperlink>
      <w:r>
        <w:t xml:space="preserve"> - The Pride &amp; Prose Collective is a collaboration between Heartlands Pride Athlone and Creatives Roscommon, aiming to celebrate the arts within the LGBTQIA+ community. The initiative includes regular open mic nights focusing on LGBTQ+ themes and workshops such as singing sessions with artist Ciara Lawless and poetry workshops with poet Amy Abdullah Barry. These events are designed to provide a platform for LGBTQIA+ artists and foster a sense of community through creative expression.</w:t>
      </w:r>
      <w:r/>
    </w:p>
    <w:p>
      <w:pPr>
        <w:pStyle w:val="ListNumber"/>
        <w:spacing w:line="240" w:lineRule="auto"/>
        <w:ind w:left="720"/>
      </w:pPr>
      <w:r/>
      <w:hyperlink r:id="rId14">
        <w:r>
          <w:rPr>
            <w:color w:val="0000EE"/>
            <w:u w:val="single"/>
          </w:rPr>
          <w:t>https://www.greystonesguide.ie/wicklow-pride-2026-festival-lineup/</w:t>
        </w:r>
      </w:hyperlink>
      <w:r>
        <w:t xml:space="preserve"> - Wicklow Pride 2026 is scheduled from June 28th to July 4th, featuring events in Arklow, Blessington, Bray, Delgany, and Wicklow Town. The festival includes a parade in Wicklow Town at 2.30 PM from the Abbey Street car park, followed by 'Pride at the Castle,' an afternoon of entertainment, food, drink, and fun at the Black Castle. Wicklow Pride CLG, founded in 2024, has been creating safe, welcoming spaces for thousands of people across Wicklow.</w:t>
      </w:r>
      <w:r/>
    </w:p>
    <w:p>
      <w:pPr>
        <w:pStyle w:val="ListNumber"/>
        <w:spacing w:line="240" w:lineRule="auto"/>
        <w:ind w:left="720"/>
      </w:pPr>
      <w:r/>
      <w:hyperlink r:id="rId14">
        <w:r>
          <w:rPr>
            <w:color w:val="0000EE"/>
            <w:u w:val="single"/>
          </w:rPr>
          <w:t>https://www.greystonesguide.ie/wicklow-pride-2026-festival-lineup/</w:t>
        </w:r>
      </w:hyperlink>
      <w:r>
        <w:t xml:space="preserve"> - Wicklow Pride 2026 is scheduled from June 28th to July 4th, featuring events in Arklow, Blessington, Bray, Delgany, and Wicklow Town. The festival includes a parade in Wicklow Town at 2.30 PM from the Abbey Street car park, followed by 'Pride at the Castle,' an afternoon of entertainment, food, drink, and fun at the Black Castle. Wicklow Pride CLG, founded in 2024, has been creating safe, welcoming spaces for thousands of people across Wicklow.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roscommon-pride-2026-festival/" TargetMode="External"/><Relationship Id="rId10" Type="http://schemas.openxmlformats.org/officeDocument/2006/relationships/hyperlink" Target="https://roscommonpride.ie/" TargetMode="External"/><Relationship Id="rId11" Type="http://schemas.openxmlformats.org/officeDocument/2006/relationships/hyperlink" Target="https://www.creativeireland.gov.ie/en/event/roscommon-pride-creative-activities/" TargetMode="External"/><Relationship Id="rId12" Type="http://schemas.openxmlformats.org/officeDocument/2006/relationships/hyperlink" Target="https://roscommonartscentre.ie/event/multicultural-event-roscommon-pride/" TargetMode="External"/><Relationship Id="rId13" Type="http://schemas.openxmlformats.org/officeDocument/2006/relationships/hyperlink" Target="https://www.creativeireland.gov.ie/en/event/pride-prose-collective/" TargetMode="External"/><Relationship Id="rId14" Type="http://schemas.openxmlformats.org/officeDocument/2006/relationships/hyperlink" Target="https://www.greystonesguide.ie/wicklow-pride-2026-festival-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