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Regional Prayer Service in NYC for LGBTQ Catholics This Autumn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spiritual community are gathering: Outreach will host a regional prayer service at the Church of St. Paul the Apostle in New York City on Saturday, 26 September, offering an evening of prayer and a friendly social , a free, local chance for LGBTQ Catholics to pray together, connect and be welcomed.</w:t>
      </w:r>
      <w:r/>
    </w:p>
    <w:p>
      <w:r/>
      <w:r>
        <w:t>Essential Takeaways</w:t>
      </w:r>
      <w:r/>
      <w:r/>
    </w:p>
    <w:p>
      <w:pPr>
        <w:pStyle w:val="ListBullet"/>
        <w:spacing w:line="240" w:lineRule="auto"/>
        <w:ind w:left="720"/>
      </w:pPr>
      <w:r/>
      <w:r>
        <w:rPr>
          <w:b/>
        </w:rPr>
        <w:t>What:</w:t>
      </w:r>
      <w:r>
        <w:t xml:space="preserve"> Two-hour regional gathering combining a prayer service inside the church with a social on the parish grounds, free to attend. </w:t>
      </w:r>
      <w:r/>
    </w:p>
    <w:p>
      <w:pPr>
        <w:pStyle w:val="ListBullet"/>
        <w:spacing w:line="240" w:lineRule="auto"/>
        <w:ind w:left="720"/>
      </w:pPr>
      <w:r/>
      <w:r>
        <w:rPr>
          <w:b/>
        </w:rPr>
        <w:t>Who:</w:t>
      </w:r>
      <w:r>
        <w:t xml:space="preserve"> Co-hosted by Outreach and the parish LGBTQ ministry Out at St. Paul (OSP); parish leadership emphasises hospitality. </w:t>
      </w:r>
      <w:r/>
    </w:p>
    <w:p>
      <w:pPr>
        <w:pStyle w:val="ListBullet"/>
        <w:spacing w:line="240" w:lineRule="auto"/>
        <w:ind w:left="720"/>
      </w:pPr>
      <w:r/>
      <w:r>
        <w:rPr>
          <w:b/>
        </w:rPr>
        <w:t>Why it matters:</w:t>
      </w:r>
      <w:r>
        <w:t xml:space="preserve"> Part of Outreach’s NYC pilgrimage reflecting on the Catholic Church’s relationship with LGBTQ people, including histories during the HIV/AIDS crisis. </w:t>
      </w:r>
      <w:r/>
    </w:p>
    <w:p>
      <w:pPr>
        <w:pStyle w:val="ListBullet"/>
        <w:spacing w:line="240" w:lineRule="auto"/>
        <w:ind w:left="720"/>
      </w:pPr>
      <w:r/>
      <w:r>
        <w:rPr>
          <w:b/>
        </w:rPr>
        <w:t>Tone and feel:</w:t>
      </w:r>
      <w:r>
        <w:t xml:space="preserve"> Expect a warm, communal atmosphere , prayerful, inclusive and conversational, followed by light fellowship outdoors. </w:t>
      </w:r>
      <w:r/>
    </w:p>
    <w:p>
      <w:pPr>
        <w:pStyle w:val="ListBullet"/>
        <w:spacing w:line="240" w:lineRule="auto"/>
        <w:ind w:left="720"/>
      </w:pPr>
      <w:r/>
      <w:r>
        <w:rPr>
          <w:b/>
        </w:rPr>
        <w:t>Practical:</w:t>
      </w:r>
      <w:r>
        <w:t xml:space="preserve"> Registration is required via a form on Outreach’s site; questions can be sent to Outreach’s assistant director John Consolie.</w:t>
      </w:r>
      <w:r/>
      <w:r/>
    </w:p>
    <w:p>
      <w:pPr>
        <w:pStyle w:val="Heading2"/>
      </w:pPr>
      <w:r>
        <w:t>A late‑summer welcome in the heart of Manhattan</w:t>
      </w:r>
      <w:r/>
    </w:p>
    <w:p>
      <w:r/>
      <w:r>
        <w:t>Outreach is choosing a church with a big, lived‑in sense of hospitality for this gathering, and you can almost picture the evening: candlelight inside, a hum of voices, then chairs and conversations spilling out into the parish grounds. According to the parish pastor, Eric Andrews, CSP, hospitality is central to St. Paul the Apostle, and the parish is explicitly inviting LGBTQ Catholics to join in prayer and fellowship. That warm invitation makes the event feel less like a formal conference and more like an open house for faith and friendship.</w:t>
      </w:r>
      <w:r/>
    </w:p>
    <w:p>
      <w:pPr>
        <w:pStyle w:val="Heading2"/>
      </w:pPr>
      <w:r>
        <w:t>Why Outreach is bringing the pilgrimage to New York</w:t>
      </w:r>
      <w:r/>
    </w:p>
    <w:p>
      <w:r/>
      <w:r>
        <w:t>This regional service isn’t a one‑off: it’s a capstone of Outreach’s mini‑pilgrimage around New York City, intended to surface stories of LGBTQ Catholics and the city’s church communities, especially during the HIV/AIDS crisis at the turn of the century. Outreach’s executive director, Conor Reidy, framed the weekend as a way to carry those stories into prayer. So, if you want context alongside community, this gathering offers both remembrance and present‑day connection.</w:t>
      </w:r>
      <w:r/>
    </w:p>
    <w:p>
      <w:pPr>
        <w:pStyle w:val="Heading2"/>
      </w:pPr>
      <w:r>
        <w:t>Community building with an easy, social finish</w:t>
      </w:r>
      <w:r/>
    </w:p>
    <w:p>
      <w:r/>
      <w:r>
        <w:t>The event mixes liturgy and low‑pressure socialising , a short service followed by a reception on the church grounds. That balance matters: faith rituals can be intense, and the social time gives people space to swap stories, make contacts, or simply breathe. Out at St. Paul, the parish LGBTQ ministry, says it hopes the evening will deepen faith and strengthen ties; if you’re coming solo, expect approachable conversation and familiar faces.</w:t>
      </w:r>
      <w:r/>
    </w:p>
    <w:p>
      <w:pPr>
        <w:pStyle w:val="Heading2"/>
      </w:pPr>
      <w:r>
        <w:t>Practical details: how to join and what to expect</w:t>
      </w:r>
      <w:r/>
    </w:p>
    <w:p>
      <w:r/>
      <w:r>
        <w:t>Registration is free and handled through Outreach’s online form; the event page also links to broader pilgrimage details. If you need more info, Outreach’s assistant director John Consolie is the contact. Plan to arrive a little early for seating, and bring a light layer for outside social time , New York evenings can be breezy in late September. If accessibility or dietary needs matter, email ahead so organisers can help.</w:t>
      </w:r>
      <w:r/>
    </w:p>
    <w:p>
      <w:pPr>
        <w:pStyle w:val="Heading2"/>
      </w:pPr>
      <w:r>
        <w:t>Why this gathering matters beyond one night</w:t>
      </w:r>
      <w:r/>
    </w:p>
    <w:p>
      <w:r/>
      <w:r>
        <w:t>Events like this stitch together memory, pastoral outreach and everyday belonging. Outreach’s regional approach keeps the conversation from Georgetown going all year, and bringing it to a parish that’s already engaged with LGBTQ ministry sends a clear message: these conversations belong in local churches as much as they do at national gatherings. For many attendees, this will be a night of quiet affirmation and a tangible reminder that community can be both prayerful and practical.</w:t>
      </w:r>
      <w:r/>
    </w:p>
    <w:p>
      <w:r/>
      <w:r>
        <w:t>It's a small change that can make every visit to church feel more like coming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5">
        <w:r>
          <w:rPr>
            <w:color w:val="0000EE"/>
            <w:u w:val="single"/>
          </w:rPr>
          <w:t>[7]</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https://outreach.faith/2026/07/outreach-to-host-regional-prayer-service-in-new-york-city-september-26/</w:t>
        </w:r>
      </w:hyperlink>
      <w:r>
        <w:t xml:space="preserve"> - Please view link - unable to able to access data</w:t>
      </w:r>
      <w:r/>
    </w:p>
    <w:p>
      <w:pPr>
        <w:pStyle w:val="ListNumber"/>
        <w:spacing w:line="240" w:lineRule="auto"/>
        <w:ind w:left="720"/>
      </w:pPr>
      <w:r/>
      <w:hyperlink r:id="rId10">
        <w:r>
          <w:rPr>
            <w:color w:val="0000EE"/>
            <w:u w:val="single"/>
          </w:rPr>
          <w:t>https://www.lifecenternyc.com/events/love-manhattan-a-24-hour-burn-and-outreach</w:t>
        </w:r>
      </w:hyperlink>
      <w:r>
        <w:t xml:space="preserve"> - Life Center NYC is hosting 'Love Manhattan: A 24-hour Burn and Outreach' from 6:00 PM on Friday, September 26, 2025, to 6:00 PM on Saturday, September 27, 2025, at 75 Maiden Lane, New York, NY 10038. This event combines continuous worship and intercession with opportunities to share the gospel throughout the city. Participants can sign up for outreach teams to bring prayer, encouragement, and the message of Christ into Manhattan. Registration is available on their website.</w:t>
      </w:r>
      <w:r/>
    </w:p>
    <w:p>
      <w:pPr>
        <w:pStyle w:val="ListNumber"/>
        <w:spacing w:line="240" w:lineRule="auto"/>
        <w:ind w:left="720"/>
      </w:pPr>
      <w:r/>
      <w:hyperlink r:id="rId12">
        <w:r>
          <w:rPr>
            <w:color w:val="0000EE"/>
            <w:u w:val="single"/>
          </w:rPr>
          <w:t>https://www.metrochurchnj.com/calendar/paterson-clothing-outreach-sept-2026</w:t>
        </w:r>
      </w:hyperlink>
      <w:r>
        <w:t xml:space="preserve"> - MetroChurch NJ is organising a 'Paterson Food Outreach' on Saturday, September 26, 2026, from 10:00 AM to 11:00 AM at Market Street Mission, 336 Broadway, Paterson, NJ 07501. Volunteers are needed for prayer, handing out food, and more. This event aims to provide food and support to the community in need. For more details, visit their website.</w:t>
      </w:r>
      <w:r/>
    </w:p>
    <w:p>
      <w:pPr>
        <w:pStyle w:val="ListNumber"/>
        <w:spacing w:line="240" w:lineRule="auto"/>
        <w:ind w:left="720"/>
      </w:pPr>
      <w:r/>
      <w:hyperlink r:id="rId11">
        <w:r>
          <w:rPr>
            <w:color w:val="0000EE"/>
            <w:u w:val="single"/>
          </w:rPr>
          <w:t>https://nysum.org/ministry-packages/christmas-compassion/</w:t>
        </w:r>
      </w:hyperlink>
      <w:r>
        <w:t xml:space="preserve"> - The New York School of Urban Ministry (NYSUM) offers the 'Christmas Compassion' outreach, a city-wide urban ministry in New York City that shares the love of Jesus through practical service, joyful celebration, and intentional evangelism during the Christmas season. The 2026 events are scheduled for December 4-6 and December 11-16, with options for 2-night and 5-night stays. Volunteers partner with local churches, ministries, and family shelters to serve children, families, and individuals experiencing homelessness. More information is available on their website.</w:t>
      </w:r>
      <w:r/>
    </w:p>
    <w:p>
      <w:pPr>
        <w:pStyle w:val="ListNumber"/>
        <w:spacing w:line="240" w:lineRule="auto"/>
        <w:ind w:left="720"/>
      </w:pPr>
      <w:r/>
      <w:hyperlink r:id="rId14">
        <w:r>
          <w:rPr>
            <w:color w:val="0000EE"/>
            <w:u w:val="single"/>
          </w:rPr>
          <w:t>https://nysum.org/ministry-packages/operation-drumstick-thanksgiving-outreach/</w:t>
        </w:r>
      </w:hyperlink>
      <w:r>
        <w:t xml:space="preserve"> - NYSUM's 'Operation Drumstick' is a large-scale urban ministry outreach in New York City that shares the love of Jesus by serving thousands of individuals and families with full Thanksgiving meals. The 2026 events are scheduled for November 6-8 and November 13-15, with options for 2-night stays. Volunteers help distribute traditional holiday dinners to approximately 3,000 people in need across NYC. For more details, visit their website.</w:t>
      </w:r>
      <w:r/>
    </w:p>
    <w:p>
      <w:pPr>
        <w:pStyle w:val="ListNumber"/>
        <w:spacing w:line="240" w:lineRule="auto"/>
        <w:ind w:left="720"/>
      </w:pPr>
      <w:r/>
      <w:hyperlink r:id="rId13">
        <w:r>
          <w:rPr>
            <w:color w:val="0000EE"/>
            <w:u w:val="single"/>
          </w:rPr>
          <w:t>https://www.mahasanghanyc.com/</w:t>
        </w:r>
      </w:hyperlink>
      <w:r>
        <w:t xml:space="preserve"> - Mahasangha NYC is organising a 'Day of Remembering Our Interdependence' on July 12, 2026, in New York City. This Buddhist-led, inter-faith day-long practice and pilgrimage includes sitting and walking meditation, chanting, and ceremonies for everyone's safety and protection. The day culminates in a joyful gathering with songs, poetry, movement, and food. All are welcome to join the entire five-borough pilgrimage or parts of it. More information is available on their website.</w:t>
      </w:r>
      <w:r/>
    </w:p>
    <w:p>
      <w:pPr>
        <w:pStyle w:val="ListNumber"/>
        <w:spacing w:line="240" w:lineRule="auto"/>
        <w:ind w:left="720"/>
      </w:pPr>
      <w:r/>
      <w:hyperlink r:id="rId15">
        <w:r>
          <w:rPr>
            <w:color w:val="0000EE"/>
            <w:u w:val="single"/>
          </w:rPr>
          <w:t>https://www.rescuealliance.nyc/dontwalkby</w:t>
        </w:r>
      </w:hyperlink>
      <w:r>
        <w:t xml:space="preserve"> - Rescue Alliance is hosting 'Don’t Walk By 2026' on Saturday, February 28, 2026, at The Salvation Army, 120 West 14th Street, New York City. This annual winter outreach connects unhoused and hungry neighbours to hot meals, winter resources, health services, shelter, and more. Volunteers from different churches gather to serve on street teams or as on-site support to reach neighbours living on the streets. For more details, visit their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reach.faith/2026/07/outreach-to-host-regional-prayer-service-in-new-york-city-september-26/" TargetMode="External"/><Relationship Id="rId10" Type="http://schemas.openxmlformats.org/officeDocument/2006/relationships/hyperlink" Target="https://www.lifecenternyc.com/events/love-manhattan-a-24-hour-burn-and-outreach" TargetMode="External"/><Relationship Id="rId11" Type="http://schemas.openxmlformats.org/officeDocument/2006/relationships/hyperlink" Target="https://nysum.org/ministry-packages/christmas-compassion/" TargetMode="External"/><Relationship Id="rId12" Type="http://schemas.openxmlformats.org/officeDocument/2006/relationships/hyperlink" Target="https://www.metrochurchnj.com/calendar/paterson-clothing-outreach-sept-2026" TargetMode="External"/><Relationship Id="rId13" Type="http://schemas.openxmlformats.org/officeDocument/2006/relationships/hyperlink" Target="https://www.mahasanghanyc.com/" TargetMode="External"/><Relationship Id="rId14" Type="http://schemas.openxmlformats.org/officeDocument/2006/relationships/hyperlink" Target="https://nysum.org/ministry-packages/operation-drumstick-thanksgiving-outreach/" TargetMode="External"/><Relationship Id="rId15" Type="http://schemas.openxmlformats.org/officeDocument/2006/relationships/hyperlink" Target="https://www.rescuealliance.nyc/dontwalkb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