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PowerPoint Dating: Love at First Slide in Cologne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friends pitch you on stage instead of swiping , Cologne’s queer “Love at First Slide” brought laughter, honesty and real conversation to Ehrenfeld, showing why offline dating still matters for LGBTQIA+ singles.</w:t>
      </w:r>
      <w:r/>
      <w:r/>
    </w:p>
    <w:p>
      <w:pPr>
        <w:pStyle w:val="ListBullet"/>
        <w:spacing w:line="240" w:lineRule="auto"/>
        <w:ind w:left="720"/>
      </w:pPr>
      <w:r/>
      <w:r>
        <w:rPr>
          <w:b/>
        </w:rPr>
        <w:t>Live, not algorithmic:</w:t>
      </w:r>
      <w:r>
        <w:t xml:space="preserve"> Friends present singles in six-minute pitches, creating immediate chemistry and a lively, human atmosphere. </w:t>
      </w:r>
      <w:r/>
    </w:p>
    <w:p>
      <w:pPr>
        <w:pStyle w:val="ListBullet"/>
        <w:spacing w:line="240" w:lineRule="auto"/>
        <w:ind w:left="720"/>
      </w:pPr>
      <w:r/>
      <w:r>
        <w:rPr>
          <w:b/>
        </w:rPr>
        <w:t>Emotional and political:</w:t>
      </w:r>
      <w:r>
        <w:t xml:space="preserve"> The night mixed flirtation with a poignant minute’s silence for victims of the Berlin CSD attack; the mood was both joyful and serious. </w:t>
      </w:r>
      <w:r/>
    </w:p>
    <w:p>
      <w:pPr>
        <w:pStyle w:val="ListBullet"/>
        <w:spacing w:line="240" w:lineRule="auto"/>
        <w:ind w:left="720"/>
      </w:pPr>
      <w:r/>
      <w:r>
        <w:rPr>
          <w:b/>
        </w:rPr>
        <w:t>Varied styles:</w:t>
      </w:r>
      <w:r>
        <w:t xml:space="preserve"> Presentations ranged from flamboyant praise to brutally funny truth-telling, with visual slides and sometimes awkward home videos. </w:t>
      </w:r>
      <w:r/>
    </w:p>
    <w:p>
      <w:pPr>
        <w:pStyle w:val="ListBullet"/>
        <w:spacing w:line="240" w:lineRule="auto"/>
        <w:ind w:left="720"/>
      </w:pPr>
      <w:r/>
      <w:r>
        <w:rPr>
          <w:b/>
        </w:rPr>
        <w:t>Easy to meet people:</w:t>
      </w:r>
      <w:r>
        <w:t xml:space="preserve"> After the stage sets, a bar-night made it simple to follow up , the environment felt approachable and relaxed. </w:t>
      </w:r>
      <w:r/>
    </w:p>
    <w:p>
      <w:pPr>
        <w:pStyle w:val="ListBullet"/>
        <w:spacing w:line="240" w:lineRule="auto"/>
        <w:ind w:left="720"/>
      </w:pPr>
      <w:r/>
      <w:r>
        <w:rPr>
          <w:b/>
        </w:rPr>
        <w:t>Visibility matters:</w:t>
      </w:r>
      <w:r>
        <w:t xml:space="preserve"> The event emphasised queer presence and safety, with attendees saying such spaces still feel essential.</w:t>
      </w:r>
      <w:r/>
      <w:r/>
    </w:p>
    <w:p>
      <w:pPr>
        <w:pStyle w:val="Heading2"/>
      </w:pPr>
      <w:r>
        <w:t>Live pitches beat endless swiping , the hook everyone felt</w:t>
      </w:r>
      <w:r/>
    </w:p>
    <w:p>
      <w:r/>
      <w:r>
        <w:t>The strongest thing about Love at First Slide is how immediate everything is: you hear someone else explain your mate’s best bits, you see a picture or two, and you either laugh or lean in. According to event pages and listings, the format pairs one or two friends with a six‑minute onstage slot to pitch a single friend, so you get personality, quirks and a few embarrassing clips all at once. It’s theatrical and intimate, and that mix makes people drop the small talk and actually connect.</w:t>
      </w:r>
      <w:r/>
    </w:p>
    <w:p>
      <w:pPr>
        <w:pStyle w:val="Heading2"/>
      </w:pPr>
      <w:r>
        <w:t>Why the queer edition matters , visibility, politics and safety</w:t>
      </w:r>
      <w:r/>
    </w:p>
    <w:p>
      <w:r/>
      <w:r>
        <w:t>Organisers framed the evening as more than dating. In Cologne the night opened with a quiet, solemn pause for the victims of the Berlin CSD attack, which set a clear tone: celebration and activism can coexist. Drag performer and host Roxy Rex reminded audiences that drag is political and being visible is an act of resistance. For many attendees, especially those worried about safety or tired of online hostility, meeting face to face felt like reclaiming social space.</w:t>
      </w:r>
      <w:r/>
    </w:p>
    <w:p>
      <w:pPr>
        <w:pStyle w:val="Heading2"/>
      </w:pPr>
      <w:r>
        <w:t>The pitches themselves , from love songs to brutal honesty</w:t>
      </w:r>
      <w:r/>
    </w:p>
    <w:p>
      <w:r/>
      <w:r>
        <w:t>Presentations ran the whole emotional spectrum. Some friends built elaborate narratives, analysing characters almost like literature; others embraced a cheeky roast style, showing supposedly embarrassing photos and videos for comic effect. Event listings and local reports show the format’s flexibility , you can go poetic, goofy or brutally honest. If you’re considering going, think about what you want from a pitch: sincere charm lands differently than self‑deprecating comedy.</w:t>
      </w:r>
      <w:r/>
    </w:p>
    <w:p>
      <w:pPr>
        <w:pStyle w:val="Heading2"/>
      </w:pPr>
      <w:r>
        <w:t>Real conversations, quick chemistry , why people prefer it to apps</w:t>
      </w:r>
      <w:r/>
    </w:p>
    <w:p>
      <w:r/>
      <w:r>
        <w:t>One visitor said she came to nudge herself out of a comfort zone; another noted that dating apps often leave you “ghosted,” while live events make responses immediate. The appeal is simple: you perceive whole people, not just curated squares. After the stage slots, the venue becomes a low‑pressure social space where it’s easy to start a chat. If you’re someone who hates endless messaging, this is a shortcut to meeting people who already come with a human endorsement.</w:t>
      </w:r>
      <w:r/>
    </w:p>
    <w:p>
      <w:pPr>
        <w:pStyle w:val="Heading2"/>
      </w:pPr>
      <w:r>
        <w:t>Practical tips if you want to try it , pitch prep and etiquette</w:t>
      </w:r>
      <w:r/>
    </w:p>
    <w:p>
      <w:r/>
      <w:r>
        <w:t>If you’re bringing a friend to pitch someone, keep it genuine: highlight passions, truthful quirks and stories that spark follow‑up questions. For singles who might be onstage, pick a friend who knows your boundaries , humour is great, but consent about what photos or jokes are OK matters. When attending, listen first and approach afterward; a short reference to the pitch makes for a natural opener. Check venue pages for ticketing, age policies and any accessibility info before you go.</w:t>
      </w:r>
      <w:r/>
    </w:p>
    <w:p>
      <w:r/>
      <w:r>
        <w:t>It's a small change that makes meeting people feel human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[7]</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https://www.ksta.de/koeln/koeln-love-at-first-slide-queer-edition-dating-fuer-lgbtqia-singles-1336876</w:t>
        </w:r>
      </w:hyperlink>
      <w:r>
        <w:t xml:space="preserve"> - Please view link - unable to able to access data</w:t>
      </w:r>
      <w:r/>
    </w:p>
    <w:p>
      <w:pPr>
        <w:pStyle w:val="ListNumber"/>
        <w:spacing w:line="240" w:lineRule="auto"/>
        <w:ind w:left="720"/>
      </w:pPr>
      <w:r/>
      <w:hyperlink r:id="rId9">
        <w:r>
          <w:rPr>
            <w:color w:val="0000EE"/>
            <w:u w:val="single"/>
          </w:rPr>
          <w:t>https://www.ksta.de/koeln/koeln-love-at-first-slide-queer-edition-dating-fuer-lgbtqia-singles-1336876</w:t>
        </w:r>
      </w:hyperlink>
      <w:r>
        <w:t xml:space="preserve"> - The article discusses the 'Love at First Slide' queer edition event held at Bumann &amp; Sohn in Cologne, organised by 'Rausgegangen'. This unique dating event allows friends to present their single friends through six-minute PowerPoint presentations, highlighting their qualities and quirks. The event aims to move away from traditional online dating methods, offering a more personal and engaging experience. Attendees also participate in speed dating rounds and enjoy a bar night with music and drinks, fostering connections in a lively atmosphere.</w:t>
      </w:r>
      <w:r/>
    </w:p>
    <w:p>
      <w:pPr>
        <w:pStyle w:val="ListNumber"/>
        <w:spacing w:line="240" w:lineRule="auto"/>
        <w:ind w:left="720"/>
      </w:pPr>
      <w:r/>
      <w:hyperlink r:id="rId12">
        <w:r>
          <w:rPr>
            <w:color w:val="0000EE"/>
            <w:u w:val="single"/>
          </w:rPr>
          <w:t>https://www.bumannundsohn.de/programm/2025/2026/02/23/loveatfirstslidequeeredition</w:t>
        </w:r>
      </w:hyperlink>
      <w:r>
        <w:t xml:space="preserve"> - Bumann &amp; Sohn's official event page for the 'Love at First Slide' queer edition, scheduled for February 23, 2026. The event invites attendees to experience dating in a humorous and charming way, with friends presenting their single friends through six-minute PowerPoint presentations. The evening includes speed dating rounds and a bar night with music and drinks, aiming to provide a refreshing alternative to traditional dating apps.</w:t>
      </w:r>
      <w:r/>
    </w:p>
    <w:p>
      <w:pPr>
        <w:pStyle w:val="ListNumber"/>
        <w:spacing w:line="240" w:lineRule="auto"/>
        <w:ind w:left="720"/>
      </w:pPr>
      <w:r/>
      <w:hyperlink r:id="rId14">
        <w:r>
          <w:rPr>
            <w:color w:val="0000EE"/>
            <w:u w:val="single"/>
          </w:rPr>
          <w:t>https://www.bumannundsohn.de/programm/2026/6/2/loveatfirstslidequeerflintaedition</w:t>
        </w:r>
      </w:hyperlink>
      <w:r>
        <w:t xml:space="preserve"> - Bumann &amp; Sohn's official event page for the 'Love at First Slide' queer FLINTA</w:t>
      </w:r>
      <w:r>
        <w:rPr>
          <w:i/>
        </w:rPr>
        <w:t xml:space="preserve"> edition, scheduled for June 2, 2026. This edition specifically targets queer FLINTA</w:t>
      </w:r>
      <w:r>
        <w:t xml:space="preserve"> individuals (women, lesbians, intersex, non-binary, trans, and agender persons), offering a space for them to meet, present, and connect. The event features six-minute PowerPoint presentations by friends pitching their single friends, speed dating rounds, and a bar night with music and drinks.</w:t>
      </w:r>
      <w:r/>
    </w:p>
    <w:p>
      <w:pPr>
        <w:pStyle w:val="ListNumber"/>
        <w:spacing w:line="240" w:lineRule="auto"/>
        <w:ind w:left="720"/>
      </w:pPr>
      <w:r/>
      <w:hyperlink r:id="rId13">
        <w:r>
          <w:rPr>
            <w:color w:val="0000EE"/>
            <w:u w:val="single"/>
          </w:rPr>
          <w:t>https://www.thegayagenda.fyi/cologne/events/love-at-first-slide-queer-edition-koln-power-point-dating-by-rausgegangen-mar-31-2026/</w:t>
        </w:r>
      </w:hyperlink>
      <w:r>
        <w:t xml:space="preserve"> - An event listing for the 'Love at First Slide' queer edition in Cologne, organised by 'Rausgegangen', taking place on March 31, 2026. The event features friends presenting their single friends through short, humorous PowerPoint presentations, followed by speed dating and a bar evening. Aimed at individuals aged 18-35, the event offers a refreshing alternative to traditional dating apps, with the main language being German, but presentations can be in English.</w:t>
      </w:r>
      <w:r/>
    </w:p>
    <w:p>
      <w:pPr>
        <w:pStyle w:val="ListNumber"/>
        <w:spacing w:line="240" w:lineRule="auto"/>
        <w:ind w:left="720"/>
      </w:pPr>
      <w:r/>
      <w:hyperlink r:id="rId10">
        <w:r>
          <w:rPr>
            <w:color w:val="0000EE"/>
            <w:u w:val="single"/>
          </w:rPr>
          <w:t>https://rausgegangen.de/en/events/love-at-first-slide-queer-edition-koln-power-point-dating-by-5/</w:t>
        </w:r>
      </w:hyperlink>
      <w:r>
        <w:t xml:space="preserve"> - An event listing for the 'Love at First Slide' queer edition in Cologne, organised by 'Rausgegangen', scheduled for June 2, 2026. The event brings dating to the stage with friends presenting their favourite single friends through short PowerPoint presentations. After the pitches, attendees can discover new encounters at speed dating and a bar evening. The event is primarily aimed at individuals aged 18-35, with the main language being German, but presentations can be in English.</w:t>
      </w:r>
      <w:r/>
    </w:p>
    <w:p>
      <w:pPr>
        <w:pStyle w:val="ListNumber"/>
        <w:spacing w:line="240" w:lineRule="auto"/>
        <w:ind w:left="720"/>
      </w:pPr>
      <w:r/>
      <w:hyperlink r:id="rId11">
        <w:r>
          <w:rPr>
            <w:color w:val="0000EE"/>
            <w:u w:val="single"/>
          </w:rPr>
          <w:t>https://rausgegangen.de/en/events/love-at-first-slide-queer-edition-koln-power-point-dating-by-7/</w:t>
        </w:r>
      </w:hyperlink>
      <w:r>
        <w:t xml:space="preserve"> - An event listing for the 'Love at First Slide' queer edition in Cologne, organised by 'Rausgegangen', scheduled for September 29, 2026. The event features friends presenting their favourite single friends through short PowerPoint presentations, followed by speed dating and a bar evening. Aimed at individuals aged 18-35, the event offers a refreshing alternative to traditional dating apps, with the main language being German, but presentations can be in English.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koeln/koeln-love-at-first-slide-queer-edition-dating-fuer-lgbtqia-singles-1336876" TargetMode="External"/><Relationship Id="rId10" Type="http://schemas.openxmlformats.org/officeDocument/2006/relationships/hyperlink" Target="https://rausgegangen.de/en/events/love-at-first-slide-queer-edition-koln-power-point-dating-by-5/" TargetMode="External"/><Relationship Id="rId11" Type="http://schemas.openxmlformats.org/officeDocument/2006/relationships/hyperlink" Target="https://rausgegangen.de/en/events/love-at-first-slide-queer-edition-koln-power-point-dating-by-7/" TargetMode="External"/><Relationship Id="rId12" Type="http://schemas.openxmlformats.org/officeDocument/2006/relationships/hyperlink" Target="https://www.bumannundsohn.de/programm/2025/2026/02/23/loveatfirstslidequeeredition" TargetMode="External"/><Relationship Id="rId13" Type="http://schemas.openxmlformats.org/officeDocument/2006/relationships/hyperlink" Target="https://www.thegayagenda.fyi/cologne/events/love-at-first-slide-queer-edition-koln-power-point-dating-by-rausgegangen-mar-31-2026/" TargetMode="External"/><Relationship Id="rId14" Type="http://schemas.openxmlformats.org/officeDocument/2006/relationships/hyperlink" Target="https://www.bumannundsohn.de/programm/2026/6/2/loveatfirstslidequeerflintaed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