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PrideFête 2026 Guide: Why This LGBTQ+ Caribbean Festival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alike are turning out: PrideFête returns Saturday 8 August in Wilton Manors, bringing Caribbean heat, music and community for the festival’s 5th anniversary , a rare, needed safe space where queer Caribbean culture can be celebrated in full colour and freedom.</w:t>
      </w:r>
      <w:r/>
      <w:r/>
    </w:p>
    <w:p>
      <w:pPr>
        <w:pStyle w:val="ListBullet"/>
        <w:spacing w:line="240" w:lineRule="auto"/>
        <w:ind w:left="720"/>
      </w:pPr>
      <w:r/>
      <w:r>
        <w:rPr>
          <w:b/>
        </w:rPr>
        <w:t>What it is:</w:t>
      </w:r>
      <w:r>
        <w:t xml:space="preserve"> A unique LGBTQ+ Caribbean festival mixing Carnival vibes with Pride, held in Wilton Manors, Florida, on 8 August, 6–11pm.</w:t>
      </w:r>
      <w:r/>
    </w:p>
    <w:p>
      <w:pPr>
        <w:pStyle w:val="ListBullet"/>
        <w:spacing w:line="240" w:lineRule="auto"/>
        <w:ind w:left="720"/>
      </w:pPr>
      <w:r/>
      <w:r>
        <w:rPr>
          <w:b/>
        </w:rPr>
        <w:t>Atmosphere:</w:t>
      </w:r>
      <w:r>
        <w:t xml:space="preserve"> Expect bright feathers, glittering gems, sultry dance and a warm, communal energy , think hot, humid and unapologetically festive.</w:t>
      </w:r>
      <w:r/>
    </w:p>
    <w:p>
      <w:pPr>
        <w:pStyle w:val="ListBullet"/>
        <w:spacing w:line="240" w:lineRule="auto"/>
        <w:ind w:left="720"/>
      </w:pPr>
      <w:r/>
      <w:r>
        <w:rPr>
          <w:b/>
        </w:rPr>
        <w:t>Highlights:</w:t>
      </w:r>
      <w:r>
        <w:t xml:space="preserve"> Mini-carnival parade with drummers and masqueraders, Karnival Bounce dance troupe, and the first-ever PrideFête Steel Pan Band.</w:t>
      </w:r>
      <w:r/>
    </w:p>
    <w:p>
      <w:pPr>
        <w:pStyle w:val="ListBullet"/>
        <w:spacing w:line="240" w:lineRule="auto"/>
        <w:ind w:left="720"/>
      </w:pPr>
      <w:r/>
      <w:r>
        <w:rPr>
          <w:b/>
        </w:rPr>
        <w:t>Practical:</w:t>
      </w:r>
      <w:r>
        <w:t xml:space="preserve"> Presale tickets and details at the official site; dress for Florida heat and carnival style, and plan for an outdoor evening crowd.</w:t>
      </w:r>
      <w:r/>
      <w:r/>
    </w:p>
    <w:p>
      <w:pPr>
        <w:pStyle w:val="Heading2"/>
      </w:pPr>
      <w:r>
        <w:t>A Carnival-meets-Pride celebration , what to expect</w:t>
      </w:r>
      <w:r/>
    </w:p>
    <w:p>
      <w:r/>
      <w:r>
        <w:t>Walk into PrideFête and you’ll feel like you’ve stepped into a Caribbean street party with a Pride banner overhead, warm air full of music and the smell of festival food. The event blends the theatricality of carnival , feathers, body paint, sequins , with the openness of Pride, so it’s both a spectacle and a sanctuary. According to the event organisers, the tiny-but-mighty festival leans hard into visibility and joy, which makes for high-energy performances and plenty of photo moments.</w:t>
      </w:r>
      <w:r/>
    </w:p>
    <w:p>
      <w:r/>
      <w:r>
        <w:t>This year’s return includes familiar Carnival elements alongside new touches, notably a Steel Pan Band and the Karnival Bounce troupe. If you love percussion-driven rhythms and call-and-response dancing, you’ll be in your element. Bring lightweight layers, sunscreen and a sense of play.</w:t>
      </w:r>
      <w:r/>
    </w:p>
    <w:p>
      <w:pPr>
        <w:pStyle w:val="Heading2"/>
      </w:pPr>
      <w:r>
        <w:t>Why the festival still matters , history and necessity</w:t>
      </w:r>
      <w:r/>
    </w:p>
    <w:p>
      <w:r/>
      <w:r>
        <w:t>PrideFête has become more than a party; it’s a refuge. Caribbean cultures worldwide are rich in music, dance and costume, yet many queer Caribbean people face hostility at home. PrideFête’s organisers stress that the festival exists because there’s nowhere else like it in the United States , a place where Caribbean identity and queer identity aren’t forced to choose. That social function gives the event an emotional charge: it’s celebratory and protective at once.</w:t>
      </w:r>
      <w:r/>
    </w:p>
    <w:p>
      <w:r/>
      <w:r>
        <w:t>For those who’ve attended previous years, the difference is tangible , people move more freely, couples dance without looking over their shoulders, and the food and music are celebrated without apology. That’s what keeps people returning year after year.</w:t>
      </w:r>
      <w:r/>
    </w:p>
    <w:p>
      <w:pPr>
        <w:pStyle w:val="Heading2"/>
      </w:pPr>
      <w:r>
        <w:t>The highlights you shouldn’t miss</w:t>
      </w:r>
      <w:r/>
    </w:p>
    <w:p>
      <w:r/>
      <w:r>
        <w:t>The mini-carnival parade is the heartbeat of PrideFête, with masqueraders in ornate, barely-there costumes and drumming that pulses through the park. Karnival Bounce, a local dance group known for inventive attire and choreography, promises lively participation and crowd interaction. New this year, the Steel Pan Band adds a melodic Caribbean signature that lifts the whole night.</w:t>
      </w:r>
      <w:r/>
    </w:p>
    <w:p>
      <w:r/>
      <w:r>
        <w:t>If you want a front-row view, arrive early: the best vantage points and cooler spots fill fast. And bring cash or a contactless card for food stalls , festival eats are part of the experience, from spicy street food to sweet treats.</w:t>
      </w:r>
      <w:r/>
    </w:p>
    <w:p>
      <w:pPr>
        <w:pStyle w:val="Heading2"/>
      </w:pPr>
      <w:r>
        <w:t>How to prepare , practical tips for a smoother night</w:t>
      </w:r>
      <w:r/>
    </w:p>
    <w:p>
      <w:r/>
      <w:r>
        <w:t>Dress for heat and movement , breathable fabrics, comfortable shoes, and carnival-friendly accessories like fans or hats. Hydrate before you arrive and take advantage of any shaded areas during the evening; Florida humidity can sneak up on you. If you’re planning to photograph, pack a small power bank and be considerate when photographing performers , ask before close-up shots.</w:t>
      </w:r>
      <w:r/>
    </w:p>
    <w:p>
      <w:r/>
      <w:r>
        <w:t>For newcomers, know that PrideFête operates as a safe-space event: expect inclusive signage and staff who can help if you need assistance. Presale tickets are available via the festival’s website, which is the best way to guarantee entry.</w:t>
      </w:r>
      <w:r/>
    </w:p>
    <w:p>
      <w:pPr>
        <w:pStyle w:val="Heading2"/>
      </w:pPr>
      <w:r>
        <w:t>Looking ahead , growth, inclusion and the festival’s future</w:t>
      </w:r>
      <w:r/>
    </w:p>
    <w:p>
      <w:r/>
      <w:r>
        <w:t>As PrideFête celebrates five years, organisers and attendees alike are thinking about sustainability and expansion. There’s appetite for more programming and deeper cultural curation, while keeping the festival intimate and community-focused. That balance will be the challenge: growing reach without losing the safe-space feeling that defines it.</w:t>
      </w:r>
      <w:r/>
    </w:p>
    <w:p>
      <w:r/>
      <w:r>
        <w:t>Attending PrideFête feels like joining a tradition that’s still being written , an annual pause where Caribbean queer culture is both performed and protected. And for many, that’s reason enough to come back.</w:t>
      </w:r>
      <w:r/>
    </w:p>
    <w:p>
      <w:r/>
      <w:r>
        <w:t>It's a small change that can make every celebration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https://hotspotsmagazine.com/2026/07/29/pridefete-5-years-strong/?utm_source=rss&amp;utm_medium=rss&amp;utm_campaign=pridefete-5-years-strong</w:t>
        </w:r>
      </w:hyperlink>
      <w:r>
        <w:t xml:space="preserve"> - Please view link - unable to able to access data</w:t>
      </w:r>
      <w:r/>
    </w:p>
    <w:p>
      <w:pPr>
        <w:pStyle w:val="ListNumber"/>
        <w:spacing w:line="240" w:lineRule="auto"/>
        <w:ind w:left="720"/>
      </w:pPr>
      <w:r/>
      <w:hyperlink r:id="rId10">
        <w:r>
          <w:rPr>
            <w:color w:val="0000EE"/>
            <w:u w:val="single"/>
          </w:rPr>
          <w:t>https://hotspots.lgbt/pridefete2026/</w:t>
        </w:r>
      </w:hyperlink>
      <w:r>
        <w:t xml:space="preserve"> - PrideFête is Florida's only LGBTQ+ Caribbean festival, attracting over 1,000 attendees annually. The 2026 event is scheduled for August 8 at Richardson Historic Park &amp; Nature Preserve in Wilton Manors, FL. The festival offers sponsorship opportunities, vendor participation, and showcases photos from previous years. For more information, visit their official website.</w:t>
      </w:r>
      <w:r/>
    </w:p>
    <w:p>
      <w:pPr>
        <w:pStyle w:val="ListNumber"/>
        <w:spacing w:line="240" w:lineRule="auto"/>
        <w:ind w:left="720"/>
      </w:pPr>
      <w:r/>
      <w:hyperlink r:id="rId11">
        <w:r>
          <w:rPr>
            <w:color w:val="0000EE"/>
            <w:u w:val="single"/>
          </w:rPr>
          <w:t>https://pridefete.lgbt/</w:t>
        </w:r>
      </w:hyperlink>
      <w:r>
        <w:t xml:space="preserve"> - PrideFête celebrates Caribbean culture in a safe space for the LGBTQ+ community and allies. The 2026 festival is set for August at Richardson Historic Park &amp; Nature Preserve in Wilton Manors, FL. The website provides details on sponsorships, vendor applications, and photo galleries from past events. For inquiries, contact [email protected].</w:t>
      </w:r>
      <w:r/>
    </w:p>
    <w:p>
      <w:pPr>
        <w:pStyle w:val="ListNumber"/>
        <w:spacing w:line="240" w:lineRule="auto"/>
        <w:ind w:left="720"/>
      </w:pPr>
      <w:r/>
      <w:hyperlink r:id="rId13">
        <w:r>
          <w:rPr>
            <w:color w:val="0000EE"/>
            <w:u w:val="single"/>
          </w:rPr>
          <w:t>https://www.staminafestival.com/</w:t>
        </w:r>
      </w:hyperlink>
      <w:r>
        <w:t xml:space="preserve"> - STAMINA 2026: The Royal Era is a queer Caribbean festival curated by Out N Bad, taking place over Labor Day weekend (September 4-6, 2026) in New York City. The event features music, food, community, and culture, with individual tickets available for various events. For more details, visit their official website.</w:t>
      </w:r>
      <w:r/>
    </w:p>
    <w:p>
      <w:pPr>
        <w:pStyle w:val="ListNumber"/>
        <w:spacing w:line="240" w:lineRule="auto"/>
        <w:ind w:left="720"/>
      </w:pPr>
      <w:r/>
      <w:hyperlink r:id="rId14">
        <w:r>
          <w:rPr>
            <w:color w:val="0000EE"/>
            <w:u w:val="single"/>
          </w:rPr>
          <w:t>https://kokofest.org/</w:t>
        </w:r>
      </w:hyperlink>
      <w:r>
        <w:t xml:space="preserve"> - KokoFest 2026 is a high-end Caribbean cultural festival held on July 25, 2026, at Brooklyn Navy Yard. The event offers a curated day of Caribbean culture on the Brooklyn waterfront, featuring music, food, and community engagement. For more information, visit their official website.</w:t>
      </w:r>
      <w:r/>
    </w:p>
    <w:p>
      <w:pPr>
        <w:pStyle w:val="ListNumber"/>
        <w:spacing w:line="240" w:lineRule="auto"/>
        <w:ind w:left="720"/>
      </w:pPr>
      <w:r/>
      <w:hyperlink r:id="rId12">
        <w:r>
          <w:rPr>
            <w:color w:val="0000EE"/>
            <w:u w:val="single"/>
          </w:rPr>
          <w:t>https://pride.amsterdam/en/event/queer-caribbean-party/</w:t>
        </w:r>
      </w:hyperlink>
      <w:r>
        <w:t xml:space="preserve"> - The Queer Caribbean Party is part of WorldPride Amsterdam 2026, taking place from July 30 to August 2, 2026. The event includes a pre-Pride party, Caribbean live experience, and a Caribbean Fête, featuring music genres like Dancehall, Soca, Dembow, Bachata, and Merengue. For more details, visit their official website.</w:t>
      </w:r>
      <w:r/>
    </w:p>
    <w:p>
      <w:pPr>
        <w:pStyle w:val="ListNumber"/>
        <w:spacing w:line="240" w:lineRule="auto"/>
        <w:ind w:left="720"/>
      </w:pPr>
      <w:r/>
      <w:hyperlink r:id="rId15">
        <w:r>
          <w:rPr>
            <w:color w:val="0000EE"/>
            <w:u w:val="single"/>
          </w:rPr>
          <w:t>https://www.capitalpride.org/the-capital-pride-alliance-announces-the-2026-celebration-theme/</w:t>
        </w:r>
      </w:hyperlink>
      <w:r>
        <w:t xml:space="preserve"> - The Capital Pride Alliance announced its 2026 theme, 'Exist. Resist. Have the Audacity!', affirming the presence, resilience, and courage of LGBTQ+ people worldwide. The theme calls on the community to live loudly and proudly, stand firm against injustice, and embody collective strength. For more information, visit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7/29/pridefete-5-years-strong/?utm_source=rss&amp;utm_medium=rss&amp;utm_campaign=pridefete-5-years-strong" TargetMode="External"/><Relationship Id="rId10" Type="http://schemas.openxmlformats.org/officeDocument/2006/relationships/hyperlink" Target="https://hotspots.lgbt/pridefete2026/" TargetMode="External"/><Relationship Id="rId11" Type="http://schemas.openxmlformats.org/officeDocument/2006/relationships/hyperlink" Target="https://pridefete.lgbt/" TargetMode="External"/><Relationship Id="rId12" Type="http://schemas.openxmlformats.org/officeDocument/2006/relationships/hyperlink" Target="https://pride.amsterdam/en/event/queer-caribbean-party/" TargetMode="External"/><Relationship Id="rId13" Type="http://schemas.openxmlformats.org/officeDocument/2006/relationships/hyperlink" Target="https://www.staminafestival.com/" TargetMode="External"/><Relationship Id="rId14" Type="http://schemas.openxmlformats.org/officeDocument/2006/relationships/hyperlink" Target="https://kokofest.org/" TargetMode="External"/><Relationship Id="rId15" Type="http://schemas.openxmlformats.org/officeDocument/2006/relationships/hyperlink" Target="https://www.capitalpride.org/the-capital-pride-alliance-announces-the-2026-celebration-th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