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Walk Timing for Hoorn: Why Organisers Moved the Route to October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have noticed a change: Hoorn’s Pride Walk will no longer march alongside the summer funfair. Organisers say moving the parade to Regenboogweek in October around Coming Out Day aims to boost safety, comfort and the parade’s message, while Roze Maandag at the kermis carries on.</w:t>
      </w:r>
      <w:r/>
    </w:p>
    <w:p>
      <w:r/>
      <w:r>
        <w:t>Essential Takeaways</w:t>
      </w:r>
      <w:r/>
      <w:r/>
    </w:p>
    <w:p>
      <w:pPr>
        <w:pStyle w:val="ListBullet"/>
        <w:spacing w:line="240" w:lineRule="auto"/>
        <w:ind w:left="720"/>
      </w:pPr>
      <w:r/>
      <w:r>
        <w:rPr>
          <w:b/>
        </w:rPr>
        <w:t>New timing:</w:t>
      </w:r>
      <w:r>
        <w:t xml:space="preserve"> The Pride Walk in Hoorn will be held during Regenboogweek in October, centred on Coming Out Day (11 October).</w:t>
      </w:r>
      <w:r/>
    </w:p>
    <w:p>
      <w:pPr>
        <w:pStyle w:val="ListBullet"/>
        <w:spacing w:line="240" w:lineRule="auto"/>
        <w:ind w:left="720"/>
      </w:pPr>
      <w:r/>
      <w:r>
        <w:rPr>
          <w:b/>
        </w:rPr>
        <w:t>Safety first:</w:t>
      </w:r>
      <w:r>
        <w:t xml:space="preserve"> Officials cited participants’ sense of safety and preventing incidents as key reasons for the change.</w:t>
      </w:r>
      <w:r/>
    </w:p>
    <w:p>
      <w:pPr>
        <w:pStyle w:val="ListBullet"/>
        <w:spacing w:line="240" w:lineRule="auto"/>
        <w:ind w:left="720"/>
      </w:pPr>
      <w:r/>
      <w:r>
        <w:rPr>
          <w:b/>
        </w:rPr>
        <w:t>Kermis unchanged:</w:t>
      </w:r>
      <w:r>
        <w:t xml:space="preserve"> Roze Maandag on the funfair remains part of Hoorn’s calendar and will continue.</w:t>
      </w:r>
      <w:r/>
    </w:p>
    <w:p>
      <w:pPr>
        <w:pStyle w:val="ListBullet"/>
        <w:spacing w:line="240" w:lineRule="auto"/>
        <w:ind w:left="720"/>
      </w:pPr>
      <w:r/>
      <w:r>
        <w:rPr>
          <w:b/>
        </w:rPr>
        <w:t>Longstanding tradition:</w:t>
      </w:r>
      <w:r>
        <w:t xml:space="preserve"> The Pride Walk began in 2017 and has typically paraded on Roze Maandag during the kermis.</w:t>
      </w:r>
      <w:r/>
    </w:p>
    <w:p>
      <w:pPr>
        <w:pStyle w:val="ListBullet"/>
        <w:spacing w:line="240" w:lineRule="auto"/>
        <w:ind w:left="720"/>
      </w:pPr>
      <w:r/>
      <w:r>
        <w:rPr>
          <w:b/>
        </w:rPr>
        <w:t>Visible support:</w:t>
      </w:r>
      <w:r>
        <w:t xml:space="preserve"> Stewards and Roze in Blauw police-network representatives usually march to reassure participants.</w:t>
      </w:r>
      <w:r/>
      <w:r/>
    </w:p>
    <w:p>
      <w:pPr>
        <w:pStyle w:val="Heading2"/>
      </w:pPr>
      <w:r>
        <w:t>Why organisers decided to move the Pride Walk now</w:t>
      </w:r>
      <w:r/>
    </w:p>
    <w:p>
      <w:r/>
      <w:r>
        <w:t>The clearest fact is the change of scene: the parade will shift from a noisy summer kermis to a focused autumn Regenboogweek slot around Coming Out Day. That move grew out of concern that the fairground setting can make some participants feel exposed or less comfortable. It’s a practical switch, aimed at ensuring people actually feel safe while they take part.</w:t>
      </w:r>
      <w:r/>
    </w:p>
    <w:p>
      <w:r/>
      <w:r>
        <w:t>Organisers have fine-tuned the route in recent years to improve safety and accessibility, and stewards plus Roze in Blauw officers have always walked alongside the procession. But the council and Pride team now want to test whether a different setting might better match the parade’s purpose and atmosphere.</w:t>
      </w:r>
      <w:r/>
    </w:p>
    <w:p>
      <w:pPr>
        <w:pStyle w:val="Heading2"/>
      </w:pPr>
      <w:r>
        <w:t>What this means for Roze Maandag and festival culture</w:t>
      </w:r>
      <w:r/>
    </w:p>
    <w:p>
      <w:r/>
      <w:r>
        <w:t>Don’t expect the kermis to lose its pink energy. Local officials were at pains to say Roze Maandag will continue during the funfair, keeping the visible celebration on the fairgrounds. The difference is the distinction between a party moment and a rights-focused march, two complementary parts of Hoorn’s LGBTQ+ calendar.</w:t>
      </w:r>
      <w:r/>
    </w:p>
    <w:p>
      <w:r/>
      <w:r>
        <w:t>For townsfolk who enjoy the Carnival-style buzz of the kermis, nothing big is changing. For participants who want a quieter, more reflective march, the October timing should feel like a better fit.</w:t>
      </w:r>
      <w:r/>
    </w:p>
    <w:p>
      <w:pPr>
        <w:pStyle w:val="Heading2"/>
      </w:pPr>
      <w:r>
        <w:t>How the change aims to improve safety and comfort</w:t>
      </w:r>
      <w:r/>
    </w:p>
    <w:p>
      <w:r/>
      <w:r>
        <w:t>The council framed the move around preventing incidents and making people feel secure. That’s not empty talk: the Pride Walk has always included official stewards and members of Roze in Blauw, but context matters. A large, crowded funfair can be lively and unpredictable; a Regenboogweek procession can be planned with fewer conflicting activities and a calmer atmosphere.</w:t>
      </w:r>
      <w:r/>
    </w:p>
    <w:p>
      <w:r/>
      <w:r>
        <w:t>If you’re taking part, practical tips: pick a visible meeting point, travel with friends, and check organiser briefings for steward locations. Expect clearer routes and potentially better awareness from residents and services in October.</w:t>
      </w:r>
      <w:r/>
    </w:p>
    <w:p>
      <w:pPr>
        <w:pStyle w:val="Heading2"/>
      </w:pPr>
      <w:r>
        <w:t>The local history that led up to this moment</w:t>
      </w:r>
      <w:r/>
    </w:p>
    <w:p>
      <w:r/>
      <w:r>
        <w:t>Hoorn’s Pride Walk started in 2017 and quickly became an annual Roze Maandag fixture on the kermis. Over the years the event has acquired small traditions, like the town painting a Regenboogzebrapad or incorporating community messages, while adapting routes to suit safety needs. Those tweaks show organisers listen to participants, and this timing experiment is the latest example.</w:t>
      </w:r>
      <w:r/>
    </w:p>
    <w:p>
      <w:r/>
      <w:r>
        <w:t>There’s also a broader trend across towns to separate celebratory events from rights-focused demonstrations so both can thrive without diluting each other’s purpose.</w:t>
      </w:r>
      <w:r/>
    </w:p>
    <w:p>
      <w:pPr>
        <w:pStyle w:val="Heading2"/>
      </w:pPr>
      <w:r>
        <w:t>What to expect going forward and how you can take part</w:t>
      </w:r>
      <w:r/>
    </w:p>
    <w:p>
      <w:r/>
      <w:r>
        <w:t>Treat this year as a trial: organisers want to see if an October setting better serves the march’s tone. If you care about visibility and inclusion, show up either at the Roze Maandag festivities or the Pride Walk in October. Volunteers and stewards make these events work, so consider signing up if you can.</w:t>
      </w:r>
      <w:r/>
    </w:p>
    <w:p>
      <w:r/>
      <w:r>
        <w:t>And if you’re undecided, remember: moving a parade isn’t about losing pride, it’s about making room for more people to feel proud safely.</w:t>
      </w:r>
      <w:r/>
    </w:p>
    <w:p>
      <w:r/>
      <w:r>
        <w:t>It's a small change that could make every step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https://www.nd.nl/varia/varia/1325719/pride-walk-in-hoorn-verplaatst-vanwege-onveilig-gevoel-op-kermis</w:t>
        </w:r>
      </w:hyperlink>
      <w:r>
        <w:t xml:space="preserve"> - Please view link - unable to able to access data</w:t>
      </w:r>
      <w:r/>
    </w:p>
    <w:p>
      <w:pPr>
        <w:pStyle w:val="ListNumber"/>
        <w:spacing w:line="240" w:lineRule="auto"/>
        <w:ind w:left="720"/>
      </w:pPr>
      <w:r/>
      <w:hyperlink r:id="rId10">
        <w:r>
          <w:rPr>
            <w:color w:val="0000EE"/>
            <w:u w:val="single"/>
          </w:rPr>
          <w:t>https://www.inhoorn.nl/nieuws-in-hoorn/hoornse-pride-walk/</w:t>
        </w:r>
      </w:hyperlink>
      <w:r>
        <w:t xml:space="preserve"> - The inaugural Hoornse Pride Walk took place in August 2017, with over 60 participants carrying the official Rainbow Flag from Amsterdam Pride. The event also marked the opening of the Rainbow Zebra Crossing on Van Dedemstraat, a prominent location between the Dijklander Hospital and the transferium. This initiative underscores Hoorn's commitment to the acceptance of the LGBTQIA+ community, symbolised by the rainbow colours representing the diversity within the community. (</w:t>
      </w:r>
      <w:hyperlink r:id="rId15">
        <w:r>
          <w:rPr>
            <w:color w:val="0000EE"/>
            <w:u w:val="single"/>
          </w:rPr>
          <w:t>inhoorn.nl</w:t>
        </w:r>
      </w:hyperlink>
      <w:r>
        <w:t>)</w:t>
      </w:r>
      <w:r/>
    </w:p>
    <w:p>
      <w:pPr>
        <w:pStyle w:val="ListNumber"/>
        <w:spacing w:line="240" w:lineRule="auto"/>
        <w:ind w:left="720"/>
      </w:pPr>
      <w:r/>
      <w:hyperlink r:id="rId13">
        <w:r>
          <w:rPr>
            <w:color w:val="0000EE"/>
            <w:u w:val="single"/>
          </w:rPr>
          <w:t>https://onswestfriesland.nl/2017/gemeente-hoorn/regenboogzebrapad-wfg-en-pride-walk-met-roze-maandag-hoorn/</w:t>
        </w:r>
      </w:hyperlink>
      <w:r>
        <w:t xml:space="preserve"> - In August 2017, Hoorn celebrated its first Pride Walk during Roze Maandag, featuring the opening of the Rainbow Zebra Crossing at Westfries Gasthuis. The Pride Walk, organised by LHBTI Hoorn and Damespad, commenced at Westfries Gasthuis and concluded at the Dubbele Buurt, with a 25-metre-long Rainbow Flag carried through the city. (</w:t>
      </w:r>
      <w:hyperlink r:id="rId16">
        <w:r>
          <w:rPr>
            <w:color w:val="0000EE"/>
            <w:u w:val="single"/>
          </w:rPr>
          <w:t>onswestfriesland.nl</w:t>
        </w:r>
      </w:hyperlink>
      <w:r>
        <w:t>)</w:t>
      </w:r>
      <w:r/>
    </w:p>
    <w:p>
      <w:pPr>
        <w:pStyle w:val="ListNumber"/>
        <w:spacing w:line="240" w:lineRule="auto"/>
        <w:ind w:left="720"/>
      </w:pPr>
      <w:r/>
      <w:hyperlink r:id="rId14">
        <w:r>
          <w:rPr>
            <w:color w:val="0000EE"/>
            <w:u w:val="single"/>
          </w:rPr>
          <w:t>https://onswestfriesland.nl/2018/gemeente-hoorn/zijn-wie-je-wilt-zijn-tijdens-hoornse-pride-walk/</w:t>
        </w:r>
      </w:hyperlink>
      <w:r>
        <w:t xml:space="preserve"> - The second Hoornse Pride Walk took place on Roze Maandag, 13 August 2018, celebrating sexual and gender diversity. Wethouder Kholoud al Mobayed participated on behalf of the municipality. The event began at 17:00 from 't Schippershuis on Veermankade and ended at the Dubbele Buurt. The inaugural Pride Walk in August 2017 saw over 60 participants carrying the official Rainbow Flag from Amsterdam Pride and the opening of the Rainbow Zebra Crossing on Van Dedemstraat. (</w:t>
      </w:r>
      <w:hyperlink r:id="rId17">
        <w:r>
          <w:rPr>
            <w:color w:val="0000EE"/>
            <w:u w:val="single"/>
          </w:rPr>
          <w:t>onswestfriesland.nl</w:t>
        </w:r>
      </w:hyperlink>
      <w:r>
        <w:t>)</w:t>
      </w:r>
      <w:r/>
    </w:p>
    <w:p>
      <w:pPr>
        <w:pStyle w:val="ListNumber"/>
        <w:spacing w:line="240" w:lineRule="auto"/>
        <w:ind w:left="720"/>
      </w:pPr>
      <w:r/>
      <w:hyperlink r:id="rId11">
        <w:r>
          <w:rPr>
            <w:color w:val="0000EE"/>
            <w:u w:val="single"/>
          </w:rPr>
          <w:t>https://onswestfriesland.nl/2023/gemeente-hoorn/vierde-hoornse-pride-walk-tijdens-roze-maandag-met-kermis-hoorn/</w:t>
        </w:r>
      </w:hyperlink>
      <w:r>
        <w:t xml:space="preserve"> - The fourth Hoornse Pride Walk was held on Roze Maandag, 14 August 2023, organised by the rainbow community and the municipality. Wethouder René Assendelft opened the event on behalf of the municipality. The Pride Walk started at 19:00 from Stationsplein Hoorn and concluded at the Dubbele Buurt. The inaugural Pride Walk in August 2017 featured over 60 participants carrying the official Rainbow Flag from Amsterdam Pride and the opening of the Rainbow Zebra Crossing on Van Dedemstraat. (</w:t>
      </w:r>
      <w:hyperlink r:id="rId18">
        <w:r>
          <w:rPr>
            <w:color w:val="0000EE"/>
            <w:u w:val="single"/>
          </w:rPr>
          <w:t>onswestfriesland.nl</w:t>
        </w:r>
      </w:hyperlink>
      <w:r>
        <w:t>)</w:t>
      </w:r>
      <w:r/>
    </w:p>
    <w:p>
      <w:pPr>
        <w:pStyle w:val="ListNumber"/>
        <w:spacing w:line="240" w:lineRule="auto"/>
        <w:ind w:left="720"/>
      </w:pPr>
      <w:r/>
      <w:hyperlink r:id="rId12">
        <w:r>
          <w:rPr>
            <w:color w:val="0000EE"/>
            <w:u w:val="single"/>
          </w:rPr>
          <w:t>https://onswestfriesland.nl/2019/gemeente-hoorn/12-augustus-roze-maandag-en-pride-walk-met-kermis-hoorn/</w:t>
        </w:r>
      </w:hyperlink>
      <w:r>
        <w:t xml:space="preserve"> - The third Hoornse Pride Walk took place on Roze Maandag, 12 August 2019, organised by the municipality and LHBTI Westfriesland with regional partners. The event celebrated sexual and gender diversity, with Wethouder Simon Broersma participating on behalf of the municipality. The theme for the year was 'Jij bent mij lief!' The inaugural Pride Walk in August 2017 saw over 60 participants carrying the official Rainbow Flag from Amsterdam Pride and the opening of the Rainbow Zebra Crossing on Van Dedemstraat. (</w:t>
      </w:r>
      <w:hyperlink r:id="rId19">
        <w:r>
          <w:rPr>
            <w:color w:val="0000EE"/>
            <w:u w:val="single"/>
          </w:rPr>
          <w:t>onswestfriesland.nl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5719/pride-walk-in-hoorn-verplaatst-vanwege-onveilig-gevoel-op-kermis" TargetMode="External"/><Relationship Id="rId10" Type="http://schemas.openxmlformats.org/officeDocument/2006/relationships/hyperlink" Target="https://www.inhoorn.nl/nieuws-in-hoorn/hoornse-pride-walk/" TargetMode="External"/><Relationship Id="rId11" Type="http://schemas.openxmlformats.org/officeDocument/2006/relationships/hyperlink" Target="https://onswestfriesland.nl/2023/gemeente-hoorn/vierde-hoornse-pride-walk-tijdens-roze-maandag-met-kermis-hoorn/" TargetMode="External"/><Relationship Id="rId12" Type="http://schemas.openxmlformats.org/officeDocument/2006/relationships/hyperlink" Target="https://onswestfriesland.nl/2019/gemeente-hoorn/12-augustus-roze-maandag-en-pride-walk-met-kermis-hoorn/" TargetMode="External"/><Relationship Id="rId13" Type="http://schemas.openxmlformats.org/officeDocument/2006/relationships/hyperlink" Target="https://onswestfriesland.nl/2017/gemeente-hoorn/regenboogzebrapad-wfg-en-pride-walk-met-roze-maandag-hoorn/" TargetMode="External"/><Relationship Id="rId14" Type="http://schemas.openxmlformats.org/officeDocument/2006/relationships/hyperlink" Target="https://onswestfriesland.nl/2018/gemeente-hoorn/zijn-wie-je-wilt-zijn-tijdens-hoornse-pride-walk/" TargetMode="External"/><Relationship Id="rId15" Type="http://schemas.openxmlformats.org/officeDocument/2006/relationships/hyperlink" Target="https://www.inhoorn.nl/nieuws-in-hoorn/hoornse-pride-walk/?utm_source=openai" TargetMode="External"/><Relationship Id="rId16" Type="http://schemas.openxmlformats.org/officeDocument/2006/relationships/hyperlink" Target="https://onswestfriesland.nl/2017/gemeente-hoorn/regenboogzebrapad-wfg-en-pride-walk-met-roze-maandag-hoorn/?utm_source=openai" TargetMode="External"/><Relationship Id="rId17" Type="http://schemas.openxmlformats.org/officeDocument/2006/relationships/hyperlink" Target="https://onswestfriesland.nl/2018/gemeente-hoorn/zijn-wie-je-wilt-zijn-tijdens-hoornse-pride-walk/?utm_source=openai" TargetMode="External"/><Relationship Id="rId18" Type="http://schemas.openxmlformats.org/officeDocument/2006/relationships/hyperlink" Target="https://onswestfriesland.nl/2023/gemeente-hoorn/vierde-hoornse-pride-walk-tijdens-roze-maandag-met-kermis-hoorn/?utm_source=openai" TargetMode="External"/><Relationship Id="rId19" Type="http://schemas.openxmlformats.org/officeDocument/2006/relationships/hyperlink" Target="https://onswestfriesland.nl/2019/gemeente-hoorn/12-augustus-roze-maandag-en-pride-walk-met-kermis-hoor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