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on the Page Book Festival Guide: What to Expect at Palm Springs’ Free Fifth Anniversary Event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Mark your calendars: Palm Springs’ beloved Pride on the Page Book Festival returns for a free, daylong celebration of LGBTQ+ authors on Saturday, Nov. 14, at the Palm Springs Cultural Center , a lively mix of memoirs, panels, signings and a special free evening reception to mark five years.</w:t>
      </w:r>
      <w:r/>
    </w:p>
    <w:p>
      <w:r/>
      <w:r>
        <w:t>Essential Takeaways</w:t>
      </w:r>
      <w:r/>
      <w:r/>
    </w:p>
    <w:p>
      <w:pPr>
        <w:pStyle w:val="ListBullet"/>
        <w:spacing w:line="240" w:lineRule="auto"/>
        <w:ind w:left="720"/>
      </w:pPr>
      <w:r/>
      <w:r>
        <w:rPr>
          <w:b/>
        </w:rPr>
        <w:t>When and where:</w:t>
      </w:r>
      <w:r>
        <w:t xml:space="preserve"> Saturday, Nov. 14, 10 a.m.–9 p.m., Palm Springs Cultural Center; admission free to all events. </w:t>
      </w:r>
      <w:r/>
    </w:p>
    <w:p>
      <w:pPr>
        <w:pStyle w:val="ListBullet"/>
        <w:spacing w:line="240" w:lineRule="auto"/>
        <w:ind w:left="720"/>
      </w:pPr>
      <w:r/>
      <w:r>
        <w:rPr>
          <w:b/>
        </w:rPr>
        <w:t>Theme:</w:t>
      </w:r>
      <w:r>
        <w:t xml:space="preserve"> “Five Years of Pride on the Page: Our Lives, Our Words, Our Stories,” with a focus on memoirs and personal narratives. </w:t>
      </w:r>
      <w:r/>
    </w:p>
    <w:p>
      <w:pPr>
        <w:pStyle w:val="ListBullet"/>
        <w:spacing w:line="240" w:lineRule="auto"/>
        <w:ind w:left="720"/>
      </w:pPr>
      <w:r/>
      <w:r>
        <w:rPr>
          <w:b/>
        </w:rPr>
        <w:t>Lineup highlights:</w:t>
      </w:r>
      <w:r>
        <w:t xml:space="preserve"> Nationally known and local authors confirmed, including Murray Hill, Phill Branch and Sandra Butler, with more names to come. </w:t>
      </w:r>
      <w:r/>
    </w:p>
    <w:p>
      <w:pPr>
        <w:pStyle w:val="ListBullet"/>
        <w:spacing w:line="240" w:lineRule="auto"/>
        <w:ind w:left="720"/>
      </w:pPr>
      <w:r/>
      <w:r>
        <w:rPr>
          <w:b/>
        </w:rPr>
        <w:t>What to expect:</w:t>
      </w:r>
      <w:r>
        <w:t xml:space="preserve"> Author talks, book signings, an outdoor tent of local authors and vendors, and a free evening anniversary reception. </w:t>
      </w:r>
      <w:r/>
    </w:p>
    <w:p>
      <w:pPr>
        <w:pStyle w:val="ListBullet"/>
        <w:spacing w:line="240" w:lineRule="auto"/>
        <w:ind w:left="720"/>
      </w:pPr>
      <w:r/>
      <w:r>
        <w:rPr>
          <w:b/>
        </w:rPr>
        <w:t>Perks and limits:</w:t>
      </w:r>
      <w:r>
        <w:t xml:space="preserve"> Some authors will give away a small number of free books at presentations; extra copies will be available to buy.</w:t>
      </w:r>
      <w:r/>
      <w:r/>
    </w:p>
    <w:p>
      <w:pPr>
        <w:pStyle w:val="Heading2"/>
      </w:pPr>
      <w:r>
        <w:t>A bigger, bolder festival , and it smells like new books</w:t>
      </w:r>
      <w:r/>
    </w:p>
    <w:p>
      <w:r/>
      <w:r>
        <w:t>Pride on the Page started in 2022 as a compact, warmly curated celebration of queer storytelling, and it’s grown into a full day where the hum of conversation and the crisp feel of fresh-printed paper make the Cultural Center feel like a community living room. Organisers say this year’s biggest change is that every part of the programme , including the evening reception , is free, which makes the event easier to enjoy whether you’re a regular or a first-timer.</w:t>
      </w:r>
      <w:r/>
    </w:p>
    <w:p>
      <w:r/>
      <w:r>
        <w:t>The sensory cue here is simple: expect close-up author conversations that feel intimate rather than staged. If you love memoirs, bring comfortable shoes , there’s a lot to take in, and people tend to linger.</w:t>
      </w:r>
      <w:r/>
    </w:p>
    <w:p>
      <w:pPr>
        <w:pStyle w:val="Heading2"/>
      </w:pPr>
      <w:r>
        <w:t>Why memoirs matter this year , a theme with teeth</w:t>
      </w:r>
      <w:r/>
    </w:p>
    <w:p>
      <w:r/>
      <w:r>
        <w:t>This year’s focus on memoirs and personal narratives isn’t accidental; it’s a deliberate spotlight on lived experience and the kind of storytelling that opens doors to understanding. With the theme “Our Lives, Our Words, Our Stories,” the festival leans into voices that map identity across generations and geographies.</w:t>
      </w:r>
      <w:r/>
    </w:p>
    <w:p>
      <w:r/>
      <w:r>
        <w:t>Organisers, including Julie Warren and Corey Roskin, have emphasised creating a welcoming space where readers can connect directly with authors. For readers who favour first-person storytelling, this is a rare chance to hear behind-the-scenes context and ask the questions that matter.</w:t>
      </w:r>
      <w:r/>
    </w:p>
    <w:p>
      <w:pPr>
        <w:pStyle w:val="Heading2"/>
      </w:pPr>
      <w:r>
        <w:t>Who’s on stage , a mix of star names and local talent</w:t>
      </w:r>
      <w:r/>
    </w:p>
    <w:p>
      <w:r/>
      <w:r>
        <w:t>Confirmed participants so far include Murray Hill, known for his showbiz memoir; Phill Branch, with a sharply observed new book; and Sandra Butler, whose work on ageing will be paired with Daniel Jaffe in conversation. That mix of nationally recognised writers and local authors is deliberate , it keeps panels lively and accessible.</w:t>
      </w:r>
      <w:r/>
    </w:p>
    <w:p>
      <w:r/>
      <w:r>
        <w:t>Expect panels moderated by community figures and opportunities to buy or pick up limited complimentary copies after talks. If there’s someone you particularly want to meet, get there early and check the schedule as soon as it’s released.</w:t>
      </w:r>
      <w:r/>
    </w:p>
    <w:p>
      <w:pPr>
        <w:pStyle w:val="Heading2"/>
      </w:pPr>
      <w:r>
        <w:t>The outdoor tent and the small-business heartbeat of the festival</w:t>
      </w:r>
      <w:r/>
    </w:p>
    <w:p>
      <w:r/>
      <w:r>
        <w:t>Outside the main programme a tent will host indie publishers, local authors, vendors and nonprofit organisations , a chance to discover small presses and queer-owned businesses you won’t find on the high street. The setup is ideal for browsing between talks, and the atmosphere tends to be informal, friendly and a little festival-like.</w:t>
      </w:r>
      <w:r/>
    </w:p>
    <w:p>
      <w:r/>
      <w:r>
        <w:t>Tip: bring a tote bag for books and business cards; chat to stallholders and you’ll often find recommendations that turn into your next great read.</w:t>
      </w:r>
      <w:r/>
    </w:p>
    <w:p>
      <w:pPr>
        <w:pStyle w:val="Heading2"/>
      </w:pPr>
      <w:r>
        <w:t>The free evening reception , why it matters</w:t>
      </w:r>
      <w:r/>
    </w:p>
    <w:p>
      <w:r/>
      <w:r>
        <w:t>For the first time the anniversary reception is open to all, turning what used to be a ticketed add-on into a communal thank-you and celebration. Organisers say details will follow, but the move signals an openness and an effort to lower barriers to participation , which is exactly the point of a community festival.</w:t>
      </w:r>
      <w:r/>
    </w:p>
    <w:p>
      <w:r/>
      <w:r>
        <w:t>It’s also a chance to see authors in a different light: informal, relaxed and likely sharing just a bit more of themselves than during formal panels.</w:t>
      </w:r>
      <w:r/>
    </w:p>
    <w:p>
      <w:pPr>
        <w:pStyle w:val="Heading2"/>
      </w:pPr>
      <w:r>
        <w:t>How to plan your visit , simple, practical tips</w:t>
      </w:r>
      <w:r/>
    </w:p>
    <w:p>
      <w:r/>
      <w:r>
        <w:t>Registering through Eventbrite hasn’t opened yet, so bookmark the festival page and the library foundation site for updates. Arrive early for popular sessions, carry water (Palm Springs afternoons can warm up), and think about parking and rideshares ahead of time , the Cultural Center can fill up.</w:t>
      </w:r>
      <w:r/>
    </w:p>
    <w:p>
      <w:r/>
      <w:r>
        <w:t>If you want to meet an author, bring a book to sign or be ready to buy one there; complimentary copies are limited. And remember: small events and volunteer-run stalls appreciate polite questions and time to chat.</w:t>
      </w:r>
      <w:r/>
    </w:p>
    <w:p>
      <w:r/>
      <w:r>
        <w:t>It's a small change that can make every story feel closer.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[3]</w:t>
        </w:r>
      </w:hyperlink>
      <w:r>
        <w:t xml:space="preserve">- Paragraph 6: </w:t>
      </w:r>
      <w:hyperlink r:id="rId14">
        <w:r>
          <w:rPr>
            <w:color w:val="0000EE"/>
            <w:u w:val="single"/>
          </w:rPr>
          <w:t>[5]</w:t>
        </w:r>
      </w:hyperlink>
      <w:r>
        <w:t xml:space="preserve">, </w:t>
      </w:r>
      <w:hyperlink r:id="rId10">
        <w:r>
          <w:rPr>
            <w:color w:val="0000EE"/>
            <w:u w:val="single"/>
          </w:rPr>
          <w:t>[2]</w:t>
        </w:r>
      </w:hyperlink>
      <w:r>
        <w:t xml:space="preserve">- Paragraph 7: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https://thepalmspringspost.com/5th-annual-pride-on-the-page-festival-returning-to-palm-springs-free-to-all/</w:t>
        </w:r>
      </w:hyperlink>
      <w:r>
        <w:t xml:space="preserve"> - Please view link - unable to able to access data</w:t>
      </w:r>
      <w:r/>
    </w:p>
    <w:p>
      <w:pPr>
        <w:pStyle w:val="ListNumber"/>
        <w:spacing w:line="240" w:lineRule="auto"/>
        <w:ind w:left="720"/>
      </w:pPr>
      <w:r/>
      <w:hyperlink r:id="rId10">
        <w:r>
          <w:rPr>
            <w:color w:val="0000EE"/>
            <w:u w:val="single"/>
          </w:rPr>
          <w:t>https://www.palmspringsca.gov/Home/Components/News/News/8833/23?backlist=%2Fgovernment%2Fdepartments%2Foffice-of-communications%2F-fsiteid-1</w:t>
        </w:r>
      </w:hyperlink>
      <w:r>
        <w:t xml:space="preserve"> - The City of Palm Springs announced the Fifth Annual Pride on the Page Book Festival, scheduled for Saturday, November 14, 2026, from 10 a.m. to 9 p.m. at the Palm Springs Cultural Center. This year, the entire event, including an evening reception, will be free. The festival, established in 2022, aims to create a welcoming space for people to discover great books, hear remarkable stories, and connect through conversations. The theme for this year is 'Five Years of Pride on the Page: Our Lives, Our Words, Our Stories,' highlighting memoirs and personal narratives from the LGBTQ+ community. Organizers have confirmed authors such as Murray Hill, Phill Branch, and Sandra Butler, with additional authors and special guests to be announced in the coming months. The event will feature author conversations, book signings, and an outdoor tent showcasing local authors, independent publishers, vendors, and nonprofit organizations. A limited number of books by each featured author will be given to attendees at individual presentations, while supplies last, and books will also be available for purchase throughout the day. An evening program at the Cultural Center will include special guests and a reception marking the festival’s fifth anniversary, with further details to be announced. Registration through Eventbrite has not yet opened. Organizers said the full schedule and additional author announcements will be released in the coming months, with updates posted at this website.</w:t>
      </w:r>
      <w:r/>
    </w:p>
    <w:p>
      <w:pPr>
        <w:pStyle w:val="ListNumber"/>
        <w:spacing w:line="240" w:lineRule="auto"/>
        <w:ind w:left="720"/>
      </w:pPr>
      <w:r/>
      <w:hyperlink r:id="rId12">
        <w:r>
          <w:rPr>
            <w:color w:val="0000EE"/>
            <w:u w:val="single"/>
          </w:rPr>
          <w:t>https://www.pslibraryfoundation.org/pride-on-the-page-2026</w:t>
        </w:r>
      </w:hyperlink>
      <w:r>
        <w:t xml:space="preserve"> - The Palm Springs Public Library Foundation announced the Fifth Annual Pride on the Page Book Festival, scheduled for Saturday, November 14, 2026, from 10 a.m. to 9 p.m. at the Palm Springs Cultural Center. This year, the entire event, including an evening reception, will be free. The festival, established in 2022, aims to create a welcoming space for people to discover great books, hear remarkable stories, and connect through conversations. The theme for this year is 'Five Years of Pride on the Page: Our Lives, Our Words, Our Stories,' highlighting memoirs and personal narratives from the LGBTQ+ community. Organizers have confirmed authors such as Murray Hill, Phill Branch, and Sandra Butler, with additional authors and special guests to be announced in the coming months. The event will feature author conversations, book signings, and an outdoor tent showcasing local authors, independent publishers, vendors, and nonprofit organizations. A limited number of books by each featured author will be given to attendees at individual presentations, while supplies last, and books will also be available for purchase throughout the day. An evening program at the Cultural Center will include special guests and a reception marking the festival’s fifth anniversary, with further details to be announced. Registration through Eventbrite has not yet opened. Organizers said the full schedule and additional author announcements will be released in the coming months, with updates posted at this website.</w:t>
      </w:r>
      <w:r/>
    </w:p>
    <w:p>
      <w:pPr>
        <w:pStyle w:val="ListNumber"/>
        <w:spacing w:line="240" w:lineRule="auto"/>
        <w:ind w:left="720"/>
      </w:pPr>
      <w:r/>
      <w:hyperlink r:id="rId11">
        <w:r>
          <w:rPr>
            <w:color w:val="0000EE"/>
            <w:u w:val="single"/>
          </w:rPr>
          <w:t>https://www.pslibraryfoundation.org/pride-on-the-page-2024</w:t>
        </w:r>
      </w:hyperlink>
      <w:r>
        <w:t xml:space="preserve"> - The Palm Springs Public Library Foundation hosted the Fourth Annual Pride on the Page Book Festival on Saturday, November 1, 2025, at the Palm Springs Cultural Center. The event was free and featured LGBTQIA+ and affirming authors and allies in conversation about their books and dynamic topics, book signings, a local authors table, LGBTQIA+ presses, updates about the Palm Springs Library Renovation, and much more. The evening fundraiser featured actor/author Chris Colfer discussing his new young adult book 'Roswell Saves the Galaxy!' in conversation with Meredith Fine.</w:t>
      </w:r>
      <w:r/>
    </w:p>
    <w:p>
      <w:pPr>
        <w:pStyle w:val="ListNumber"/>
        <w:spacing w:line="240" w:lineRule="auto"/>
        <w:ind w:left="720"/>
      </w:pPr>
      <w:r/>
      <w:hyperlink r:id="rId14">
        <w:r>
          <w:rPr>
            <w:color w:val="0000EE"/>
            <w:u w:val="single"/>
          </w:rPr>
          <w:t>https://www.pslibraryfoundation.org/pride-on-the-page-2025</w:t>
        </w:r>
      </w:hyperlink>
      <w:r>
        <w:t xml:space="preserve"> - The Palm Springs Public Library Foundation hosted the Fourth Annual Pride on the Page Book Festival on Saturday, November 1, 2025, at the Palm Springs Cultural Center. The event was free and featured LGBTQIA+ and affirming authors and allies in conversation about their books and dynamic topics, book signings, a local authors table, LGBTQIA+ presses, updates about the Palm Springs Library Renovation, and much more. The evening fundraiser featured actor/author Chris Colfer discussing his new young adult book 'Roswell Saves the Galaxy!' in conversation with Meredith Fine.</w:t>
      </w:r>
      <w:r/>
    </w:p>
    <w:p>
      <w:pPr>
        <w:pStyle w:val="ListNumber"/>
        <w:spacing w:line="240" w:lineRule="auto"/>
        <w:ind w:left="720"/>
      </w:pPr>
      <w:r/>
      <w:hyperlink r:id="rId13">
        <w:r>
          <w:rPr>
            <w:color w:val="0000EE"/>
            <w:u w:val="single"/>
          </w:rPr>
          <w:t>https://kesq.com/news/2023/10/14/pride-on-the-page-book-festival-has-returned-to-palm-springs/</w:t>
        </w:r>
      </w:hyperlink>
      <w:r>
        <w:t xml:space="preserve"> - The Pride on the Page Book Festival returned to Palm Springs on October 14, 2023, at the Palm Springs Cultural Center and the historic Camelot Theatre. The festival presented ten panels of LGBTQ+ and affirming authors and allies in conversation about their books, with breakout discussions surrounding various topics important to the LGBTQ+ community. The event celebrated LGBTQ+ books and writers, with authors like Branden Boyer-White, who emphasized the importance of storytelling in fostering empathy and understanding.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palmspringspost.com/5th-annual-pride-on-the-page-festival-returning-to-palm-springs-free-to-all/" TargetMode="External"/><Relationship Id="rId10" Type="http://schemas.openxmlformats.org/officeDocument/2006/relationships/hyperlink" Target="https://www.palmspringsca.gov/Home/Components/News/News/8833/23?backlist=%2Fgovernment%2Fdepartments%2Foffice-of-communications%2F-fsiteid-1" TargetMode="External"/><Relationship Id="rId11" Type="http://schemas.openxmlformats.org/officeDocument/2006/relationships/hyperlink" Target="https://www.pslibraryfoundation.org/pride-on-the-page-2024" TargetMode="External"/><Relationship Id="rId12" Type="http://schemas.openxmlformats.org/officeDocument/2006/relationships/hyperlink" Target="https://www.pslibraryfoundation.org/pride-on-the-page-2026" TargetMode="External"/><Relationship Id="rId13" Type="http://schemas.openxmlformats.org/officeDocument/2006/relationships/hyperlink" Target="https://kesq.com/news/2023/10/14/pride-on-the-page-book-festival-has-returned-to-palm-springs/" TargetMode="External"/><Relationship Id="rId14" Type="http://schemas.openxmlformats.org/officeDocument/2006/relationships/hyperlink" Target="https://www.pslibraryfoundation.org/pride-on-the-page-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