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Events Vancouver 2026: Your Curated Guide to Davie Village and Parade Highlights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loudly , Vancouver’s 2SLGBTQIA+ communities are back with a packed Pride week of parades, parties and community programming that matters. Whether you want front-row parade vibes, grassroots marches, drag spectacle or a funk-fuelled night out, here are the can’t-miss events and how to make the most of them.</w:t>
      </w:r>
      <w:r/>
    </w:p>
    <w:p>
      <w:r/>
      <w:r>
        <w:t>Essential Takeaways</w:t>
      </w:r>
      <w:r/>
      <w:r/>
    </w:p>
    <w:p>
      <w:pPr>
        <w:pStyle w:val="ListBullet"/>
        <w:spacing w:line="240" w:lineRule="auto"/>
        <w:ind w:left="720"/>
      </w:pPr>
      <w:r/>
      <w:r>
        <w:rPr>
          <w:b/>
        </w:rPr>
        <w:t>Top pick:</w:t>
      </w:r>
      <w:r>
        <w:t xml:space="preserve"> The 48th Annual Vancouver Pride Parade is free, family-friendly and draws over 100,000 spectators for colourful floats and live music. </w:t>
      </w:r>
      <w:r/>
    </w:p>
    <w:p>
      <w:pPr>
        <w:pStyle w:val="ListBullet"/>
        <w:spacing w:line="240" w:lineRule="auto"/>
        <w:ind w:left="720"/>
      </w:pPr>
      <w:r/>
      <w:r>
        <w:rPr>
          <w:b/>
        </w:rPr>
        <w:t>Neighbourhood hub:</w:t>
      </w:r>
      <w:r>
        <w:t xml:space="preserve"> Davie Village Pride Festival spans Davie, Nelson Park and Comox Street with four stages and licensed lounges , lively, local and community-led. </w:t>
      </w:r>
      <w:r/>
    </w:p>
    <w:p>
      <w:pPr>
        <w:pStyle w:val="ListBullet"/>
        <w:spacing w:line="240" w:lineRule="auto"/>
        <w:ind w:left="720"/>
      </w:pPr>
      <w:r/>
      <w:r>
        <w:rPr>
          <w:b/>
        </w:rPr>
        <w:t>Trans visibility:</w:t>
      </w:r>
      <w:r>
        <w:t xml:space="preserve"> Vancouver Trans March mixes protest and celebration with sign-making, pop-up services and performances , arrive early for workshops. </w:t>
      </w:r>
      <w:r/>
    </w:p>
    <w:p>
      <w:pPr>
        <w:pStyle w:val="ListBullet"/>
        <w:spacing w:line="240" w:lineRule="auto"/>
        <w:ind w:left="720"/>
      </w:pPr>
      <w:r/>
      <w:r>
        <w:rPr>
          <w:b/>
        </w:rPr>
        <w:t>Nightlife highlights:</w:t>
      </w:r>
      <w:r>
        <w:t xml:space="preserve"> Man Up Pride and Queer As Funk offer late-night drag, DJs and live funk at downtown venues , book tickets in advance. </w:t>
      </w:r>
      <w:r/>
    </w:p>
    <w:p>
      <w:pPr>
        <w:pStyle w:val="ListBullet"/>
        <w:spacing w:line="240" w:lineRule="auto"/>
        <w:ind w:left="720"/>
      </w:pPr>
      <w:r/>
      <w:r>
        <w:rPr>
          <w:b/>
        </w:rPr>
        <w:t>Practical tip:</w:t>
      </w:r>
      <w:r>
        <w:t xml:space="preserve"> Plan routes and accessible viewing zones for the parade, wear comfy shoes, bring water and scout lounge areas if you want a quieter break.</w:t>
      </w:r>
      <w:r/>
      <w:r/>
    </w:p>
    <w:p>
      <w:pPr>
        <w:pStyle w:val="Heading2"/>
      </w:pPr>
      <w:r>
        <w:t>Parade day energy: why the Vancouver Pride Parade still steals the show</w:t>
      </w:r>
      <w:r/>
    </w:p>
    <w:p>
      <w:r/>
      <w:r>
        <w:t>The parade is the week’s crescendo, a two-hour burst of colour and sound that feels like the whole city turned up to full joy. According to event pages, the route starts at Pacific Boulevard by BC Place and winds to Howe Street, with four accessible viewing zones to keep the action inclusive. This year’s theme, Unapologetically Queer, sets a tone of visibility and resilience that’s easy to feel in person. Organisers say the parade attracts huge crowds, so arrive early if you want a good spot , bring a small stool and a portable fan for comfort. If you’re coming as an ally, the parade is a brilliant way to learn, celebrate and support; if you’re in need of a calmer experience, scope out the accessible zones or join community groups marching for a more intimate vantage point.</w:t>
      </w:r>
      <w:r/>
    </w:p>
    <w:p>
      <w:pPr>
        <w:pStyle w:val="Heading2"/>
      </w:pPr>
      <w:r>
        <w:t>Davie Village Pride Festival: the local heart of the week</w:t>
      </w:r>
      <w:r/>
    </w:p>
    <w:p>
      <w:r/>
      <w:r>
        <w:t>Davie Village transforms into a festival playground with stages, food stalls and lounges stretching from Burrard to Jervis and into Nelson Park. The West End Business Improvement Association frames this as a celebration of the neighbourhood’s people and businesses, and you can feel the neighbourhood pride in every corner. New lounge experiences , including pop-ups at Davie Plaza and the English Bay Bathhouse , give pocket-sized respite from the bustle, plus licensed areas if you want to socialise with a drink. Expect live programming, local vendors and lots of photo-friendly moments. Pro tip: treat Davie as your slow wander , sample small bites, watch a few acts, then head to Nelson Park for a quieter picnic vibe.</w:t>
      </w:r>
      <w:r/>
    </w:p>
    <w:p>
      <w:pPr>
        <w:pStyle w:val="Heading2"/>
      </w:pPr>
      <w:r>
        <w:t>Vancouver Trans March: joy, protest and tangible support</w:t>
      </w:r>
      <w:r/>
    </w:p>
    <w:p>
      <w:r/>
      <w:r>
        <w:t>The Trans March is both celebration and resistance, gathering at Trout Lake with sign-making beforehand and programming at Victoria Park. It’s built to be welcoming, with early access to haircuts, clothing swaps and snacks , practical services that matter as much as speeches and performances. Organisers emphasise visibility and safety; the evening march ends in Grandview Park with community-led stages. For allies, this is a good space to listen, amplify and participate respectfully , bring markers and cardboard if you want to make signs, and expect a mix of music, ceremony and heartfelt testimony.</w:t>
      </w:r>
      <w:r/>
    </w:p>
    <w:p>
      <w:pPr>
        <w:pStyle w:val="Heading2"/>
      </w:pPr>
      <w:r>
        <w:t>Man Up Pride and late-night drag: classic party with a twist</w:t>
      </w:r>
      <w:r/>
    </w:p>
    <w:p>
      <w:r/>
      <w:r>
        <w:t>Man Up Pride is a city staple , drag, rock’n’roll energy and a pearlescent pop-up into the small hours at The Pearl. Longtime fans know to expect theatrical performances, live acts and dancing until 2 a.m. Tickets sell fast and prices vary, so book early if you want in. If you love spectacle, this is the kind of show where performers go full throttle and the crowd rewards them with big cheers. Wear something sparkly if you feel like it, but most importantly, pace yourself: late-night sets are marathon not sprint.</w:t>
      </w:r>
      <w:r/>
    </w:p>
    <w:p>
      <w:pPr>
        <w:pStyle w:val="Heading2"/>
      </w:pPr>
      <w:r>
        <w:t>Queer As Funk: music that’s political, celebratory and downright groovy</w:t>
      </w:r>
      <w:r/>
    </w:p>
    <w:p>
      <w:r/>
      <w:r>
        <w:t>Queer As Funk isn’t just a band, they’re a movement , a collective that turns funk, soul and Motown into queer celebration. Their Commodore Ballroom show blends tight horns, strong vocals and an unmistakable sense of chosen family. Seeing them live feels like being invited into an exuberant house party with impeccable musicianship. Expect dancefloor moments, singalongs and a sense that every tune is both a party and a statement. Buy tickets through official sellers to avoid disappointment.</w:t>
      </w:r>
      <w:r/>
    </w:p>
    <w:p>
      <w:pPr>
        <w:pStyle w:val="Heading2"/>
      </w:pPr>
      <w:r>
        <w:t>How to plan Pride week like a pro</w:t>
      </w:r>
      <w:r/>
    </w:p>
    <w:p>
      <w:r/>
      <w:r>
        <w:t>Map the events you absolutely want and leave gaps for downtime , Pride is joyful but intense. Check accessibility info on official pages, use public transit to avoid closures, and carry a small kit: water, sunscreen, a phone charger and ear protection if you’re sensitive to loud music. Support local vendors and community booths where possible; many fundraisers and information hubs are tucked into festival sites. Finally, be mindful of personal space and consent in crowds , celebration is best when everyone feels safe.</w:t>
      </w:r>
      <w:r/>
    </w:p>
    <w:p>
      <w:r/>
      <w:r>
        <w:t>It’s a small change to your calendar that can deliver big moments , pick your favourites and get ready to celebrate.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[6]</w:t>
        </w:r>
      </w:hyperlink>
      <w:r>
        <w:t xml:space="preserve">, </w:t>
      </w:r>
      <w:hyperlink r:id="rId13">
        <w:r>
          <w:rPr>
            <w:color w:val="0000EE"/>
            <w:u w:val="single"/>
          </w:rPr>
          <w:t>[3]</w:t>
        </w:r>
      </w:hyperlink>
      <w:r>
        <w:t xml:space="preserve">- Paragraph 3: </w:t>
      </w:r>
      <w:hyperlink r:id="rId12">
        <w:r>
          <w:rPr>
            <w:color w:val="0000EE"/>
            <w:u w:val="single"/>
          </w:rPr>
          <w:t>[6]</w:t>
        </w:r>
      </w:hyperlink>
      <w:r>
        <w:t xml:space="preserve">, </w:t>
      </w:r>
      <w:hyperlink r:id="rId14">
        <w:r>
          <w:rPr>
            <w:color w:val="0000EE"/>
            <w:u w:val="single"/>
          </w:rPr>
          <w:t>[4]</w:t>
        </w:r>
      </w:hyperlink>
      <w:r>
        <w:t xml:space="preserve">- Paragraph 4: </w:t>
      </w:r>
      <w:hyperlink r:id="rId13">
        <w:r>
          <w:rPr>
            <w:color w:val="0000EE"/>
            <w:u w:val="single"/>
          </w:rPr>
          <w:t>[3]</w:t>
        </w:r>
      </w:hyperlink>
      <w:r>
        <w:t xml:space="preserve">, </w:t>
      </w:r>
      <w:hyperlink r:id="rId12">
        <w:r>
          <w:rPr>
            <w:color w:val="0000EE"/>
            <w:u w:val="single"/>
          </w:rPr>
          <w:t>[6]</w:t>
        </w:r>
      </w:hyperlink>
      <w:r>
        <w:t xml:space="preserve">- Paragraph 5: </w:t>
      </w:r>
      <w:hyperlink r:id="rId9">
        <w:r>
          <w:rPr>
            <w:color w:val="0000EE"/>
            <w:u w:val="single"/>
          </w:rPr>
          <w:t>[1]</w:t>
        </w:r>
      </w:hyperlink>
      <w:r>
        <w:t xml:space="preserve">, </w:t>
      </w:r>
      <w:hyperlink r:id="rId13">
        <w:r>
          <w:rPr>
            <w:color w:val="0000EE"/>
            <w:u w:val="single"/>
          </w:rPr>
          <w:t>[3]</w:t>
        </w:r>
      </w:hyperlink>
      <w:r>
        <w:t xml:space="preserve">- Paragraph 6: </w:t>
      </w:r>
      <w:hyperlink r:id="rId9">
        <w:r>
          <w:rPr>
            <w:color w:val="0000EE"/>
            <w:u w:val="single"/>
          </w:rPr>
          <w:t>[1]</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https://www.vancouverisawesome.com/events-and-entertainment/best-pride-events-vancouver-2026-12607142</w:t>
        </w:r>
      </w:hyperlink>
      <w:r>
        <w:t xml:space="preserve"> - Please view link - unable to able to access data</w:t>
      </w:r>
      <w:r/>
    </w:p>
    <w:p>
      <w:pPr>
        <w:pStyle w:val="ListNumber"/>
        <w:spacing w:line="240" w:lineRule="auto"/>
        <w:ind w:left="720"/>
      </w:pPr>
      <w:r/>
      <w:hyperlink r:id="rId10">
        <w:r>
          <w:rPr>
            <w:color w:val="0000EE"/>
            <w:u w:val="single"/>
          </w:rPr>
          <w:t>https://www.vancouverpride.ca/parade</w:t>
        </w:r>
      </w:hyperlink>
      <w:r>
        <w:t xml:space="preserve"> - The Vancouver Pride Parade is scheduled for August 2, 2026, from 1 to 3:30 p.m. The parade will commence at Pacific Boulevard, near BC Place, and conclude on Howe Street. Accessible viewing zones are available along the route, and the event is free to attend. The theme for this year's parade is 'Unapologetically Queer,' celebrating visibility, resilience, joy, and belonging within the 2SLGBTQIA+ community. The Vancouver Pride Society is dedicated to creating an inclusive and celebratory event that reflects the values and needs of the community.</w:t>
      </w:r>
      <w:r/>
    </w:p>
    <w:p>
      <w:pPr>
        <w:pStyle w:val="ListNumber"/>
        <w:spacing w:line="240" w:lineRule="auto"/>
        <w:ind w:left="720"/>
      </w:pPr>
      <w:r/>
      <w:hyperlink r:id="rId13">
        <w:r>
          <w:rPr>
            <w:color w:val="0000EE"/>
            <w:u w:val="single"/>
          </w:rPr>
          <w:t>https://www.vancouverpride.ca/</w:t>
        </w:r>
      </w:hyperlink>
      <w:r>
        <w:t xml:space="preserve"> - The Vancouver Pride Society is the organization behind Vancouver's Pride celebrations, striving to produce inclusive events and advocate for 2SLGBTQIA+ communities through an intersectional lens. Their mission includes celebrating diversity, promoting equality, and fostering a sense of belonging. The 2026 theme, 'Unapologetically Queer,' invites individuals to embrace their authentic selves and stand together in pride. The society acknowledges the traditional territories of the xwməθkwəy̓əm (Musqueam), Sḵwx̱wú7mesh (Squamish), and səlilwətaɁɬ (Tsleil-Waututh) peoples, emphasizing respect and gratitude for the host nations.</w:t>
      </w:r>
      <w:r/>
    </w:p>
    <w:p>
      <w:pPr>
        <w:pStyle w:val="ListNumber"/>
        <w:spacing w:line="240" w:lineRule="auto"/>
        <w:ind w:left="720"/>
      </w:pPr>
      <w:r/>
      <w:hyperlink r:id="rId14">
        <w:r>
          <w:rPr>
            <w:color w:val="0000EE"/>
            <w:u w:val="single"/>
          </w:rPr>
          <w:t>https://vancouver.ca/people-programs/pride.aspx</w:t>
        </w:r>
      </w:hyperlink>
      <w:r>
        <w:t xml:space="preserve"> - The City of Vancouver's official Pride page provides information on the annual Pride Week celebrations, which occur every year in late July and early August. The page highlights the city's commitment to supporting the 2SLGBTQIA+ community, promoting inclusivity, and combating discrimination. It details events such as the Vancouver Pride Parade, scheduled for August 2, 2026, from 1 p.m. to 3:30 p.m., and the flag-raising ceremony at City Hall. The page also features information on the flags displayed during Pride Week, including the Progress (All-Inclusive) Pride flag and the Trans flag.</w:t>
      </w:r>
      <w:r/>
    </w:p>
    <w:p>
      <w:pPr>
        <w:pStyle w:val="ListNumber"/>
        <w:spacing w:line="240" w:lineRule="auto"/>
        <w:ind w:left="720"/>
      </w:pPr>
      <w:r/>
      <w:hyperlink r:id="rId15">
        <w:r>
          <w:rPr>
            <w:color w:val="0000EE"/>
            <w:u w:val="single"/>
          </w:rPr>
          <w:t>https://vancouver.page/event/vancouver-pride-parade/</w:t>
        </w:r>
      </w:hyperlink>
      <w:r>
        <w:t xml:space="preserve"> - Vancouver Pride Parade &amp; Pride Festival 2026 is scheduled from July 25 to August 2, 2026. The main events include the Vancouver Pride Parade and the Davie Village Pride Fest. The parade is set for Sunday, August 2, 2026, attracting over 100,000 spectators each year. It features colourful floats, marching bands, community organizations, local businesses, and non-profit groups celebrating diversity, equality, and inclusion throughout downtown Vancouver. Accessible viewing areas will be available along the parade route. The Davie Village Pride Fest, also on August 2, transforms Davie Village into a vibrant celebration of community, culture, and Pride.</w:t>
      </w:r>
      <w:r/>
    </w:p>
    <w:p>
      <w:pPr>
        <w:pStyle w:val="ListNumber"/>
        <w:spacing w:line="240" w:lineRule="auto"/>
        <w:ind w:left="720"/>
      </w:pPr>
      <w:r/>
      <w:hyperlink r:id="rId12">
        <w:r>
          <w:rPr>
            <w:color w:val="0000EE"/>
            <w:u w:val="single"/>
          </w:rPr>
          <w:t>https://www.whatsonqueerbc.com/vancouver-pride-calendar-2026/davie-village-pride-fest</w:t>
        </w:r>
      </w:hyperlink>
      <w:r>
        <w:t xml:space="preserve"> - Davie Village Pride Fest is scheduled for Sunday, August 2, 2026, from 2:00 p.m. to 10:00 p.m. The festival will take place on Davie Street (Burrard to Jervis) and Nelson Park (2:00 p.m. to 9:00 p.m.) in Vancouver, BC. The event features live music, drag performances, DJs, roaming performers, community vendors, and interactive experiences. This iconic street festival serves as the grand finale of Vancouver Pride Weekend, bringing the community together for a vibrant, all-ages celebration of queer life, culture, and connection.</w:t>
      </w:r>
      <w:r/>
    </w:p>
    <w:p>
      <w:pPr>
        <w:pStyle w:val="ListNumber"/>
        <w:spacing w:line="240" w:lineRule="auto"/>
        <w:ind w:left="720"/>
      </w:pPr>
      <w:r/>
      <w:hyperlink r:id="rId11">
        <w:r>
          <w:rPr>
            <w:color w:val="0000EE"/>
            <w:u w:val="single"/>
          </w:rPr>
          <w:t>https://www.whatsonqueerbc.com/vancouver-pride-calendar-2026/vancouver-pride-parade</w:t>
        </w:r>
      </w:hyperlink>
      <w:r>
        <w:t xml:space="preserve"> - The Vancouver Pride Parade is scheduled for Sunday, August 2, 2026, from 1:00 p.m. to 3:30 p.m. in downtown Vancouver's West End. The parade is expected to attract over 100,000 attendees, featuring colourful floats, lively marching bands, and community artwork. Led by Host Nations, the procession brings together local community groups, non-profit organizations, and businesses showcasing unified support for 2SLGBTQIA+ communities. Four dedicated accessible viewing zones will offer comfortable spots along the procession as community partner groups transform Vancouver into a display of love, music, and art.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ancouverisawesome.com/events-and-entertainment/best-pride-events-vancouver-2026-12607142" TargetMode="External"/><Relationship Id="rId10" Type="http://schemas.openxmlformats.org/officeDocument/2006/relationships/hyperlink" Target="https://www.vancouverpride.ca/parade" TargetMode="External"/><Relationship Id="rId11" Type="http://schemas.openxmlformats.org/officeDocument/2006/relationships/hyperlink" Target="https://www.whatsonqueerbc.com/vancouver-pride-calendar-2026/vancouver-pride-parade" TargetMode="External"/><Relationship Id="rId12" Type="http://schemas.openxmlformats.org/officeDocument/2006/relationships/hyperlink" Target="https://www.whatsonqueerbc.com/vancouver-pride-calendar-2026/davie-village-pride-fest" TargetMode="External"/><Relationship Id="rId13" Type="http://schemas.openxmlformats.org/officeDocument/2006/relationships/hyperlink" Target="https://www.vancouverpride.ca/" TargetMode="External"/><Relationship Id="rId14" Type="http://schemas.openxmlformats.org/officeDocument/2006/relationships/hyperlink" Target="https://vancouver.ca/people-programs/pride.aspx" TargetMode="External"/><Relationship Id="rId15" Type="http://schemas.openxmlformats.org/officeDocument/2006/relationships/hyperlink" Target="https://vancouver.page/event/vancouver-pride-para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