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Pre-Pride Parties in Brighton: Ivy Asia’s Luxe Celebration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Crowd-watchers and party-goers are already lining up for a glamorous start to Brighton Pride as The Ivy Asia Brighton stages a pre-Pride party , expect neon, live queer DJs, signature Asian-inspired cocktails and theatrical costume moments that set the tone for the weekend.</w:t>
      </w:r>
      <w:r/>
    </w:p>
    <w:p>
      <w:r/>
      <w:r>
        <w:t>Essential Takeaways</w:t>
      </w:r>
      <w:r/>
      <w:r/>
    </w:p>
    <w:p>
      <w:pPr>
        <w:pStyle w:val="ListBullet"/>
        <w:spacing w:line="240" w:lineRule="auto"/>
        <w:ind w:left="720"/>
      </w:pPr>
      <w:r/>
      <w:r>
        <w:rPr>
          <w:b/>
        </w:rPr>
        <w:t>When and where:</w:t>
      </w:r>
      <w:r>
        <w:t xml:space="preserve"> The pre-Pride party kicks off at 8pm at The Ivy Asia Brighton on Ship Street, ahead of Brighton Pride weekend. </w:t>
      </w:r>
      <w:r/>
    </w:p>
    <w:p>
      <w:pPr>
        <w:pStyle w:val="ListBullet"/>
        <w:spacing w:line="240" w:lineRule="auto"/>
        <w:ind w:left="720"/>
      </w:pPr>
      <w:r/>
      <w:r>
        <w:rPr>
          <w:b/>
        </w:rPr>
        <w:t>Welcome drink:</w:t>
      </w:r>
      <w:r>
        <w:t xml:space="preserve"> Guests receive a complimentary Sarti Spritz on arrival, with special cocktail deals through the weekend. </w:t>
      </w:r>
      <w:r/>
    </w:p>
    <w:p>
      <w:pPr>
        <w:pStyle w:val="ListBullet"/>
        <w:spacing w:line="240" w:lineRule="auto"/>
        <w:ind w:left="720"/>
      </w:pPr>
      <w:r/>
      <w:r>
        <w:rPr>
          <w:b/>
        </w:rPr>
        <w:t>Entertainment:</w:t>
      </w:r>
      <w:r>
        <w:t xml:space="preserve"> A local queer line-up includes DJs and performers, plus Dykes on Decks bringing dancefloor energy. </w:t>
      </w:r>
      <w:r/>
    </w:p>
    <w:p>
      <w:pPr>
        <w:pStyle w:val="ListBullet"/>
        <w:spacing w:line="240" w:lineRule="auto"/>
        <w:ind w:left="720"/>
      </w:pPr>
      <w:r/>
      <w:r>
        <w:rPr>
          <w:b/>
        </w:rPr>
        <w:t>Booking details:</w:t>
      </w:r>
      <w:r>
        <w:t xml:space="preserve"> A £25 deposit per person is required, deducted from a minimum spend of £50 on food and drink. </w:t>
      </w:r>
      <w:r/>
    </w:p>
    <w:p>
      <w:pPr>
        <w:pStyle w:val="ListBullet"/>
        <w:spacing w:line="240" w:lineRule="auto"/>
        <w:ind w:left="720"/>
      </w:pPr>
      <w:r/>
      <w:r>
        <w:rPr>
          <w:b/>
        </w:rPr>
        <w:t>Vibe:</w:t>
      </w:r>
      <w:r>
        <w:t xml:space="preserve"> Expect theatrical costume changes and an opulent, Asian-inspired setting , think bold colours, lantern-lit glamour and upbeat music.</w:t>
      </w:r>
      <w:r/>
      <w:r/>
    </w:p>
    <w:p>
      <w:pPr>
        <w:pStyle w:val="Heading2"/>
      </w:pPr>
      <w:r>
        <w:t>A glossy start to Pride , tickets, timings and first impressions</w:t>
      </w:r>
      <w:r/>
    </w:p>
    <w:p>
      <w:r/>
      <w:r>
        <w:t>The Ivy Asia Brighton is pitching its pre-Pride night as a polished launchpad for the weekend, and it reads like a proper Brighton party with a touch of theatre. Guests are welcomed with a complimentary Sarti Spritz from 8pm, which is a nice, buzzy way to begin. According to venue listings and local guides, the restaurant’s central Ship Street site makes it easy to slip out into the wider Pride bustle afterwards. If you like your nights slick, stylish and served with a show, this is the kind of warm-up to prefer.</w:t>
      </w:r>
      <w:r/>
    </w:p>
    <w:p>
      <w:pPr>
        <w:pStyle w:val="Heading2"/>
      </w:pPr>
      <w:r>
        <w:t>Who’s playing and why the line-up matters</w:t>
      </w:r>
      <w:r/>
    </w:p>
    <w:p>
      <w:r/>
      <w:r>
        <w:t>The bill blends local queer talent with known queer collectives, including a Dykes on Decks set that’s likely to turn tables into a runway. Local promoters and event pages show Brighton’s Pride calendar is packed with grassroots DJs and performance crews this year, so a mixed line-up helps the Ivy feel plugged into the community rather than parachuted in. For festival-goers choosing where to spend their energy, this kind of programming signals a dancefloor that will actually feel celebratory and inclusive.</w:t>
      </w:r>
      <w:r/>
    </w:p>
    <w:p>
      <w:pPr>
        <w:pStyle w:val="Heading2"/>
      </w:pPr>
      <w:r>
        <w:t>Food, drink and the small print , what to budget for</w:t>
      </w:r>
      <w:r/>
    </w:p>
    <w:p>
      <w:r/>
      <w:r>
        <w:t>You’ll need to factor in a minimum spend of £50 per person, and a £25 deposit is taken at booking and later subtracted from the final bill. That’s standard for busy Pride events in premium venues, and Visit Brighton’s listings suggest plenty of other pre-party options if you want something cheaper. The Ivy’s menu is Asian-inspired and glossy , expect share plates, signature cocktails and a social dining rhythm that pairs well with people-watching and dressing up.</w:t>
      </w:r>
      <w:r/>
    </w:p>
    <w:p>
      <w:pPr>
        <w:pStyle w:val="Heading2"/>
      </w:pPr>
      <w:r>
        <w:t>Costume cues and the evening’s theatrical edge</w:t>
      </w:r>
      <w:r/>
    </w:p>
    <w:p>
      <w:r/>
      <w:r>
        <w:t>The evening promises dramatic costume changes inspired by The Ivy Asia’s opulent aesthetic, which is great news if you enjoy a bit of theatre with your cocktails. Brighton’s Pride has always been a space for flamboyance, and elements like costume reveals help make the night feel like a proper celebration rather than just dinner with a DJ. If you’re packing an outfit, think bold colours, textures and something easy to dance in.</w:t>
      </w:r>
      <w:r/>
    </w:p>
    <w:p>
      <w:pPr>
        <w:pStyle w:val="Heading2"/>
      </w:pPr>
      <w:r>
        <w:t>Can’t make the Thursday night? Weekend cocktail offers and alternatives</w:t>
      </w:r>
      <w:r/>
    </w:p>
    <w:p>
      <w:r/>
      <w:r>
        <w:t>If you miss the pre-Pride party, The Ivy Asia is running Pride cocktail deals across the weekend , £5 Sarti Spritzes and £8 Pride Margaritas , which makes it a tempting stop for a mid-afternoon pit-stop or late-night drinks. For alternatives, local listings and venues around Brighton host smaller-scale pre-parties and queer nights that are friendlier on the wallet and often very lively. Booking ahead remains wise: deposits and minimum spends are common across busier Pride venues.</w:t>
      </w:r>
      <w:r/>
    </w:p>
    <w:p>
      <w:r/>
      <w:r>
        <w:t>It's a small change that can make every Pride night feel a bit more special.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https://www.theargus.co.uk/news/26406350.ivy-asia-brighton-host-pre-pride-party-thursday/?ref=rss</w:t>
        </w:r>
      </w:hyperlink>
      <w:r>
        <w:t xml:space="preserve"> - Please view link - unable to able to access data</w:t>
      </w:r>
      <w:r/>
    </w:p>
    <w:p>
      <w:pPr>
        <w:pStyle w:val="ListNumber"/>
        <w:spacing w:line="240" w:lineRule="auto"/>
        <w:ind w:left="720"/>
      </w:pPr>
      <w:r/>
      <w:hyperlink r:id="rId10">
        <w:r>
          <w:rPr>
            <w:color w:val="0000EE"/>
            <w:u w:val="single"/>
          </w:rPr>
          <w:t>https://www.opentable.com/r/the-ivy-asia-brighton-brighton</w:t>
        </w:r>
      </w:hyperlink>
      <w:r>
        <w:t xml:space="preserve"> - The Ivy Asia Brighton is hosting a Pre-Pride celebration on Thursday, 30 July 2026, starting at 8pm. The event, aimed at kickstarting Brighton's Pride weekend, features live performances from exceptional queer talent, including live vocals and dancers, and music throughout the night from the founder of Dykes on Decks. Guests will be welcomed with a complimentary Sarti Spritz upon arrival. Bookings can be made on The Ivy Asia's website, with a £25 deposit required per person, which will be deducted from the final bill. The venue is located at 51 Ship St, Brighton and Hove, Brighton BN1 1AF.</w:t>
      </w:r>
      <w:r/>
    </w:p>
    <w:p>
      <w:pPr>
        <w:pStyle w:val="ListNumber"/>
        <w:spacing w:line="240" w:lineRule="auto"/>
        <w:ind w:left="720"/>
      </w:pPr>
      <w:r/>
      <w:hyperlink r:id="rId14">
        <w:r>
          <w:rPr>
            <w:color w:val="0000EE"/>
            <w:u w:val="single"/>
          </w:rPr>
          <w:t>https://www.opentable.co.uk/r/the-ivy-asia-brighton-brighton</w:t>
        </w:r>
      </w:hyperlink>
      <w:r>
        <w:t xml:space="preserve"> - The Ivy Asia Brighton is hosting a Pre-Pride celebration on Thursday, 30 July 2026, starting at 8pm. The event, aimed at kickstarting Brighton's Pride weekend, features live performances from exceptional queer talent, including live vocals and dancers, and music throughout the night from the founder of Dykes on Decks. Guests will be welcomed with a complimentary Sarti Spritz upon arrival. Bookings can be made on The Ivy Asia's website, with a £25 deposit required per person, which will be deducted from the final bill. The venue is located at 51 Ship St, Brighton and Hove, Brighton BN1 1AF.</w:t>
      </w:r>
      <w:r/>
    </w:p>
    <w:p>
      <w:pPr>
        <w:pStyle w:val="ListNumber"/>
        <w:spacing w:line="240" w:lineRule="auto"/>
        <w:ind w:left="720"/>
      </w:pPr>
      <w:r/>
      <w:hyperlink r:id="rId12">
        <w:r>
          <w:rPr>
            <w:color w:val="0000EE"/>
            <w:u w:val="single"/>
          </w:rPr>
          <w:t>https://www.komedia.co.uk/shows/gal-pals-present-queer-pride/</w:t>
        </w:r>
      </w:hyperlink>
      <w:r>
        <w:t xml:space="preserve"> - Gal Pals is hosting its annual Queer Pride celebration at Komedia Brighton on the night of Brighton Pride. The event features two rooms of music, including female-fronted pop, hip-hop, R&amp;B, and queer bangers. The celebration is a space by and for queer women, trans, and non-binary individuals, aiming to provide a safer environment free from harassment or judgment. The event is open to those who identify as queer women, trans, and/or non-binary, with exceptions for PAs and carers. Allies, including cis gay/queer men, are asked not to attend on this occasion to prioritise the mentioned groups.</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an annual LGBTQ+ event held in the city, organised by Brighton Pride, a community interest company promoting equality and diversity. The major event is a summer festival in the first week of August, consisting of a parade through the city centre, a festival event in Preston Park, the Gay Village party, and other club parties. The 2026 Pride on the Park event brings two days of music to Preston Park on Saturday 1 and Sunday 2 August, featuring performances from artists like RAYE, Jessie J, Diana Ross, and Paris Hilton. VIP and Camping tickets are limited and sold out by mid-July last year. The event serves as a fundraiser for local LGBTQ+ community groups.</w:t>
      </w:r>
      <w:r/>
    </w:p>
    <w:p>
      <w:pPr>
        <w:pStyle w:val="ListNumber"/>
        <w:spacing w:line="240" w:lineRule="auto"/>
        <w:ind w:left="720"/>
      </w:pPr>
      <w:r/>
      <w:hyperlink r:id="rId13">
        <w:r>
          <w:rPr>
            <w:color w:val="0000EE"/>
            <w:u w:val="single"/>
          </w:rPr>
          <w:t>https://www.visitbrighton.com/whats-on/freemasons-friday-pride-pre-party-p2867761</w:t>
        </w:r>
      </w:hyperlink>
      <w:r>
        <w:t xml:space="preserve"> - Freemasons Friday is a Pride Pre-Party event at OHSO Social in Brighton, scheduled for Friday, 31 July 2026, starting at 8pm. The event features Russell Small of The Freemasons and special guests, offering a night full of disco house, club classics, and Freemasons anthems. The beachside terraces provide a backdrop for dancing, overlooking Brighton beach. In keeping with the spirit of Pride, the event contributes to raising funds for local LGBTQ+ initiatives in Sussex. Tickets are available online.</w:t>
      </w:r>
      <w:r/>
    </w:p>
    <w:p>
      <w:pPr>
        <w:pStyle w:val="ListNumber"/>
        <w:spacing w:line="240" w:lineRule="auto"/>
        <w:ind w:left="720"/>
      </w:pPr>
      <w:r/>
      <w:hyperlink r:id="rId15">
        <w:r>
          <w:rPr>
            <w:color w:val="0000EE"/>
            <w:u w:val="single"/>
          </w:rPr>
          <w:t>https://www.mesmerist.pub/pride2026</w:t>
        </w:r>
      </w:hyperlink>
      <w:r>
        <w:t xml:space="preserve"> - The Mesmerist in Brighton is celebrating Pride 2026 with a weekend of music and community events on Friday, Saturday, and Sunday. The weekend includes free entry, local DJs, and events suitable for everyone. On Friday, the Warm Up event features Rhythmic Trifecta taking over the roof with 'Deep Down In Pride', celebrating the history of House, UK Garage, and Queer Dance Music with DJs: Marcus Raven, Myriad., Oh See, and Rach. The event starts at 8pm and runs until 1.30am. Saturday's Main Event offers three different rooms with varying vibes, all celebrating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06350.ivy-asia-brighton-host-pre-pride-party-thursday/?ref=rss" TargetMode="External"/><Relationship Id="rId10" Type="http://schemas.openxmlformats.org/officeDocument/2006/relationships/hyperlink" Target="https://www.opentable.com/r/the-ivy-asia-brighton-brighton"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komedia.co.uk/shows/gal-pals-present-queer-pride/" TargetMode="External"/><Relationship Id="rId13" Type="http://schemas.openxmlformats.org/officeDocument/2006/relationships/hyperlink" Target="https://www.visitbrighton.com/whats-on/freemasons-friday-pride-pre-party-p2867761" TargetMode="External"/><Relationship Id="rId14" Type="http://schemas.openxmlformats.org/officeDocument/2006/relationships/hyperlink" Target="https://www.opentable.co.uk/r/the-ivy-asia-brighton-brighton" TargetMode="External"/><Relationship Id="rId15" Type="http://schemas.openxmlformats.org/officeDocument/2006/relationships/hyperlink" Target="https://www.mesmerist.pub/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