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Madonna Confirms Amsterdam Pop‑Up — What to Know About Her WorldPride Appearance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fans and festivalgoers are buzzing: Madonna has confirmed a pop‑up performance in Amsterdam, and it matters because it ties into WorldPride and her new album promo , expect spectacle, surprises and a heavily ticketed, intimate AFAS Live set during Canal Parade night.</w:t>
      </w:r>
      <w:r/>
    </w:p>
    <w:p>
      <w:r/>
      <w:r>
        <w:t>Essential Takeaways</w:t>
      </w:r>
      <w:r/>
      <w:r/>
    </w:p>
    <w:p>
      <w:pPr>
        <w:pStyle w:val="ListBullet"/>
        <w:spacing w:line="240" w:lineRule="auto"/>
        <w:ind w:left="720"/>
      </w:pPr>
      <w:r/>
      <w:r>
        <w:rPr>
          <w:b/>
        </w:rPr>
        <w:t>Who &amp; when:</w:t>
      </w:r>
      <w:r>
        <w:t xml:space="preserve"> Madonna confirmed an Amsterdam show on Instagram for 1 August, coinciding with WorldPride events.</w:t>
      </w:r>
      <w:r/>
    </w:p>
    <w:p>
      <w:pPr>
        <w:pStyle w:val="ListBullet"/>
        <w:spacing w:line="240" w:lineRule="auto"/>
        <w:ind w:left="720"/>
      </w:pPr>
      <w:r/>
      <w:r>
        <w:rPr>
          <w:b/>
        </w:rPr>
        <w:t>Where:</w:t>
      </w:r>
      <w:r>
        <w:t xml:space="preserve"> The performance is listed for AFAS Live on the evening of the Canal Parade , an indoor pop‑up rather than a parade float, ticketed entry only.</w:t>
      </w:r>
      <w:r/>
    </w:p>
    <w:p>
      <w:pPr>
        <w:pStyle w:val="ListBullet"/>
        <w:spacing w:line="240" w:lineRule="auto"/>
        <w:ind w:left="720"/>
      </w:pPr>
      <w:r/>
      <w:r>
        <w:rPr>
          <w:b/>
        </w:rPr>
        <w:t>Why it matters:</w:t>
      </w:r>
      <w:r>
        <w:t xml:space="preserve"> The show promotes her new album Confessions II and follows a string of high‑profile Pride appearances worldwide.</w:t>
      </w:r>
      <w:r/>
    </w:p>
    <w:p>
      <w:pPr>
        <w:pStyle w:val="ListBullet"/>
        <w:spacing w:line="240" w:lineRule="auto"/>
        <w:ind w:left="720"/>
      </w:pPr>
      <w:r/>
      <w:r>
        <w:rPr>
          <w:b/>
        </w:rPr>
        <w:t>Support and vibes:</w:t>
      </w:r>
      <w:r>
        <w:t xml:space="preserve"> Festival line‑up includes big names like Honey Dijon, Bebe Rexha and Paris Hilton; expect dance‑forward remixes and familiar hits with a clubby feel.</w:t>
      </w:r>
      <w:r/>
    </w:p>
    <w:p>
      <w:pPr>
        <w:pStyle w:val="ListBullet"/>
        <w:spacing w:line="240" w:lineRule="auto"/>
        <w:ind w:left="720"/>
      </w:pPr>
      <w:r/>
      <w:r>
        <w:rPr>
          <w:b/>
        </w:rPr>
        <w:t>Tickets:</w:t>
      </w:r>
      <w:r>
        <w:t xml:space="preserve"> At the moment you can only register for the Saturday ticket waitlist , plan ahead and beware of resale pitfalls.</w:t>
      </w:r>
      <w:r/>
      <w:r/>
    </w:p>
    <w:p>
      <w:r/>
      <w:r>
        <w:t>Why Madonna’s Amsterdam Move Feels Deliberate</w:t>
      </w:r>
      <w:r/>
    </w:p>
    <w:p>
      <w:r/>
      <w:r>
        <w:t>Madonna announcing a show for WorldPride night is more than a guest spot; it’s a statement. According to local coverage, she posted in Dutch and wrote “Everyone here is a work of art,” signalling a choreography of image, music and Pride politics. It fits her long history of staging provocative pop theatre, and the Afas Live slot suggests an up‑close, intense performance rather than a sprawling parade headline.</w:t>
      </w:r>
      <w:r/>
    </w:p>
    <w:p>
      <w:r/>
      <w:r>
        <w:t>Fans had been speculating for days after cryptic Instagram posts, and Amsterdam organisers teased a similar message. WorldPride chose Amsterdam this year as a symbolic host , the Netherlands was the first country to open marriage to same‑sex couples 25 years ago , so Madonna’s appearance lands in a charged, celebratory moment.</w:t>
      </w:r>
      <w:r/>
    </w:p>
    <w:p>
      <w:r/>
      <w:r>
        <w:t>What to expect from the pop‑up show and the setlist</w:t>
      </w:r>
      <w:r/>
    </w:p>
    <w:p>
      <w:r/>
      <w:r>
        <w:t>Think concise spectacle. This isn’t a full stadium tour stop, more a promotional pop‑up tied to Confessions II, her latest record. Expect remixes, dancefloor edits and collaborations: Honey Dijon, who has remixed and DJ‑ed at previous Madonna events, is on the festival roster and likely to influence the sonic vibe. If past promo shows are any guide, Madonna will balance new tracks with reworked classics for a compact, dramatic set.</w:t>
      </w:r>
      <w:r/>
    </w:p>
    <w:p>
      <w:r/>
      <w:r>
        <w:t>If you care about atmosphere, picture tight lighting, pounding sound and theatrical costume shifts , the kind of sensory overload her fans relish. And don’t be surprised if the night leans into club culture, inviting longtime Madonna devotees and Pride crowds alike.</w:t>
      </w:r>
      <w:r/>
    </w:p>
    <w:p>
      <w:r/>
      <w:r>
        <w:t>How this fits into the wider WorldPride programme</w:t>
      </w:r>
      <w:r/>
    </w:p>
    <w:p>
      <w:r/>
      <w:r>
        <w:t>WorldPride’s music festival the same night lists other big names including Bebe Rexha and Paris Hilton, creating a glitzy, cross‑generational bill. The event is ticketed and fan access is controlled, so it’s not an open‑to‑all Canal Parade accompaniment. There were rumblings in the gossip circuit that Madonna might appear on a Canal Parade boat, but that hasn’t been confirmed; for now the confirmed plan is AFAS Live.</w:t>
      </w:r>
      <w:r/>
    </w:p>
    <w:p>
      <w:r/>
      <w:r>
        <w:t>WorldPride itself is an international celebration that moves city to city; hosting it in Amsterdam nods to local queer history and offers a global stage. From a programming standpoint, adding Madonna boosts profile and media attention, which organisers will happily trade for increased ticket demand.</w:t>
      </w:r>
      <w:r/>
    </w:p>
    <w:p>
      <w:r/>
      <w:r>
        <w:t>Tickets, waiting lists and sensible tips</w:t>
      </w:r>
      <w:r/>
    </w:p>
    <w:p>
      <w:r/>
      <w:r>
        <w:t>At the moment the only practical step is signing up for the Saturday ticket waitlist , the festival still manages entry tightly. If you’re serious about going, register early, set price alerts for official on‑sales, and avoid sketchy resale sites. Consider alternatives too: keep an eye for broadcast or sanctioned livestreams, and follow official channels for pop‑up announcements. Dress for close quarters, bring ear protection if you’re sensitive to loud sets, and expect heavy security and bag checks.</w:t>
      </w:r>
      <w:r/>
    </w:p>
    <w:p>
      <w:r/>
      <w:r>
        <w:t>A final note on reception and outlook</w:t>
      </w:r>
      <w:r/>
    </w:p>
    <w:p>
      <w:r/>
      <w:r>
        <w:t>Madonna’s presence at WorldPride is predictably polarising , thrilling to many, eyebrow‑raising to others , but it’ll certainly shine a spotlight on Amsterdam’s festivities. For fans, it’s a rare chance to see a global star in an intimate setting; for the city, it’s a marker of how pop culture and civic celebration still intersect.</w:t>
      </w:r>
      <w:r/>
    </w:p>
    <w:p>
      <w:r/>
      <w:r>
        <w:t>It’s a small change that can make every Pride night feel a touch more theatrical.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2">
        <w:r>
          <w:rPr>
            <w:color w:val="0000EE"/>
            <w:u w:val="single"/>
          </w:rPr>
          <w:t>[4]</w:t>
        </w:r>
      </w:hyperlink>
      <w:r>
        <w:t xml:space="preserve">- Paragraph 4: </w:t>
      </w:r>
      <w:hyperlink r:id="rId14">
        <w:r>
          <w:rPr>
            <w:color w:val="0000EE"/>
            <w:u w:val="single"/>
          </w:rPr>
          <w:t>[6]</w:t>
        </w:r>
      </w:hyperlink>
      <w:r>
        <w:t xml:space="preserve">, </w:t>
      </w:r>
      <w:hyperlink r:id="rId15">
        <w:r>
          <w:rPr>
            <w:color w:val="0000EE"/>
            <w:u w:val="single"/>
          </w:rPr>
          <w:t>[7]</w:t>
        </w:r>
      </w:hyperlink>
      <w:r>
        <w:t xml:space="preserve">- Paragraph 5: </w:t>
      </w:r>
      <w:hyperlink r:id="rId11">
        <w:r>
          <w:rPr>
            <w:color w:val="0000EE"/>
            <w:u w:val="single"/>
          </w:rPr>
          <w:t>[3]</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https://www.gelderlander.nl/show/madonna-bevestigt-show-in-nederland-iedereen-hier-is-een-kunstwerk~afc1e34a/</w:t>
        </w:r>
      </w:hyperlink>
      <w:r>
        <w:t xml:space="preserve"> - Please view link - unable to able to access data</w:t>
      </w:r>
      <w:r/>
    </w:p>
    <w:p>
      <w:pPr>
        <w:pStyle w:val="ListNumber"/>
        <w:spacing w:line="240" w:lineRule="auto"/>
        <w:ind w:left="720"/>
      </w:pPr>
      <w:r/>
      <w:hyperlink r:id="rId10">
        <w:r>
          <w:rPr>
            <w:color w:val="0000EE"/>
            <w:u w:val="single"/>
          </w:rPr>
          <w:t>https://www.ditjesendatjes.nl/madonna-komt-naar-pride-amsterdam</w:t>
        </w:r>
      </w:hyperlink>
      <w:r>
        <w:t xml:space="preserve"> - Madonna has sparked speculation about attending WorldPride in Amsterdam after posting a message in Dutch on Instagram: 'Ik heb iets waar ik over wil praten' ('I have something I want to talk about'). Fans are speculating that this could indicate a surprise appearance during the Canal Parade or at one of the major music festivals. However, there is no official confirmation, and Madonna is not listed on the official WorldPride programme. A spokesperson for WorldPride has neither confirmed nor denied her potential appearance.</w:t>
      </w:r>
      <w:r/>
    </w:p>
    <w:p>
      <w:pPr>
        <w:pStyle w:val="ListNumber"/>
        <w:spacing w:line="240" w:lineRule="auto"/>
        <w:ind w:left="720"/>
      </w:pPr>
      <w:r/>
      <w:hyperlink r:id="rId11">
        <w:r>
          <w:rPr>
            <w:color w:val="0000EE"/>
            <w:u w:val="single"/>
          </w:rPr>
          <w:t>https://showbiz.headliner.nl/item/madonna-deelt-opvallend-bericht-in-het-nederlands-komt-ze-naar-amsterdam-shownieuwstv-122694</w:t>
        </w:r>
      </w:hyperlink>
      <w:r>
        <w:t xml:space="preserve"> - Madonna's recent Instagram post in Dutch, 'Ik heb iets waar ik over wil praten' ('I have something I want to talk about'), has led to speculation about her possible appearance at WorldPride in Amsterdam. The phrase is reminiscent of lyrics from her recent single 'Bring Your Love' featuring Sabrina Carpenter. While fans are hopeful, there is no official confirmation, and Madonna is not currently listed on the WorldPride schedule. A WorldPride spokesperson declined to comment on the matter.</w:t>
      </w:r>
      <w:r/>
    </w:p>
    <w:p>
      <w:pPr>
        <w:pStyle w:val="ListNumber"/>
        <w:spacing w:line="240" w:lineRule="auto"/>
        <w:ind w:left="720"/>
      </w:pPr>
      <w:r/>
      <w:hyperlink r:id="rId12">
        <w:r>
          <w:rPr>
            <w:color w:val="0000EE"/>
            <w:u w:val="single"/>
          </w:rPr>
          <w:t>https://www.shownieuws.nl/algemeen/buitenland/artikelen/madonna-deelt-een-opvallende-boodschap-in-het-nederlands</w:t>
        </w:r>
      </w:hyperlink>
      <w:r>
        <w:t xml:space="preserve"> - Madonna's recent Instagram story in Dutch, 'Ik heb iets waar ik over wil praten' ('I have something I want to talk about'), has raised questions among fans about her intentions. The message, which includes a spelling error, has led to speculation that she might be hinting at a performance during WorldPride in Amsterdam. However, there is no official confirmation, and Madonna is not listed on the WorldPride programme. A spokesperson for WorldPride has neither confirmed nor denied her potential appearance.</w:t>
      </w:r>
      <w:r/>
    </w:p>
    <w:p>
      <w:pPr>
        <w:pStyle w:val="ListNumber"/>
        <w:spacing w:line="240" w:lineRule="auto"/>
        <w:ind w:left="720"/>
      </w:pPr>
      <w:r/>
      <w:hyperlink r:id="rId13">
        <w:r>
          <w:rPr>
            <w:color w:val="0000EE"/>
            <w:u w:val="single"/>
          </w:rPr>
          <w:t>https://lifestyle.headliner.nl/item/komt-madonna-naar-amsterdam-voor-worldpride-deze-story-zorgt-voor-geruchten-cosmopolitan-19667</w:t>
        </w:r>
      </w:hyperlink>
      <w:r>
        <w:t xml:space="preserve"> - Madonna's recent Instagram story in Dutch, 'Ik heb iets waar ik over wil praten' ('I have something I want to talk about'), has led to speculation about her possible appearance at WorldPride in Amsterdam. The phrase is reminiscent of lyrics from her recent single 'Bring Your Love' featuring Sabrina Carpenter. While fans are hopeful, there is no official confirmation, and Madonna is not currently listed on the WorldPride schedule. A WorldPride spokesperson declined to comment on the matter.</w:t>
      </w:r>
      <w:r/>
    </w:p>
    <w:p>
      <w:pPr>
        <w:pStyle w:val="ListNumber"/>
        <w:spacing w:line="240" w:lineRule="auto"/>
        <w:ind w:left="720"/>
      </w:pPr>
      <w:r/>
      <w:hyperlink r:id="rId14">
        <w:r>
          <w:rPr>
            <w:color w:val="0000EE"/>
            <w:u w:val="single"/>
          </w:rPr>
          <w:t>https://www.shownieuws.nl/entertainment/evenementen/artikelen/joss-stone-treedt-op-tijdens-worldpride-in-amsterdam</w:t>
        </w:r>
      </w:hyperlink>
      <w:r>
        <w:t xml:space="preserve"> - Joss Stone is among the artists performing during WorldPride Amsterdam. The British soul singer has been added to the line-up for the Unity Concert on August 4, where she will perform alongside other artists, accompanied by the New Amsterdam Orchestra. The concert is part of a series of events taking place at Museumplein from August 4 to 8, celebrating the LGBTQ+ community.</w:t>
      </w:r>
      <w:r/>
    </w:p>
    <w:p>
      <w:pPr>
        <w:pStyle w:val="ListNumber"/>
        <w:spacing w:line="240" w:lineRule="auto"/>
        <w:ind w:left="720"/>
      </w:pPr>
      <w:r/>
      <w:hyperlink r:id="rId15">
        <w:r>
          <w:rPr>
            <w:color w:val="0000EE"/>
            <w:u w:val="single"/>
          </w:rPr>
          <w:t>https://www.rtl.nl/boulevard/artikel/5629981/joss-stone-treedt-op-tijdens-worldpride-amsterdam</w:t>
        </w:r>
      </w:hyperlink>
      <w:r>
        <w:t xml:space="preserve"> - Joss Stone is among the artists performing during WorldPride Amsterdam. The British soul singer has been added to the line-up for the Unity Concert on August 4, where she will perform alongside other artists, accompanied by the New Amsterdam Orchestra. The concert is part of a series of events taking place at Museumplein from August 4 to 8, celebrating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elderlander.nl/show/madonna-bevestigt-show-in-nederland-iedereen-hier-is-een-kunstwerk~afc1e34a/" TargetMode="External"/><Relationship Id="rId10" Type="http://schemas.openxmlformats.org/officeDocument/2006/relationships/hyperlink" Target="https://www.ditjesendatjes.nl/madonna-komt-naar-pride-amsterdam" TargetMode="External"/><Relationship Id="rId11" Type="http://schemas.openxmlformats.org/officeDocument/2006/relationships/hyperlink" Target="https://showbiz.headliner.nl/item/madonna-deelt-opvallend-bericht-in-het-nederlands-komt-ze-naar-amsterdam-shownieuwstv-122694" TargetMode="External"/><Relationship Id="rId12" Type="http://schemas.openxmlformats.org/officeDocument/2006/relationships/hyperlink" Target="https://www.shownieuws.nl/algemeen/buitenland/artikelen/madonna-deelt-een-opvallende-boodschap-in-het-nederlands" TargetMode="External"/><Relationship Id="rId13" Type="http://schemas.openxmlformats.org/officeDocument/2006/relationships/hyperlink" Target="https://lifestyle.headliner.nl/item/komt-madonna-naar-amsterdam-voor-worldpride-deze-story-zorgt-voor-geruchten-cosmopolitan-19667" TargetMode="External"/><Relationship Id="rId14" Type="http://schemas.openxmlformats.org/officeDocument/2006/relationships/hyperlink" Target="https://www.shownieuws.nl/entertainment/evenementen/artikelen/joss-stone-treedt-op-tijdens-worldpride-in-amsterdam" TargetMode="External"/><Relationship Id="rId15" Type="http://schemas.openxmlformats.org/officeDocument/2006/relationships/hyperlink" Target="https://www.rtl.nl/boulevard/artikel/5629981/joss-stone-treedt-op-tijdens-worldpride-amsterda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