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Local Shorts: Why Naked Pool Party Is Making Dallas Laugh and Think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up for a splash of local cinema , Naked Pool Party, a 31‑minute comedy short from Fort Worth’s Dario Studios, is back for a free encore at the Dallas Eagle on July 30, and it matters because community screenings are the only way to catch it before the festival run.</w:t>
      </w:r>
      <w:r/>
    </w:p>
    <w:p>
      <w:r/>
      <w:r>
        <w:t>Essential Takeaways</w:t>
      </w:r>
      <w:r/>
      <w:r/>
    </w:p>
    <w:p>
      <w:pPr>
        <w:pStyle w:val="ListBullet"/>
        <w:spacing w:line="240" w:lineRule="auto"/>
        <w:ind w:left="720"/>
      </w:pPr>
      <w:r/>
      <w:r>
        <w:rPr>
          <w:b/>
        </w:rPr>
        <w:t>Packed premiere:</w:t>
      </w:r>
      <w:r>
        <w:t xml:space="preserve"> The film sold out Studio Movie Grill and moved to a larger room, signalling strong local demand.</w:t>
      </w:r>
      <w:r/>
    </w:p>
    <w:p>
      <w:pPr>
        <w:pStyle w:val="ListBullet"/>
        <w:spacing w:line="240" w:lineRule="auto"/>
        <w:ind w:left="720"/>
      </w:pPr>
      <w:r/>
      <w:r>
        <w:rPr>
          <w:b/>
        </w:rPr>
        <w:t>Cast chemistry:</w:t>
      </w:r>
      <w:r>
        <w:t xml:space="preserve"> Leads bring a mix of humour and heart , expect sharp comedy and surprisingly tender flashbacks.</w:t>
      </w:r>
      <w:r/>
    </w:p>
    <w:p>
      <w:pPr>
        <w:pStyle w:val="ListBullet"/>
        <w:spacing w:line="240" w:lineRule="auto"/>
        <w:ind w:left="720"/>
      </w:pPr>
      <w:r/>
      <w:r>
        <w:rPr>
          <w:b/>
        </w:rPr>
        <w:t>Local roots:</w:t>
      </w:r>
      <w:r>
        <w:t xml:space="preserve"> Filmmakers shot at a friend’s Arlington pool and on the Margaret Hunt Hill Bridge, giving it a distinct DFW flavour.</w:t>
      </w:r>
      <w:r/>
    </w:p>
    <w:p>
      <w:pPr>
        <w:pStyle w:val="ListBullet"/>
        <w:spacing w:line="240" w:lineRule="auto"/>
        <w:ind w:left="720"/>
      </w:pPr>
      <w:r/>
      <w:r>
        <w:rPr>
          <w:b/>
        </w:rPr>
        <w:t>Free encore:</w:t>
      </w:r>
      <w:r>
        <w:t xml:space="preserve"> Dallas Eagle hosts the July 30 screening (21+), making it an easy, low‑cost night out that supports indie film.</w:t>
      </w:r>
      <w:r/>
    </w:p>
    <w:p>
      <w:pPr>
        <w:pStyle w:val="ListBullet"/>
        <w:spacing w:line="240" w:lineRule="auto"/>
        <w:ind w:left="720"/>
      </w:pPr>
      <w:r/>
      <w:r>
        <w:rPr>
          <w:b/>
        </w:rPr>
        <w:t>Festival bound:</w:t>
      </w:r>
      <w:r>
        <w:t xml:space="preserve"> No online release planned yet; local screenings are your best chance to see it first.</w:t>
      </w:r>
      <w:r/>
      <w:r/>
    </w:p>
    <w:p>
      <w:pPr>
        <w:pStyle w:val="Heading2"/>
      </w:pPr>
      <w:r>
        <w:t>A splashy local hit with a cheeky premise</w:t>
      </w:r>
      <w:r/>
    </w:p>
    <w:p>
      <w:r/>
      <w:r>
        <w:t>The hook is immediate: three friends dip a toe into their first ever naked pool party, and what follows is fizzy, awkward and often very funny. According to the Dallas Observer, the short opened to a sold‑out crowd and then expanded , a rare turn for neighborhood filmmaking. You can almost feel the chlorine and the laughter when cast members recall endless takes and perfect splashes.</w:t>
      </w:r>
      <w:r/>
    </w:p>
    <w:p>
      <w:r/>
      <w:r>
        <w:t>The film benefits from confident direction and a playful tone. Carlos Suarez and Jorge Jimenez, the married creative partners behind Dario Studios, built the script at a dry‑erase board and shot on a tight, three‑day schedule. It’s the sort of grassroots energy that makes local cinema feel both scrappy and essential.</w:t>
      </w:r>
      <w:r/>
    </w:p>
    <w:p>
      <w:pPr>
        <w:pStyle w:val="Heading2"/>
      </w:pPr>
      <w:r>
        <w:t>Why the community is showing up</w:t>
      </w:r>
      <w:r/>
    </w:p>
    <w:p>
      <w:r/>
      <w:r>
        <w:t>Naked Pool Party resonates because it’s bred from familiar places: the energy of Dallas Pride and the quirky mix of characters the filmmakers observed at a friend’s pool in Arlington. That’s the sort of provenance that gives indie comedies texture , you sense real people in the background, not stock extras.</w:t>
      </w:r>
      <w:r/>
    </w:p>
    <w:p>
      <w:r/>
      <w:r>
        <w:t>The ensemble reflects a range of ages and bodies, which the cast and crew say matters to the local queer community. For audiences, that means more honest laughs and moments that land because they’re recognisable. If you’re fond of work that feels like your neighbours made it, this is exactly that.</w:t>
      </w:r>
      <w:r/>
    </w:p>
    <w:p>
      <w:pPr>
        <w:pStyle w:val="Heading2"/>
      </w:pPr>
      <w:r>
        <w:t>Performance highlights and on‑set stories</w:t>
      </w:r>
      <w:r/>
    </w:p>
    <w:p>
      <w:r/>
      <w:r>
        <w:t>Andrew Begay’s turn as Adam, the charmingly menace‑laden ex, has been singled out by the filmmakers for bringing both bite and restraint. Begay describes the role as cathartic, and there’s a little theatre‑trained flair in his scenes that serves the comedy well.</w:t>
      </w:r>
      <w:r/>
    </w:p>
    <w:p>
      <w:r/>
      <w:r>
        <w:t>Production nearly derailed on day one when an actor bailed, but a background extra stepped up and the impromptu recast became a comic highlight. It’s the kind of “happy accident” that happens when tight crews and friendly communities collide, and it underlines how local projects survive on goodwill and improvisation.</w:t>
      </w:r>
      <w:r/>
    </w:p>
    <w:p>
      <w:pPr>
        <w:pStyle w:val="Heading2"/>
      </w:pPr>
      <w:r>
        <w:t>Technical craft: patient direction and careful editing</w:t>
      </w:r>
      <w:r/>
    </w:p>
    <w:p>
      <w:r/>
      <w:r>
        <w:t>Suarez’s approach favours coverage: multiple takes, varied angles, and patience until the light hits the water just so. The result is a short that looks more considered than its tight schedule might suggest. You’ll notice crisp editing and moments that pause for feeling , a bridge sequence filmed on the Margaret Hunt Hill Bridge adds genuine tenderness amid the gags.</w:t>
      </w:r>
      <w:r/>
    </w:p>
    <w:p>
      <w:r/>
      <w:r>
        <w:t>If you care about production values in indie work, this film shows what a small, committed team can achieve with thoughtful shooting and a clear idea of tone.</w:t>
      </w:r>
      <w:r/>
    </w:p>
    <w:p>
      <w:pPr>
        <w:pStyle w:val="Heading2"/>
      </w:pPr>
      <w:r>
        <w:t>How to see it , and why you should</w:t>
      </w:r>
      <w:r/>
    </w:p>
    <w:p>
      <w:r/>
      <w:r>
        <w:t>There’s no online release scheduled, so local screenings are the sole windows to catch the film before festivals. The Dallas Eagle hosts a free, 21+ screening on Thursday, July 30 at 9 p.m., marking the leather bar’s first known film night. It’s an easy, low‑pressure way to support regional storytelling and enjoy a night out that’s equal parts raucous and sweet.</w:t>
      </w:r>
      <w:r/>
    </w:p>
    <w:p>
      <w:r/>
      <w:r>
        <w:t>Bring friends, bring curiosity, and expect to laugh , you might even find a moment that stays with you after the credits roll.</w:t>
      </w:r>
      <w:r/>
    </w:p>
    <w:p>
      <w:r/>
      <w:r>
        <w:t>It's a small local scene doing something big , go see what the fuss is about.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2">
        <w:r>
          <w:rPr>
            <w:color w:val="0000EE"/>
            <w:u w:val="single"/>
          </w:rPr>
          <w:t>[5]</w:t>
        </w:r>
      </w:hyperlink>
      <w:r>
        <w:t xml:space="preserve">- Paragraph 4: </w:t>
      </w:r>
      <w:hyperlink r:id="rId9">
        <w:r>
          <w:rPr>
            <w:color w:val="0000EE"/>
            <w:u w:val="single"/>
          </w:rPr>
          <w:t>[2]</w:t>
        </w:r>
      </w:hyperlink>
      <w:r>
        <w:t xml:space="preserve">, </w:t>
      </w:r>
      <w:hyperlink r:id="rId13">
        <w:r>
          <w:rPr>
            <w:color w:val="0000EE"/>
            <w:u w:val="single"/>
          </w:rPr>
          <w:t>[6]</w:t>
        </w:r>
      </w:hyperlink>
      <w:r>
        <w:t xml:space="preserve">- Paragraph 5: </w:t>
      </w:r>
      <w:hyperlink r:id="rId9">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https://www.dallasobserver.com/arts-culture/naked-pool-party-free-screening-dallas-fortworth-40700241/</w:t>
        </w:r>
      </w:hyperlink>
      <w:r>
        <w:t xml:space="preserve"> - Please view link - unable to able to access data</w:t>
      </w:r>
      <w:r/>
    </w:p>
    <w:p>
      <w:pPr>
        <w:pStyle w:val="ListNumber"/>
        <w:spacing w:line="240" w:lineRule="auto"/>
        <w:ind w:left="720"/>
      </w:pPr>
      <w:r/>
      <w:hyperlink r:id="rId9">
        <w:r>
          <w:rPr>
            <w:color w:val="0000EE"/>
            <w:u w:val="single"/>
          </w:rPr>
          <w:t>https://www.dallasobserver.com/arts-culture/naked-pool-party-free-screening-dallas-fortworth-40700241/</w:t>
        </w:r>
      </w:hyperlink>
      <w:r>
        <w:t xml:space="preserve"> - The article discusses the success of 'Naked Pool Party,' a comedy short film from Fort Worth's Dario Studios, which sold out screenings at Studio Movie Grill and is set for a free encore at the Dallas Eagle on July 30, 2026. The film follows three gay friends attending their first naked pool party, leading to comedy and heartfelt moments. The creators, Carlos Suarez and Jorge Jimenez, drew inspiration from Dallas Pride and personal experiences, with the film resonating within the local LGBTQ+ community. The encore screening at the Dallas Eagle is scheduled for July 30 at 9 p.m.</w:t>
      </w:r>
      <w:r/>
    </w:p>
    <w:p>
      <w:pPr>
        <w:pStyle w:val="ListNumber"/>
        <w:spacing w:line="240" w:lineRule="auto"/>
        <w:ind w:left="720"/>
      </w:pPr>
      <w:r/>
      <w:hyperlink r:id="rId11">
        <w:r>
          <w:rPr>
            <w:color w:val="0000EE"/>
            <w:u w:val="single"/>
          </w:rPr>
          <w:t>https://www.thedallaseagle.com/events/underwear-night-and-contest-20/</w:t>
        </w:r>
      </w:hyperlink>
      <w:r>
        <w:t xml:space="preserve"> - The Dallas Eagle hosts Underwear Night every Wednesday, offering patrons the chance to enjoy premium cocktails and ice-cold draft beer while dressed in their underwear. The event features a weekly Underwear Contest at 11 p.m., with cash prizes and a chance to enter the monthly contest. Free lockers are available for attendees. The venue also offers free parking and a leather shop for the latest gear and accessories. (</w:t>
      </w:r>
      <w:hyperlink r:id="rId15">
        <w:r>
          <w:rPr>
            <w:color w:val="0000EE"/>
            <w:u w:val="single"/>
          </w:rPr>
          <w:t>thedallaseagle.com</w:t>
        </w:r>
      </w:hyperlink>
      <w:r>
        <w:t>)</w:t>
      </w:r>
      <w:r/>
    </w:p>
    <w:p>
      <w:pPr>
        <w:pStyle w:val="ListNumber"/>
        <w:spacing w:line="240" w:lineRule="auto"/>
        <w:ind w:left="720"/>
      </w:pPr>
      <w:r/>
      <w:hyperlink r:id="rId10">
        <w:r>
          <w:rPr>
            <w:color w:val="0000EE"/>
            <w:u w:val="single"/>
          </w:rPr>
          <w:t>https://www.thedallaseagle.com/events/</w:t>
        </w:r>
      </w:hyperlink>
      <w:r>
        <w:t xml:space="preserve"> - The Dallas Eagle's events calendar for July 30, 2026, includes:</w:t>
      </w:r>
      <w:r/>
      <w:r/>
      <w:r/>
    </w:p>
    <w:p>
      <w:pPr>
        <w:pStyle w:val="ListBullet"/>
        <w:spacing w:line="240" w:lineRule="auto"/>
        <w:ind w:left="720"/>
      </w:pPr>
      <w:r/>
      <w:r>
        <w:t>Underwear Night and Contest: Starting at 9 p.m., patrons can enjoy discounted drinks and participate in an underwear contest at 11 p.m.</w:t>
      </w:r>
      <w:r/>
    </w:p>
    <w:p>
      <w:pPr>
        <w:pStyle w:val="ListBullet"/>
        <w:spacing w:line="240" w:lineRule="auto"/>
        <w:ind w:left="720"/>
      </w:pPr>
      <w:r/>
      <w:r>
        <w:t>Frequency featuring George Flores: From 10 p.m. to 1 a.m., George Flores presents 'Frequency,' a night focused on music and unique vibes.</w:t>
      </w:r>
      <w:r/>
      <w:r/>
    </w:p>
    <w:p>
      <w:r/>
      <w:r>
        <w:t>The venue offers extended happy hour prices until 10 p.m., free pool, and a leather shop for the latest gear and accessories. (</w:t>
      </w:r>
      <w:hyperlink r:id="rId16">
        <w:r>
          <w:rPr>
            <w:color w:val="0000EE"/>
            <w:u w:val="single"/>
          </w:rPr>
          <w:t>thedallaseagle.com</w:t>
        </w:r>
      </w:hyperlink>
      <w:r>
        <w:t xml:space="preserve">) 5. </w:t>
      </w:r>
      <w:hyperlink r:id="rId12">
        <w:r>
          <w:rPr>
            <w:color w:val="0000EE"/>
            <w:u w:val="single"/>
          </w:rPr>
          <w:t>https://edenclubs.com/events/2026-07-30/</w:t>
        </w:r>
      </w:hyperlink>
      <w:r>
        <w:t xml:space="preserve"> - Club Eden Dallas-Fort Worth's events for July 30, 2026, include:</w:t>
      </w:r>
      <w:r/>
      <w:r/>
    </w:p>
    <w:p>
      <w:pPr>
        <w:pStyle w:val="ListBullet"/>
        <w:spacing w:line="240" w:lineRule="auto"/>
        <w:ind w:left="720"/>
      </w:pPr>
      <w:r/>
      <w:r>
        <w:rPr>
          <w:b/>
        </w:rPr>
        <w:t>Newbie Thursday – 5th Thursday</w:t>
      </w:r>
      <w:r>
        <w:t>: Starting at 9 p.m., this event is designed for soft swap newbies to mingle in a relaxed, friendly environment.</w:t>
      </w:r>
      <w:r/>
      <w:r/>
    </w:p>
    <w:p>
      <w:r/>
      <w:r>
        <w:t>The venue provides a diverse crowd and hosts various lifestyle events. (</w:t>
      </w:r>
      <w:hyperlink r:id="rId17">
        <w:r>
          <w:rPr>
            <w:color w:val="0000EE"/>
            <w:u w:val="single"/>
          </w:rPr>
          <w:t>edenclubs.com</w:t>
        </w:r>
      </w:hyperlink>
      <w:r>
        <w:t xml:space="preserve">) 6. </w:t>
      </w:r>
      <w:hyperlink r:id="rId13">
        <w:r>
          <w:rPr>
            <w:color w:val="0000EE"/>
            <w:u w:val="single"/>
          </w:rPr>
          <w:t>https://www.thebarehideranch.com/index.html</w:t>
        </w:r>
      </w:hyperlink>
      <w:r>
        <w:t xml:space="preserve"> - Barehide Ranch is a private nudist club located 25 minutes northwest of Weatherford in Poolville, Texas. Spanning over 50 acres of lush green fields and woodland, the club offers a natural and serene oasis for visitors aged 21 and over. For over 18 years, Barehide Ranch has been an integral part of the Dallas/Fort Worth area, providing a space for individuals to embrace the naked lifestyle. (</w:t>
      </w:r>
      <w:hyperlink r:id="rId18">
        <w:r>
          <w:rPr>
            <w:color w:val="0000EE"/>
            <w:u w:val="single"/>
          </w:rPr>
          <w:t>thebarehideranch.com</w:t>
        </w:r>
      </w:hyperlink>
      <w:r>
        <w:t xml:space="preserve">) 7. </w:t>
      </w:r>
      <w:hyperlink r:id="rId14">
        <w:r>
          <w:rPr>
            <w:color w:val="0000EE"/>
            <w:u w:val="single"/>
          </w:rPr>
          <w:t>https://tuscl.net/listing/4655</w:t>
        </w:r>
      </w:hyperlink>
      <w:r>
        <w:t xml:space="preserve"> - Bucks Wild is a nude strip club located at 5316 Superior Pkwy, Fort Worth, TX 76106. The venue operates Monday to Thursday from 11 a.m. to 2 p.m., Saturday from 11 a.m. to 4 a.m., and Sunday from 12 p.m. to 2 a.m. Amenities include BYOB, a juice bar, food, non-smoking environment, pool tables, DJ, topless and nude lap dances, private lap dance rooms, couple-friendly atmosphere, VIP room, prepay private dances, and a membership club. Lap dance costs are $25 for topless and $35 for nude. (</w:t>
      </w:r>
      <w:hyperlink r:id="rId19">
        <w:r>
          <w:rPr>
            <w:color w:val="0000EE"/>
            <w:u w:val="single"/>
          </w:rPr>
          <w:t>tuscl.net</w:t>
        </w:r>
      </w:hyperlink>
      <w:r>
        <w:t>)</w:t>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allasobserver.com/arts-culture/naked-pool-party-free-screening-dallas-fortworth-40700241/" TargetMode="External"/><Relationship Id="rId10" Type="http://schemas.openxmlformats.org/officeDocument/2006/relationships/hyperlink" Target="https://www.thedallaseagle.com/events/" TargetMode="External"/><Relationship Id="rId11" Type="http://schemas.openxmlformats.org/officeDocument/2006/relationships/hyperlink" Target="https://www.thedallaseagle.com/events/underwear-night-and-contest-20/" TargetMode="External"/><Relationship Id="rId12" Type="http://schemas.openxmlformats.org/officeDocument/2006/relationships/hyperlink" Target="https://edenclubs.com/events/2026-07-30/" TargetMode="External"/><Relationship Id="rId13" Type="http://schemas.openxmlformats.org/officeDocument/2006/relationships/hyperlink" Target="https://www.thebarehideranch.com/index.html" TargetMode="External"/><Relationship Id="rId14" Type="http://schemas.openxmlformats.org/officeDocument/2006/relationships/hyperlink" Target="https://tuscl.net/listing/4655" TargetMode="External"/><Relationship Id="rId15" Type="http://schemas.openxmlformats.org/officeDocument/2006/relationships/hyperlink" Target="https://www.thedallaseagle.com/events/underwear-night-and-contest-20/?utm_source=openai" TargetMode="External"/><Relationship Id="rId16" Type="http://schemas.openxmlformats.org/officeDocument/2006/relationships/hyperlink" Target="https://www.thedallaseagle.com/events/?utm_source=openai" TargetMode="External"/><Relationship Id="rId17" Type="http://schemas.openxmlformats.org/officeDocument/2006/relationships/hyperlink" Target="https://edenclubs.com/events/2026-07-30/?utm_source=openai" TargetMode="External"/><Relationship Id="rId18" Type="http://schemas.openxmlformats.org/officeDocument/2006/relationships/hyperlink" Target="https://www.thebarehideranch.com/index.html?utm_source=openai" TargetMode="External"/><Relationship Id="rId19" Type="http://schemas.openxmlformats.org/officeDocument/2006/relationships/hyperlink" Target="https://tuscl.net/listing/4655?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