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Hotels in Copenhagen for Pride Week 2026 Travel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revelers and solo explorers are booking stays in Copenhagen as Pride 2026 approaches; this guide shows where to sleep, socialise and recharge in neighbourhoods that put queer life at the heart of the city. From fairy‑tale boutique hotels to design-led rooftops, here’s where to base yourself for the parade, parties and quiet mornings.</w:t>
      </w:r>
      <w:r/>
    </w:p>
    <w:p>
      <w:r/>
      <w:r>
        <w:t>Essential takeaways</w:t>
      </w:r>
      <w:r/>
      <w:r/>
    </w:p>
    <w:p>
      <w:pPr>
        <w:pStyle w:val="ListBullet"/>
        <w:spacing w:line="240" w:lineRule="auto"/>
        <w:ind w:left="720"/>
      </w:pPr>
      <w:r/>
      <w:r>
        <w:rPr>
          <w:b/>
        </w:rPr>
        <w:t>Central luxury:</w:t>
      </w:r>
      <w:r>
        <w:t xml:space="preserve"> Hotel d’Angleterre offers polished five‑star comfort in Kongens Nytorv, with marble bathrooms and a Michelin restaurant nearby, ideal for travellers seeking pampering and proximity to central Pride events. </w:t>
      </w:r>
      <w:r/>
    </w:p>
    <w:p>
      <w:pPr>
        <w:pStyle w:val="ListBullet"/>
        <w:spacing w:line="240" w:lineRule="auto"/>
        <w:ind w:left="720"/>
      </w:pPr>
      <w:r/>
      <w:r>
        <w:rPr>
          <w:b/>
        </w:rPr>
        <w:t>Fairytale stay:</w:t>
      </w:r>
      <w:r>
        <w:t xml:space="preserve"> Nimb Hotel sits inside Tivoli Gardens for a romantic, intimate vibe and easy access to the Latin Quarter’s gay venues, with antique charm and cosy cocktail hours. </w:t>
      </w:r>
      <w:r/>
    </w:p>
    <w:p>
      <w:pPr>
        <w:pStyle w:val="ListBullet"/>
        <w:spacing w:line="240" w:lineRule="auto"/>
        <w:ind w:left="720"/>
      </w:pPr>
      <w:r/>
      <w:r>
        <w:rPr>
          <w:b/>
        </w:rPr>
        <w:t>Budget and buzz:</w:t>
      </w:r>
      <w:r>
        <w:t xml:space="preserve"> Comfort Hotel Vesterbro and Andersen Boutique give you Vesterbro energy close to the Meatpacking District and gay nightlife, while still being wallet‑friendly. </w:t>
      </w:r>
      <w:r/>
    </w:p>
    <w:p>
      <w:pPr>
        <w:pStyle w:val="ListBullet"/>
        <w:spacing w:line="240" w:lineRule="auto"/>
        <w:ind w:left="720"/>
      </w:pPr>
      <w:r/>
      <w:r>
        <w:rPr>
          <w:b/>
        </w:rPr>
        <w:t>Design and rooftop life:</w:t>
      </w:r>
      <w:r>
        <w:t xml:space="preserve"> Hotel SP34 and AC Hotel Bella Sky combine Scandi style with great views and rooftop bars that feel perfect for summer evenings and post‑parade wind‑downs. </w:t>
      </w:r>
      <w:r/>
    </w:p>
    <w:p>
      <w:pPr>
        <w:pStyle w:val="ListBullet"/>
        <w:spacing w:line="240" w:lineRule="auto"/>
        <w:ind w:left="720"/>
      </w:pPr>
      <w:r/>
      <w:r>
        <w:rPr>
          <w:b/>
        </w:rPr>
        <w:t>Practical location:</w:t>
      </w:r>
      <w:r>
        <w:t xml:space="preserve"> Scandic Copenhagen and The Square balance quiet nights and walkable access to gay bars, City Hall Square (Pride Square) and transport links , handy if you want to be in the middle of things without the noise.</w:t>
      </w:r>
      <w:r/>
      <w:r/>
    </w:p>
    <w:p>
      <w:pPr>
        <w:pStyle w:val="Heading2"/>
      </w:pPr>
      <w:r>
        <w:t>Why Copenhagen feels quietly revolutionary for LGBTQ+ travellers</w:t>
      </w:r>
      <w:r/>
    </w:p>
    <w:p>
      <w:r/>
      <w:r>
        <w:t>Copenhagen’s cobbled streets and canals come with a soft hum of inclusivity that you notice in small, everyday ways, from rainbow crossings to chatty cafè doors left open into the evening. The city has earned praise in safety indexes and the tourism board points to a thriving queer scene that isn’t performative but woven into city life. That translates into hotels and neighbourhoods that genuinely welcome queer guests, whether you want glam nights out or low‑key mornings after a late parade.</w:t>
      </w:r>
      <w:r/>
    </w:p>
    <w:p>
      <w:pPr>
        <w:pStyle w:val="Heading2"/>
      </w:pPr>
      <w:r>
        <w:t>Where to splurge: Hotel d’Angleterre and Nimb for special occasions</w:t>
      </w:r>
      <w:r/>
    </w:p>
    <w:p>
      <w:r/>
      <w:r>
        <w:t>If you’re celebrating Pride or treating yourself, Hotel d’Angleterre is Copenhagen’s grande dame , think chandeliers, bespoke suites and a Michelin kitchen. It’s the kind of place where the bathroom doubles as a tiny spa and you walk straight into cultural hotspots. For a fairytale option, Nimb sits inside Tivoli Gardens; its Moorish façades and individual rooms feel like a storybook interlude, and being steps from twinkling rides makes it a romantic pick for couples or anyone craving a little magic after the parade.</w:t>
      </w:r>
      <w:r/>
    </w:p>
    <w:p>
      <w:pPr>
        <w:pStyle w:val="Heading2"/>
      </w:pPr>
      <w:r>
        <w:t>Design lovers and rooftop crowds: Hotel SP34 and AC Hotel Bella Sky</w:t>
      </w:r>
      <w:r/>
    </w:p>
    <w:p>
      <w:r/>
      <w:r>
        <w:t>Hotel SP34 channels modern Scandi calm with warm woods, rotating art and rooftop terraces that are pure summer magic when the city hums below. It’s in the Latin Quarter, so you’re a short walk from clubs like Never Mind and MEN’s Bar. AC Hotel Bella Sky trades intimate charm for skyline drama , the leaning twin towers offer panoramic views and quick metro rides to Vesterbro, making it smart if you want an out‑of‑the‑centre hotel that still gets you to Pride events fast.</w:t>
      </w:r>
      <w:r/>
    </w:p>
    <w:p>
      <w:pPr>
        <w:pStyle w:val="Heading2"/>
      </w:pPr>
      <w:r>
        <w:t>Best value and local life: Vesterbro and The Square options</w:t>
      </w:r>
      <w:r/>
    </w:p>
    <w:p>
      <w:r/>
      <w:r>
        <w:t>Vesterbro is where Copenhagen’s creative life lives, and Comfort Hotel Vesterbro and Andersen Boutique both put you in the thick of it without breaking the bank. Andersen leans into hygge with thematic rooms and a complimentary wine hour that makes meeting fellow travellers easy. The Square sits by City Hall Square, green certified and practical for parade access and sightseeing; its breakfast room surrounded by plants feels like a calm reset after a long night out.</w:t>
      </w:r>
      <w:r/>
    </w:p>
    <w:p>
      <w:pPr>
        <w:pStyle w:val="Heading2"/>
      </w:pPr>
      <w:r>
        <w:t>Practical planning: timing, transport and Pride logistics</w:t>
      </w:r>
      <w:r/>
    </w:p>
    <w:p>
      <w:r/>
      <w:r>
        <w:t>Copenhagen Pride week runs in August, with City Hall Square turned into Pride Square and a free programme of stalls, concerts and drag shows , the parade traditionally finishes there too, so staying nearby saves time and energy on parade day. The city’s metro and compact layout mean well‑placed hotels let you walk or jump on a short ride to main venues. For quieter budgets, travel January to March for lower rates, but if you want sunshine, book June to August and expect queues and higher prices during Pride week.</w:t>
      </w:r>
      <w:r/>
    </w:p>
    <w:p>
      <w:r/>
      <w:r>
        <w:t>Closing line Book with a sense of what you want from Pride , a rooftop party, a peaceful cocoon, or full‑on Vesterbro buzz , and Copenhagen will do the rest.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Paragraph 5: </w:t>
      </w:r>
      <w:hyperlink r:id="rId9">
        <w:r>
          <w:rPr>
            <w:color w:val="0000EE"/>
            <w:u w:val="single"/>
          </w:rPr>
          <w:t>[2]</w:t>
        </w:r>
      </w:hyperlink>
      <w:r>
        <w:t xml:space="preserve">, </w:t>
      </w:r>
      <w:hyperlink r:id="rId10">
        <w:r>
          <w:rPr>
            <w:color w:val="0000EE"/>
            <w:u w:val="single"/>
          </w:rPr>
          <w:t>[7]</w:t>
        </w:r>
      </w:hyperlink>
      <w:r>
        <w:t xml:space="preserve">- Paragraph 6: </w:t>
      </w:r>
      <w:hyperlink r:id="rId12">
        <w:r>
          <w:rPr>
            <w:color w:val="0000EE"/>
            <w:u w:val="single"/>
          </w:rPr>
          <w:t>[3]</w:t>
        </w:r>
      </w:hyperlink>
      <w:r>
        <w:t xml:space="preserve">, </w:t>
      </w:r>
      <w:hyperlink r:id="rId13">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https://www.independent.co.uk/travel/europe/denmark/copenhagen/best-lgbtq-hotels-copenhagen-b3004898.html</w:t>
        </w:r>
      </w:hyperlink>
      <w:r>
        <w:t xml:space="preserve"> - Please view link - unable to able to access data</w:t>
      </w:r>
      <w:r/>
    </w:p>
    <w:p>
      <w:pPr>
        <w:pStyle w:val="ListNumber"/>
        <w:spacing w:line="240" w:lineRule="auto"/>
        <w:ind w:left="720"/>
      </w:pPr>
      <w:r/>
      <w:hyperlink r:id="rId9">
        <w:r>
          <w:rPr>
            <w:color w:val="0000EE"/>
            <w:u w:val="single"/>
          </w:rPr>
          <w:t>https://www.independent.co.uk/travel/europe/denmark/copenhagen/best-lgbtq-hotels-copenhagen-b3004898.html</w:t>
        </w:r>
      </w:hyperlink>
      <w:r>
        <w:t xml:space="preserve"> - This article from The Independent highlights the best LGBTQ+-friendly hotels in Copenhagen for 2026. It features eight establishments, including Hotel d'Angleterre, Nimb Hotel, Andersen Boutique Hotel, AC Hotel Bella Sky Copenhagen, Hotel SP34, Scandic Copenhagen, The Square, and Comfort Hotel Vesterbro. Each hotel is described in detail, emphasizing its unique features, location, and appeal to LGBTQ+ travellers. The piece also provides insights into Copenhagen's inclusive atmosphere and its upcoming Pride events in August 2026, offering a comprehensive guide for LGBTQ+ visitors seeking welcoming accommodations in the city.</w:t>
      </w:r>
      <w:r/>
    </w:p>
    <w:p>
      <w:pPr>
        <w:pStyle w:val="ListNumber"/>
        <w:spacing w:line="240" w:lineRule="auto"/>
        <w:ind w:left="720"/>
      </w:pPr>
      <w:r/>
      <w:hyperlink r:id="rId12">
        <w:r>
          <w:rPr>
            <w:color w:val="0000EE"/>
            <w:u w:val="single"/>
          </w:rPr>
          <w:t>https://www.copenhagenpride.dk/en/pride-2026/</w:t>
        </w:r>
      </w:hyperlink>
      <w:r>
        <w:t xml:space="preserve"> - The official Copenhagen Pride website provides detailed information about the 2026 Pride events. Scheduled from 8 to 16 August, the week includes various activities, with the main parade on 15 August. The site offers insights into the theme, program, and logistics of the event, emphasizing Copenhagen's commitment to inclusivity and diversity. It also addresses safety measures and provides contact information for further inquiries, serving as a primary resource for those planning to participate in the 2026 Pride celebrations.</w:t>
      </w:r>
      <w:r/>
    </w:p>
    <w:p>
      <w:pPr>
        <w:pStyle w:val="ListNumber"/>
        <w:spacing w:line="240" w:lineRule="auto"/>
        <w:ind w:left="720"/>
      </w:pPr>
      <w:r/>
      <w:hyperlink r:id="rId13">
        <w:r>
          <w:rPr>
            <w:color w:val="0000EE"/>
            <w:u w:val="single"/>
          </w:rPr>
          <w:t>https://www.copenhagenpride.dk/en/pride-2026/pride-week-2026/</w:t>
        </w:r>
      </w:hyperlink>
      <w:r>
        <w:t xml:space="preserve"> - This page outlines the specifics of Copenhagen Pride Week 2026, running from 8 to 16 August. It details the transformation of City Hall Square into Pride Square, the route of the main parade on 15 August, and various after-parties and street events. The site also highlights external events organized by community groups and cultural institutions, showcasing the city's vibrant LGBTQ+ culture. Accessibility measures and opportunities for public involvement are also discussed, making it a comprehensive guide for attendees.</w:t>
      </w:r>
      <w:r/>
    </w:p>
    <w:p>
      <w:pPr>
        <w:pStyle w:val="ListNumber"/>
        <w:spacing w:line="240" w:lineRule="auto"/>
        <w:ind w:left="720"/>
      </w:pPr>
      <w:r/>
      <w:hyperlink r:id="rId14">
        <w:r>
          <w:rPr>
            <w:color w:val="0000EE"/>
            <w:u w:val="single"/>
          </w:rPr>
          <w:t>https://www.copenhagenpride.dk/en/parade/</w:t>
        </w:r>
      </w:hyperlink>
      <w:r>
        <w:t xml:space="preserve"> - Dedicated to the Copenhagen Pride Parade, this page provides information about the 2026 event scheduled for 15 August. It describes the parade route, starting at Frederiksberg City Hall and ending at Pride Square, and mentions the expected attendance of over 250,000 people. The site also outlines the diverse groups participating in the parade, including LGBTQIA+ organizations, human rights groups, and political parties, reflecting the broad support for LGBTQ+ rights in Copenhagen.</w:t>
      </w:r>
      <w:r/>
    </w:p>
    <w:p>
      <w:pPr>
        <w:pStyle w:val="ListNumber"/>
        <w:spacing w:line="240" w:lineRule="auto"/>
        <w:ind w:left="720"/>
      </w:pPr>
      <w:r/>
      <w:hyperlink r:id="rId11">
        <w:r>
          <w:rPr>
            <w:color w:val="0000EE"/>
            <w:u w:val="single"/>
          </w:rPr>
          <w:t>https://www.copenhagenpride.dk/en/prides-in-denmark/</w:t>
        </w:r>
      </w:hyperlink>
      <w:r>
        <w:t xml:space="preserve"> - This page offers an overview of Pride events across Denmark in 2026, including those in the Faroe Islands and Greenland. It lists various Prides with their respective dates, such as Odense Pride on 16 May, Aarhus Pride on 30 May, and Kalundborg Pride on 13 June. The site highlights the growing number of Pride events in the region and Copenhagen Pride's support for the creation of a national Pride network, emphasizing the country's commitment to LGBTQ+ rights and visibility.</w:t>
      </w:r>
      <w:r/>
    </w:p>
    <w:p>
      <w:pPr>
        <w:pStyle w:val="ListNumber"/>
        <w:spacing w:line="240" w:lineRule="auto"/>
        <w:ind w:left="720"/>
      </w:pPr>
      <w:r/>
      <w:hyperlink r:id="rId10">
        <w:r>
          <w:rPr>
            <w:color w:val="0000EE"/>
            <w:u w:val="single"/>
          </w:rPr>
          <w:t>https://www.visitcopenhagen.com/copenhagen/planning/copenhagen-pride-week-gdk474741</w:t>
        </w:r>
      </w:hyperlink>
      <w:r>
        <w:t xml:space="preserve"> - Visit Copenhagen's official tourism website provides an overview of Copenhagen Pride Week, scheduled from 8 to 16 August 2026. The page highlights the event's significance in promoting inclusivity and activism, detailing the various activities and the main parade. It also offers practical information for visitors, including event locations and dates, serving as a valuable resource for those planning to experience the city's vibrant LGBTQ+ culture during Pride Week.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travel/europe/denmark/copenhagen/best-lgbtq-hotels-copenhagen-b3004898.html" TargetMode="External"/><Relationship Id="rId10" Type="http://schemas.openxmlformats.org/officeDocument/2006/relationships/hyperlink" Target="https://www.visitcopenhagen.com/copenhagen/planning/copenhagen-pride-week-gdk474741" TargetMode="External"/><Relationship Id="rId11" Type="http://schemas.openxmlformats.org/officeDocument/2006/relationships/hyperlink" Target="https://www.copenhagenpride.dk/en/prides-in-denmark/" TargetMode="External"/><Relationship Id="rId12" Type="http://schemas.openxmlformats.org/officeDocument/2006/relationships/hyperlink" Target="https://www.copenhagenpride.dk/en/pride-2026/" TargetMode="External"/><Relationship Id="rId13" Type="http://schemas.openxmlformats.org/officeDocument/2006/relationships/hyperlink" Target="https://www.copenhagenpride.dk/en/pride-2026/pride-week-2026/" TargetMode="External"/><Relationship Id="rId14" Type="http://schemas.openxmlformats.org/officeDocument/2006/relationships/hyperlink" Target="https://www.copenhagenpride.dk/en/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