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Lavender Lounge in Oakland: A New Alcohol-Free Third Space for LGBTQ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already talking: Oakland is getting a new alcohol-free Lavender Lounge this fall, a cafe-style third space where queer people of all ages can gather, attend events, borrow books, and simply be together without the pressure of a bar scene. It matters because it widens where community happens.</w:t>
      </w:r>
      <w:r/>
    </w:p>
    <w:p>
      <w:r/>
      <w:r>
        <w:t>Essential Takeaways</w:t>
      </w:r>
      <w:r/>
      <w:r/>
    </w:p>
    <w:p>
      <w:pPr>
        <w:pStyle w:val="ListBullet"/>
        <w:spacing w:line="240" w:lineRule="auto"/>
        <w:ind w:left="720"/>
      </w:pPr>
      <w:r/>
      <w:r>
        <w:rPr>
          <w:b/>
        </w:rPr>
        <w:t>What it is:</w:t>
      </w:r>
      <w:r>
        <w:t xml:space="preserve"> An alcohol-free cafe, lending library, and event venue serving as a queer third space with a warm, low-key vibe.</w:t>
      </w:r>
      <w:r/>
    </w:p>
    <w:p>
      <w:pPr>
        <w:pStyle w:val="ListBullet"/>
        <w:spacing w:line="240" w:lineRule="auto"/>
        <w:ind w:left="720"/>
      </w:pPr>
      <w:r/>
      <w:r>
        <w:rPr>
          <w:b/>
        </w:rPr>
        <w:t>Open hours:</w:t>
      </w:r>
      <w:r>
        <w:t xml:space="preserve"> Planned regular daytime hours, roughly 9am–5pm Monday through Thursday, with evenings for programming.</w:t>
      </w:r>
      <w:r/>
    </w:p>
    <w:p>
      <w:pPr>
        <w:pStyle w:val="ListBullet"/>
        <w:spacing w:line="240" w:lineRule="auto"/>
        <w:ind w:left="720"/>
      </w:pPr>
      <w:r/>
      <w:r>
        <w:rPr>
          <w:b/>
        </w:rPr>
        <w:t>Events on offer:</w:t>
      </w:r>
      <w:r>
        <w:t xml:space="preserve"> Book readings, wellness sessions, spoken word, drag sets, live music, DJ nights and substance-free dance parties, social but sober.</w:t>
      </w:r>
      <w:r/>
    </w:p>
    <w:p>
      <w:pPr>
        <w:pStyle w:val="ListBullet"/>
        <w:spacing w:line="240" w:lineRule="auto"/>
        <w:ind w:left="720"/>
      </w:pPr>
      <w:r/>
      <w:r>
        <w:rPr>
          <w:b/>
        </w:rPr>
        <w:t>Where and look:</w:t>
      </w:r>
      <w:r>
        <w:t xml:space="preserve"> Located at 3199 Lakeshore Avenue, across from the main centre, with a mural by Derrick Bell and a welcoming street presence.</w:t>
      </w:r>
      <w:r/>
    </w:p>
    <w:p>
      <w:pPr>
        <w:pStyle w:val="ListBullet"/>
        <w:spacing w:line="240" w:lineRule="auto"/>
        <w:ind w:left="720"/>
      </w:pPr>
      <w:r/>
      <w:r>
        <w:rPr>
          <w:b/>
        </w:rPr>
        <w:t>Funding &amp; footprint:</w:t>
      </w:r>
      <w:r>
        <w:t xml:space="preserve"> Part of the Oakland LGBTQ Community Center’s expansion; the project seeks donations and grants to meet a $100,000 build goal and pay $8,000/month rent.</w:t>
      </w:r>
      <w:r/>
      <w:r/>
    </w:p>
    <w:p>
      <w:pPr>
        <w:pStyle w:val="Heading2"/>
      </w:pPr>
      <w:r>
        <w:t>Why an alcohol-free queer lounge matters now</w:t>
      </w:r>
      <w:r/>
    </w:p>
    <w:p>
      <w:r/>
      <w:r>
        <w:t>Oakland’s LGBTQ scene has long relied on bars and clubs as default gathering spots, and that nightlife legacy still feels vital and alive. But not everyone wants to socialise around alcohol, and younger generations are drinking less. The Lavender Lounge gives people a choice , a daytime cafe vibe with evening programming that’s lively but sober. It’s a quieter kind of comfort, a place where conversation and community take centre stage.</w:t>
      </w:r>
      <w:r/>
    </w:p>
    <w:p>
      <w:pPr>
        <w:pStyle w:val="Heading2"/>
      </w:pPr>
      <w:r>
        <w:t>What the space will actually feel like</w:t>
      </w:r>
      <w:r/>
    </w:p>
    <w:p>
      <w:r/>
      <w:r>
        <w:t>Think sturdy wooden tables, soft lighting, a small lending library and the low hum of people chatting over tea. The centre has already put a mural on the facade and named the building, signalling a visible, walk-inable presence on Lakeshore Avenue. Events will range from wellness workshops to drag and DJ sets, so the space will flex between mellow daytime hangout and creative, substance-free nightlife.</w:t>
      </w:r>
      <w:r/>
    </w:p>
    <w:p>
      <w:pPr>
        <w:pStyle w:val="Heading2"/>
      </w:pPr>
      <w:r>
        <w:t>How this fits into Oakland’s LGBTQ landscape</w:t>
      </w:r>
      <w:r/>
    </w:p>
    <w:p>
      <w:r/>
      <w:r>
        <w:t>Oakland still celebrates long-standing bars like the White Horse and newer nightlife spots, and the Lavender Lounge isn’t here to replace them. Instead, it’s expanding what queer social life can be , intergenerational, family- and elder-friendly, and accessible to those who avoid alcohol. The move mirrors wider cultural trends toward activity-led, inclusive spaces that prioritise mental health and safety.</w:t>
      </w:r>
      <w:r/>
    </w:p>
    <w:p>
      <w:pPr>
        <w:pStyle w:val="Heading2"/>
      </w:pPr>
      <w:r>
        <w:t>Practical tips for visitors and supporters</w:t>
      </w:r>
      <w:r/>
    </w:p>
    <w:p>
      <w:r/>
      <w:r>
        <w:t>If you’re planning to visit, expect daytime programming and community services alongside evening events; check the centre’s schedule before you go. Those who want to support the project can donate through the centre’s fundraising channels or attend benefit events. For groups, it’s an easy venue to book for sober celebrations, reading groups, or wellness circles.</w:t>
      </w:r>
      <w:r/>
    </w:p>
    <w:p>
      <w:pPr>
        <w:pStyle w:val="Heading2"/>
      </w:pPr>
      <w:r>
        <w:t>The centre’s broader work and why this project stuck</w:t>
      </w:r>
      <w:r/>
    </w:p>
    <w:p>
      <w:r/>
      <w:r>
        <w:t>The Lavender Lounge is an outgrowth of a centre that already offers a transgender wellness hub, sexual health clinic, food pantry and youth and senior programming. Financial ups and downs have tested the organisation, but community support has kept it resilient. That backbone makes the lounge feel less like a standalone experiment and more like a deliberate expansion of services.</w:t>
      </w:r>
      <w:r/>
    </w:p>
    <w:p>
      <w:r/>
      <w:r>
        <w:t>It's a small but meaningful change in where and how queer people gather , a new spot where everyone can belong without the bar.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[7]</w:t>
        </w:r>
      </w:hyperlink>
      <w:r>
        <w:t xml:space="preserve">- Paragraph 6: </w:t>
      </w:r>
      <w:hyperlink r:id="rId10">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https://www.ebar.com/story/168815/</w:t>
        </w:r>
      </w:hyperlink>
      <w:r>
        <w:t xml:space="preserve"> - Please view link - unable to able to access data</w:t>
      </w:r>
      <w:r/>
    </w:p>
    <w:p>
      <w:pPr>
        <w:pStyle w:val="ListNumber"/>
        <w:spacing w:line="240" w:lineRule="auto"/>
        <w:ind w:left="720"/>
      </w:pPr>
      <w:r/>
      <w:hyperlink r:id="rId10">
        <w:r>
          <w:rPr>
            <w:color w:val="0000EE"/>
            <w:u w:val="single"/>
          </w:rPr>
          <w:t>https://www.oaklandlgbtqcenter.org/support-us</w:t>
        </w:r>
      </w:hyperlink>
      <w:r>
        <w:t xml:space="preserve"> - The Oakland LGBTQ Community Center is developing the Lakeshore Lavender Lounge, an alcohol-free, café-style social environment with a lending library, located in Oakland's Lakeshore LGBTQ Cultural District. They are seeking support to make this new LGBTQ+ space a reality. Donations can be made through their website.</w:t>
      </w:r>
      <w:r/>
    </w:p>
    <w:p>
      <w:pPr>
        <w:pStyle w:val="ListNumber"/>
        <w:spacing w:line="240" w:lineRule="auto"/>
        <w:ind w:left="720"/>
      </w:pPr>
      <w:r/>
      <w:hyperlink r:id="rId11">
        <w:r>
          <w:rPr>
            <w:color w:val="0000EE"/>
            <w:u w:val="single"/>
          </w:rPr>
          <w:t>https://sfbaytimes.com/lavender-lounge-reimagining-queer-third-places-in-oakland/</w:t>
        </w:r>
      </w:hyperlink>
      <w:r>
        <w:t xml:space="preserve"> - The Lakeshore Lavender Lounge aims to provide an alcohol-free 'third place' for the LGBTQ community in Oakland, offering a café-style social environment and a lending library. The lounge will host various events, including dance events, drag shows, and other activities for the LGBTQ community and its allies. The Oakland LGBTQ Center plans to open the lounge by August or September 2026.</w:t>
      </w:r>
      <w:r/>
    </w:p>
    <w:p>
      <w:pPr>
        <w:pStyle w:val="ListNumber"/>
        <w:spacing w:line="240" w:lineRule="auto"/>
        <w:ind w:left="720"/>
      </w:pPr>
      <w:r/>
      <w:hyperlink r:id="rId15">
        <w:r>
          <w:rPr>
            <w:color w:val="0000EE"/>
            <w:u w:val="single"/>
          </w:rPr>
          <w:t>https://www.oaklandlgbtqcenter.org/contact-information</w:t>
        </w:r>
      </w:hyperlink>
      <w:r>
        <w:t xml:space="preserve"> - The Oakland LGBTQ Community Center is located at 3207 Lakeshore Ave, Oakland, CA 94610. For inquiries, contact them at 510-882-2286 or via email at [email protected].</w:t>
      </w:r>
      <w:r/>
    </w:p>
    <w:p>
      <w:pPr>
        <w:pStyle w:val="ListNumber"/>
        <w:spacing w:line="240" w:lineRule="auto"/>
        <w:ind w:left="720"/>
      </w:pPr>
      <w:r/>
      <w:hyperlink r:id="rId12">
        <w:r>
          <w:rPr>
            <w:color w:val="0000EE"/>
            <w:u w:val="single"/>
          </w:rPr>
          <w:t>https://secure.qgiv.com/event/lavenderlounge/</w:t>
        </w:r>
      </w:hyperlink>
      <w:r>
        <w:t xml:space="preserve"> - The Oakland LGBTQ Community Center is raising funds to launch the Lakeshore Lavender Lounge &amp; Café, an alcohol-free LGBTQ+ 'third space' in Oakland. They aim to raise $100,000 to support the development of this new community space.</w:t>
      </w:r>
      <w:r/>
    </w:p>
    <w:p>
      <w:pPr>
        <w:pStyle w:val="ListNumber"/>
        <w:spacing w:line="240" w:lineRule="auto"/>
        <w:ind w:left="720"/>
      </w:pPr>
      <w:r/>
      <w:hyperlink r:id="rId14">
        <w:r>
          <w:rPr>
            <w:color w:val="0000EE"/>
            <w:u w:val="single"/>
          </w:rPr>
          <w:t>https://oaklandvoices.us/2025/12/23/oakland-white-horse-gay-queer-lgbtq-bar/</w:t>
        </w:r>
      </w:hyperlink>
      <w:r>
        <w:t xml:space="preserve"> - The White Horse Bar in Oakland is one of the oldest operating gay bars in the United States, having been in continuous operation since 1933. It remains a safe space for the LGBTQ community, offering a venue for socialising and events.</w:t>
      </w:r>
      <w:r/>
    </w:p>
    <w:p>
      <w:pPr>
        <w:pStyle w:val="ListNumber"/>
        <w:spacing w:line="240" w:lineRule="auto"/>
        <w:ind w:left="720"/>
      </w:pPr>
      <w:r/>
      <w:hyperlink r:id="rId13">
        <w:r>
          <w:rPr>
            <w:color w:val="0000EE"/>
            <w:u w:val="single"/>
          </w:rPr>
          <w:t>https://www.oaklandlgbtqcenter.org/</w:t>
        </w:r>
      </w:hyperlink>
      <w:r>
        <w:t xml:space="preserve"> - The Oakland LGBTQ Community Center provides safe, inclusive spaces for wellness, connection, support, and empowerment. They offer various services, including youth programs, transgender support, sexual health and wellness support, and a food pantry.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815/" TargetMode="External"/><Relationship Id="rId10" Type="http://schemas.openxmlformats.org/officeDocument/2006/relationships/hyperlink" Target="https://www.oaklandlgbtqcenter.org/support-us" TargetMode="External"/><Relationship Id="rId11" Type="http://schemas.openxmlformats.org/officeDocument/2006/relationships/hyperlink" Target="https://sfbaytimes.com/lavender-lounge-reimagining-queer-third-places-in-oakland/" TargetMode="External"/><Relationship Id="rId12" Type="http://schemas.openxmlformats.org/officeDocument/2006/relationships/hyperlink" Target="https://secure.qgiv.com/event/lavenderlounge/" TargetMode="External"/><Relationship Id="rId13" Type="http://schemas.openxmlformats.org/officeDocument/2006/relationships/hyperlink" Target="https://www.oaklandlgbtqcenter.org/" TargetMode="External"/><Relationship Id="rId14" Type="http://schemas.openxmlformats.org/officeDocument/2006/relationships/hyperlink" Target="https://oaklandvoices.us/2025/12/23/oakland-white-horse-gay-queer-lgbtq-bar/" TargetMode="External"/><Relationship Id="rId15" Type="http://schemas.openxmlformats.org/officeDocument/2006/relationships/hyperlink" Target="https://www.oaklandlgbtqcenter.org/contact-in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