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Lakeshore LGBTQ Cultural District Guide: Where to Eat, Shop and Connect in Oakland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Explore Oakland’s Lakeshore LGBTQ Cultural District with a welcome-first vibe, buzzy eateries, and queer-led shops and services that make it a must-visit neighbourhood for locals and visitors alike. This short guide points you to the best bites, boutiques, community hubs and practical travel tips.</w:t>
      </w:r>
      <w:r/>
    </w:p>
    <w:p>
      <w:r/>
      <w:r>
        <w:t>Essential Takeaways</w:t>
      </w:r>
      <w:r/>
      <w:r/>
    </w:p>
    <w:p>
      <w:pPr>
        <w:pStyle w:val="ListBullet"/>
        <w:spacing w:line="240" w:lineRule="auto"/>
        <w:ind w:left="720"/>
      </w:pPr>
      <w:r/>
      <w:r>
        <w:rPr>
          <w:b/>
        </w:rPr>
        <w:t>Community anchor:</w:t>
      </w:r>
      <w:r>
        <w:t xml:space="preserve"> The Oakland LGBTQ Community Center sits on Lakeshore Avenue and offers clinics, services and events that keep the district vibrant.</w:t>
      </w:r>
      <w:r/>
    </w:p>
    <w:p>
      <w:pPr>
        <w:pStyle w:val="ListBullet"/>
        <w:spacing w:line="240" w:lineRule="auto"/>
        <w:ind w:left="720"/>
      </w:pPr>
      <w:r/>
      <w:r>
        <w:rPr>
          <w:b/>
        </w:rPr>
        <w:t>Food variety:</w:t>
      </w:r>
      <w:r>
        <w:t xml:space="preserve"> From vegan pink tortillas to Michelin-recommended supper-club vibes, Lakeshore offers tacos, delis, breakfast spots and late-night donuts.</w:t>
      </w:r>
      <w:r/>
    </w:p>
    <w:p>
      <w:pPr>
        <w:pStyle w:val="ListBullet"/>
        <w:spacing w:line="240" w:lineRule="auto"/>
        <w:ind w:left="720"/>
      </w:pPr>
      <w:r/>
      <w:r>
        <w:rPr>
          <w:b/>
        </w:rPr>
        <w:t>Queer arts &amp; wellness:</w:t>
      </w:r>
      <w:r>
        <w:t xml:space="preserve"> Lavender Lounge and Queer Arts Center provide alcohol-free gathering, healing spaces and exhibitions with a warm, quiet energy.</w:t>
      </w:r>
      <w:r/>
    </w:p>
    <w:p>
      <w:pPr>
        <w:pStyle w:val="ListBullet"/>
        <w:spacing w:line="240" w:lineRule="auto"/>
        <w:ind w:left="720"/>
      </w:pPr>
      <w:r/>
      <w:r>
        <w:rPr>
          <w:b/>
        </w:rPr>
        <w:t>Walkable district:</w:t>
      </w:r>
      <w:r>
        <w:t xml:space="preserve"> The commercial stretch runs about a third of a mile from Lake Park Avenue to Mandana Blvd , easy to stroll, cosy to linger.</w:t>
      </w:r>
      <w:r/>
    </w:p>
    <w:p>
      <w:pPr>
        <w:pStyle w:val="ListBullet"/>
        <w:spacing w:line="240" w:lineRule="auto"/>
        <w:ind w:left="720"/>
      </w:pPr>
      <w:r/>
      <w:r>
        <w:rPr>
          <w:b/>
        </w:rPr>
        <w:t>Getting there:</w:t>
      </w:r>
      <w:r>
        <w:t xml:space="preserve"> Accessible by I-580 exits, bus routes and BART connections plus limited parking near Trader Joe’s.</w:t>
      </w:r>
      <w:r/>
      <w:r/>
    </w:p>
    <w:p>
      <w:pPr>
        <w:pStyle w:val="Heading2"/>
      </w:pPr>
      <w:r>
        <w:t>A neighbourhood that feels like a welcome mat</w:t>
      </w:r>
      <w:r/>
    </w:p>
    <w:p>
      <w:r/>
      <w:r>
        <w:t>Start with the feeling: Lakeshore Avenue hums with a neighbourly, urbane energy that’s soft around the edges and loud in character. The Oakland LGBTQ Community Center anchors the strip, offering everything from health clinics to Pride programming, so you’ll often spot volunteers, artists and residents popping in and out. According to the district’s organisers, those institutions were central to the official designation, and they help make the area more than a shopping street , it’s a living community. If you want to feel local fast, grab a coffee, sit on a bench by Lake Merritt and watch the area’s friendly, eclectic rhythm.</w:t>
      </w:r>
      <w:r/>
    </w:p>
    <w:p>
      <w:pPr>
        <w:pStyle w:val="Heading2"/>
      </w:pPr>
      <w:r>
        <w:t>Eat like an Oaklander: tacos, vegan twists and supper-club glamour</w:t>
      </w:r>
      <w:r/>
    </w:p>
    <w:p>
      <w:r/>
      <w:r>
        <w:t>Food is a clear reason people come here and it’s delightfully varied. Rico Rico’s smoky tacos and handmade masa are classic Bay Area fare, while Rico Rico Vegano proves plant-based can be playful , yes, those pink tortillas are real and Instagram-ready. For a retro, stylish night, Bardo Lounge &amp; Supper Club serves up mid-century cocktails and updated classics; its vibe is part theatre, part very good dinner. If you’re in the mood for bakery treats, Arizmendi’s worker-owned cooperative roots show in rustic breads, scones and market pizzas , Zendaya once mentioned it as a hometown favourite, and locals nod in agreement. Practical tip: arrive early at popular spots or plan to share a few plates so you can sample more without long waits.</w:t>
      </w:r>
      <w:r/>
    </w:p>
    <w:p>
      <w:pPr>
        <w:pStyle w:val="Heading2"/>
      </w:pPr>
      <w:r>
        <w:t>Shops with character: vintage, craft and queer-owned finds</w:t>
      </w:r>
      <w:r/>
    </w:p>
    <w:p>
      <w:r/>
      <w:r>
        <w:t>Lakeshore’s boutiques reward wandering hands and curious eyes. Maribel is the go-to for curated vintage and consignment styles, while Bay Made showcases local crafts and little luxuries , think cards, chilli crisp and gift-ready ceramics. A short hop to Grand Avenue expands choices: queer-owned Alkali Rye stocks exotic mixers and spirits, and ReLove is the resale shop to visit for designer resales and lively community events. Shopping here feels personal; sellers often know the regulars, and discovery is part of the fun. Tip: bring a tote and leave room in your bag for small artisan goods , they make great souvenirs or thoughtful gifts.</w:t>
      </w:r>
      <w:r/>
    </w:p>
    <w:p>
      <w:pPr>
        <w:pStyle w:val="Heading2"/>
      </w:pPr>
      <w:r>
        <w:t>Queer arts, wellness and alcohol-free hangouts</w:t>
      </w:r>
      <w:r/>
    </w:p>
    <w:p>
      <w:r/>
      <w:r>
        <w:t>If you want culture with intention, the Queer Arts Center provides gallery space and events designed to support marginalised artists. Nearby, the Lavender Lounge operates as an alcohol-free gathering spot focused on wellness and connection, which gives the district a calmer, inclusive pulse. These spaces matter; they’re not just venues but places where people share resources, heal and celebrate identity away from the tourist glare. Local organisers say community programming keeps the district rooted, so check the centres’ event calendars before you go. A simple rule of thumb: if there’s a small gallery opening or a wellness session, turn up , the conversations are often as rich as the art.</w:t>
      </w:r>
      <w:r/>
    </w:p>
    <w:p>
      <w:pPr>
        <w:pStyle w:val="Heading2"/>
      </w:pPr>
      <w:r>
        <w:t>How to get there and get around</w:t>
      </w:r>
      <w:r/>
    </w:p>
    <w:p>
      <w:r/>
      <w:r>
        <w:t>Lakeshore is compact and eminently walkable, stretching from Lake Park Avenue down to Mandana Boulevard. By car, use the Grand Ave/Lakeshore exits off I-580; there’s a small garage near Trader Joe’s but central parking is limited, so expect to walk a block or two. BART stations like 12th Street, 19th Street and MacArthur connect to buses or a short rideshare trip; bus lines 22, 57, 12, NL and the all-nighter 805 also serve the area. If you’re planning Pride or a weekend visit, leave extra time for parking and consider public transit to keep the stroll stress-free. Local tip: combine Lakeshore with a Lake Merritt walk or the Grand Avenue stretch to make a full day of food, shopping and culture.</w:t>
      </w:r>
      <w:r/>
    </w:p>
    <w:p>
      <w:pPr>
        <w:pStyle w:val="Heading2"/>
      </w:pPr>
      <w:r>
        <w:t>Why this district matters beyond the shops</w:t>
      </w:r>
      <w:r/>
    </w:p>
    <w:p>
      <w:r/>
      <w:r>
        <w:t>This isn’t just a commercial strip; it’s an intentional cultural district that codifies queer presence in Oakland’s urban fabric. Community-led spaces and queer-owned businesses give the area depth , you’re supporting services and people, not just buying goods. Visiting feels like being part of a neighbourhood ritual: breakfast with friendly servers, a gallery opening, a late-night coffee conversation. Looking ahead, continued community programming and local investment should keep the strip lively , and, if you ask locals, that ongoing energy is what makes Lakeshore feel like home.</w:t>
      </w:r>
      <w:r/>
    </w:p>
    <w:p>
      <w:r/>
      <w:r>
        <w:t>It's a small stroll with big personality , discover the spots that suit you best.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https://www.visitoakland.com/blog/post/explore-oaklands-lakeshore-lgbtq-cultural-district/</w:t>
        </w:r>
      </w:hyperlink>
      <w:r>
        <w:t xml:space="preserve"> - Please view link - unable to able to access data</w:t>
      </w:r>
      <w:r/>
    </w:p>
    <w:p>
      <w:pPr>
        <w:pStyle w:val="ListNumber"/>
        <w:spacing w:line="240" w:lineRule="auto"/>
        <w:ind w:left="720"/>
      </w:pPr>
      <w:r/>
      <w:hyperlink r:id="rId10">
        <w:r>
          <w:rPr>
            <w:color w:val="0000EE"/>
            <w:u w:val="single"/>
          </w:rPr>
          <w:t>https://www.oaklandlgbtqcenter.org/</w:t>
        </w:r>
      </w:hyperlink>
      <w:r>
        <w:t xml:space="preserve"> - The Oakland LGBTQ Community Center, located at 3207 Lakeshore Ave, Oakland, CA 94610, is dedicated to enhancing and sustaining the well-being of LGBTQ individuals, their families, and allies. It offers educational, social, and health-related activities, programs, and services. The center provides a range of services, including youth programs, trans support, and sexual health and wellness support. It also hosts events like the annual Pride Parade and Festival, celebrating the diversity and joy of Oakland’s LGBTQ community. For more information, visit their website or contact them at (510) 882-2286.</w:t>
      </w:r>
      <w:r/>
    </w:p>
    <w:p>
      <w:pPr>
        <w:pStyle w:val="ListNumber"/>
        <w:spacing w:line="240" w:lineRule="auto"/>
        <w:ind w:left="720"/>
      </w:pPr>
      <w:r/>
      <w:hyperlink r:id="rId12">
        <w:r>
          <w:rPr>
            <w:color w:val="0000EE"/>
            <w:u w:val="single"/>
          </w:rPr>
          <w:t>https://www.oaklandlgbtqcenter.org/clinic</w:t>
        </w:r>
      </w:hyperlink>
      <w:r>
        <w:t xml:space="preserve"> - The Glenn Burke Wellness Clinic, a project of the Oakland LGBTQ Community Center in partnership with LifeLong Medical Care, is conveniently located inside the center at 3207 Lakeshore Ave. The clinic offers LGBTQ+ centered and affirming services, including medical benefits enrollment for low-income individuals, hormone injection assistance, HIV/STI/STD testing and treatment, doxy-PEP, MPOX vaccinations, and PEP &amp; PrEP enrollment for HIV prevention. The clinic operates on Monday, Wednesday, and Thursday from 12pm to 6pm. For more details, visit their website or call (510) 781-2639.</w:t>
      </w:r>
      <w:r/>
    </w:p>
    <w:p>
      <w:pPr>
        <w:pStyle w:val="ListNumber"/>
        <w:spacing w:line="240" w:lineRule="auto"/>
        <w:ind w:left="720"/>
      </w:pPr>
      <w:r/>
      <w:hyperlink r:id="rId11">
        <w:r>
          <w:rPr>
            <w:color w:val="0000EE"/>
            <w:u w:val="single"/>
          </w:rPr>
          <w:t>https://www.lakeshorelgbtqculturaldistrict.org/</w:t>
        </w:r>
      </w:hyperlink>
      <w:r>
        <w:t xml:space="preserve"> - The Lakeshore LGBTQ Cultural District is a vibrant and precious cornerstone of pride, culture, and connection in Oakland. Committed to showcasing the businesses and community voices that make the Lakeshore corridor thrive, the district celebrates both commerce and community. By increasing visibility and strengthening belonging, it ensures the district continues to flourish for years to come. Moore Hope Plaza, located at the corner of Lakeshore and Lake Park, serves as the main entry point into the district. For more information, visit their website.</w:t>
      </w:r>
      <w:r/>
    </w:p>
    <w:p>
      <w:pPr>
        <w:pStyle w:val="ListNumber"/>
        <w:spacing w:line="240" w:lineRule="auto"/>
        <w:ind w:left="720"/>
      </w:pPr>
      <w:r/>
      <w:hyperlink r:id="rId13">
        <w:r>
          <w:rPr>
            <w:color w:val="0000EE"/>
            <w:u w:val="single"/>
          </w:rPr>
          <w:t>https://www.oaklandlgbtqcenter.org/contact-information</w:t>
        </w:r>
      </w:hyperlink>
      <w:r>
        <w:t xml:space="preserve"> - The Oakland LGBTQ Community Center is located at 3207 Lakeshore Ave, Oakland, CA 94610. For general inquiries, you can contact them at (510) 882-2286 or via email at [email protected]. The center offers various services, including the Glenn Burke Wellness Clinic, which provides LGBTQ+ centered and affirming health services. For more details, visit their contact page or call (510) 781-2639 for clinic-specific inquiries.</w:t>
      </w:r>
      <w:r/>
    </w:p>
    <w:p>
      <w:pPr>
        <w:pStyle w:val="ListNumber"/>
        <w:spacing w:line="240" w:lineRule="auto"/>
        <w:ind w:left="720"/>
      </w:pPr>
      <w:r/>
      <w:hyperlink r:id="rId14">
        <w:r>
          <w:rPr>
            <w:color w:val="0000EE"/>
            <w:u w:val="single"/>
          </w:rPr>
          <w:t>https://www.oaklandlgbtqcenter.org/es</w:t>
        </w:r>
      </w:hyperlink>
      <w:r>
        <w:t xml:space="preserve"> - The Oakland LGBTQ Community Center, located at 3207 Lakeshore Ave, Oakland, CA 94610, is dedicated to enhancing and sustaining the well-being of LGBTQ individuals, their families, and allies. It offers educational, social, and health-related activities, programs, and services. The center provides a range of services, including youth programs, trans support, and sexual health and wellness support. It also hosts events like the annual Pride Parade and Festival, celebrating the diversity and joy of Oakland’s LGBTQ community. For more information, visit their website or contact them at (510) 882-2286.</w:t>
      </w:r>
      <w:r/>
    </w:p>
    <w:p>
      <w:pPr>
        <w:pStyle w:val="ListNumber"/>
        <w:spacing w:line="240" w:lineRule="auto"/>
        <w:ind w:left="720"/>
      </w:pPr>
      <w:r/>
      <w:hyperlink r:id="rId12">
        <w:r>
          <w:rPr>
            <w:color w:val="0000EE"/>
            <w:u w:val="single"/>
          </w:rPr>
          <w:t>https://www.oaklandlgbtqcenter.org/clinic</w:t>
        </w:r>
      </w:hyperlink>
      <w:r>
        <w:t xml:space="preserve"> - The Glenn Burke Wellness Clinic, a project of the Oakland LGBTQ Community Center in partnership with LifeLong Medical Care, is conveniently located inside the center at 3207 Lakeshore Ave. The clinic offers LGBTQ+ centered and affirming services, including medical benefits enrollment for low-income individuals, hormone injection assistance, HIV/STI/STD testing and treatment, doxy-PEP, MPOX vaccinations, and PEP &amp; PrEP enrollment for HIV prevention. The clinic operates on Monday, Wednesday, and Thursday from 12pm to 6pm. For more details, visit their website or call (510) 781-2639.</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isitoakland.com/blog/post/explore-oaklands-lakeshore-lgbtq-cultural-district/" TargetMode="External"/><Relationship Id="rId10" Type="http://schemas.openxmlformats.org/officeDocument/2006/relationships/hyperlink" Target="https://www.oaklandlgbtqcenter.org/" TargetMode="External"/><Relationship Id="rId11" Type="http://schemas.openxmlformats.org/officeDocument/2006/relationships/hyperlink" Target="https://www.lakeshorelgbtqculturaldistrict.org/" TargetMode="External"/><Relationship Id="rId12" Type="http://schemas.openxmlformats.org/officeDocument/2006/relationships/hyperlink" Target="https://www.oaklandlgbtqcenter.org/clinic" TargetMode="External"/><Relationship Id="rId13" Type="http://schemas.openxmlformats.org/officeDocument/2006/relationships/hyperlink" Target="https://www.oaklandlgbtqcenter.org/contact-information" TargetMode="External"/><Relationship Id="rId14" Type="http://schemas.openxmlformats.org/officeDocument/2006/relationships/hyperlink" Target="https://www.oaklandlgbtqcenter.or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