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Hojokamp Guide: Why LGBT+ Young People Flock to This Gemert-Bakel Summer Camp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 and connection: Hojokamp in Gemert-Bakel offers LGBT+ young people a week of friendship, practical support and pure fun, and that safe, lively space matters for identity, resilience and memory-making.</w:t>
      </w:r>
      <w:r/>
    </w:p>
    <w:p>
      <w:r/>
      <w:r>
        <w:t>Essential Takeaways</w:t>
      </w:r>
      <w:r/>
      <w:r/>
    </w:p>
    <w:p>
      <w:pPr>
        <w:pStyle w:val="ListBullet"/>
        <w:spacing w:line="240" w:lineRule="auto"/>
        <w:ind w:left="720"/>
      </w:pPr>
      <w:r/>
      <w:r>
        <w:rPr>
          <w:b/>
        </w:rPr>
        <w:t>What it is:</w:t>
      </w:r>
      <w:r>
        <w:t xml:space="preserve"> Hojokamp is a week-long summer camp in Gemert-Bakel for LGBT+ young people aged roughly 12–27, blending games, workshops and peer support.</w:t>
      </w:r>
      <w:r/>
    </w:p>
    <w:p>
      <w:pPr>
        <w:pStyle w:val="ListBullet"/>
        <w:spacing w:line="240" w:lineRule="auto"/>
        <w:ind w:left="720"/>
      </w:pPr>
      <w:r/>
      <w:r>
        <w:rPr>
          <w:b/>
        </w:rPr>
        <w:t>Emotional vibe:</w:t>
      </w:r>
      <w:r>
        <w:t xml:space="preserve"> The atmosphere is warm, open and playful , participants report feeling instantly understood and free to express themselves.</w:t>
      </w:r>
      <w:r/>
    </w:p>
    <w:p>
      <w:pPr>
        <w:pStyle w:val="ListBullet"/>
        <w:spacing w:line="240" w:lineRule="auto"/>
        <w:ind w:left="720"/>
      </w:pPr>
      <w:r/>
      <w:r>
        <w:rPr>
          <w:b/>
        </w:rPr>
        <w:t>Real benefits:</w:t>
      </w:r>
      <w:r>
        <w:t xml:space="preserve"> Attendees gain practical life lessons, role models and friendships that reduce isolation and build confidence.</w:t>
      </w:r>
      <w:r/>
    </w:p>
    <w:p>
      <w:pPr>
        <w:pStyle w:val="ListBullet"/>
        <w:spacing w:line="240" w:lineRule="auto"/>
        <w:ind w:left="720"/>
      </w:pPr>
      <w:r/>
      <w:r>
        <w:rPr>
          <w:b/>
        </w:rPr>
        <w:t>Practical note:</w:t>
      </w:r>
      <w:r>
        <w:t xml:space="preserve"> The camp mixes supervised activities and one-to-one conversations, useful if a young person is exploring gender or sexuality.</w:t>
      </w:r>
      <w:r/>
    </w:p>
    <w:p>
      <w:pPr>
        <w:pStyle w:val="ListBullet"/>
        <w:spacing w:line="240" w:lineRule="auto"/>
        <w:ind w:left="720"/>
      </w:pPr>
      <w:r/>
      <w:r>
        <w:rPr>
          <w:b/>
        </w:rPr>
        <w:t>Sensory cue:</w:t>
      </w:r>
      <w:r>
        <w:t xml:space="preserve"> Expect loud laughter, messy sport days and quiet, earnest chats by evening campfires.</w:t>
      </w:r>
      <w:r/>
      <w:r/>
    </w:p>
    <w:p>
      <w:pPr>
        <w:pStyle w:val="Heading2"/>
      </w:pPr>
      <w:r>
        <w:t>Why Hojokamp feels like home , immediate connection and relief</w:t>
      </w:r>
      <w:r/>
    </w:p>
    <w:p>
      <w:r/>
      <w:r>
        <w:t>Step onto the field at Hojokamp and you quickly notice the relief on faces; people relax when they realise they’re not alone. According to local reporting, about sixty participants arrive yearly and dive into everything from storm‑course races to small-group talks. That mixture of noise and vulnerability helps newcomers find their feet fast.</w:t>
      </w:r>
      <w:r/>
    </w:p>
    <w:p>
      <w:r/>
      <w:r>
        <w:t>Organisers say the camp is deliberately peer‑centred, with many leaders who once attended themselves. That continuity creates empathy: older campers have lived the same questions about identity and come back to pass on what helped them. If you’ve ever watched a teen visibly exhale, you’ll know why this matters.</w:t>
      </w:r>
      <w:r/>
    </w:p>
    <w:p>
      <w:pPr>
        <w:pStyle w:val="Heading2"/>
      </w:pPr>
      <w:r>
        <w:t>How the camp helps with identity questions , not just fun but practical support</w:t>
      </w:r>
      <w:r/>
    </w:p>
    <w:p>
      <w:r/>
      <w:r>
        <w:t>Hojokamp isn’t only about games; it’s where teens get language, role models and practical directions. For some, a concert or a song from a transgender artist opens a door to understanding, and camp leaders follow that up with conversations parents and carers might struggle to provide. Those small, concrete moments , “this is how I told my family” or “this is how I asked for a name change” , add up.</w:t>
      </w:r>
      <w:r/>
    </w:p>
    <w:p>
      <w:r/>
      <w:r>
        <w:t>Local journalists note that many participants find it easier to ask sensitive questions in person than to search the internet. The camp provides both structured workshops and spontaneous chats, so a teen can join a session on coming out or simply sit with someone who’s been there.</w:t>
      </w:r>
      <w:r/>
    </w:p>
    <w:p>
      <w:pPr>
        <w:pStyle w:val="Heading2"/>
      </w:pPr>
      <w:r>
        <w:t>The social payoff , friendships that stick and reduce isolation</w:t>
      </w:r>
      <w:r/>
    </w:p>
    <w:p>
      <w:r/>
      <w:r>
        <w:t>One of the clearest payoffs is friendship. Young people say they leave with new friends they otherwise would never have met, which is huge when schools or home life feel unsupportive. At Hojokamp you see groups forming quickly , a shared joke, a team on the obstacle course, someone to text when things get rough.</w:t>
      </w:r>
      <w:r/>
    </w:p>
    <w:p>
      <w:r/>
      <w:r>
        <w:t>Counsellors and former participants report that those connections carry on after the week ends, helping with mental health and day‑to‑day bravery. It’s a reminder that community can be a form of care as much as any official service.</w:t>
      </w:r>
      <w:r/>
    </w:p>
    <w:p>
      <w:pPr>
        <w:pStyle w:val="Heading2"/>
      </w:pPr>
      <w:r>
        <w:t>What parents and carers should know , safety, support and conversations</w:t>
      </w:r>
      <w:r/>
    </w:p>
    <w:p>
      <w:r/>
      <w:r>
        <w:t>Parents often worry about language, safety and whether their child will be pushed in one direction. The camp’s model , led by experienced volunteers, some of whom are trans or queer themselves , aims to reassure families while centring young people’s needs. Organisers emphasise respect, consent and practical guidance for parents who want to support without taking over.</w:t>
      </w:r>
      <w:r/>
    </w:p>
    <w:p>
      <w:r/>
      <w:r>
        <w:t>If you’re a parent, consider asking organisers about policies, how they handle sensitive topics, and whether there are family sessions or information sheets you can read. Many carers report relief when they see their child smiling and relaxed for the first time in ages.</w:t>
      </w:r>
      <w:r/>
    </w:p>
    <w:p>
      <w:pPr>
        <w:pStyle w:val="Heading2"/>
      </w:pPr>
      <w:r>
        <w:t>Looking ahead , why camps like Hojokamp are still needed</w:t>
      </w:r>
      <w:r/>
    </w:p>
    <w:p>
      <w:r/>
      <w:r>
        <w:t>Despite wider visibility for LGBT+ lives, young people still report bullying, confusion and loneliness. Local coverage shows Hojokamp has been running for decades and keeps adapting, showing the demand hasn’t gone away. Camps like this offer a low‑cost, community‑based intervention that’s equal parts fun and formative.</w:t>
      </w:r>
      <w:r/>
    </w:p>
    <w:p>
      <w:r/>
      <w:r>
        <w:t>If you’re thinking of sending a teen next year, book early and ask about age groups and pastoral care. And bring comfortable clothes , the obstacle course is wet, loud and oddly therapeutic.</w:t>
      </w:r>
      <w:r/>
    </w:p>
    <w:p>
      <w:r/>
      <w:r>
        <w:t>It's a small change that can make every summer safer, stranger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https://www.ed.nl/gemert-bakel/bij-dit-kamp-snappen-ze-je-meteen-lhbti-jongeren-vinden-er-lol-en-levenslessen~ab548333/</w:t>
        </w:r>
      </w:hyperlink>
      <w:r>
        <w:t xml:space="preserve"> - Please view link - unable to able to access data</w:t>
      </w:r>
      <w:r/>
    </w:p>
    <w:p>
      <w:pPr>
        <w:pStyle w:val="ListNumber"/>
        <w:spacing w:line="240" w:lineRule="auto"/>
        <w:ind w:left="720"/>
      </w:pPr>
      <w:r/>
      <w:hyperlink r:id="rId10">
        <w:r>
          <w:rPr>
            <w:color w:val="0000EE"/>
            <w:u w:val="single"/>
          </w:rPr>
          <w:t>https://www.gemertsnieuwsblad.nl/nieuws/algemeen/34930/jezelf-kunnen-zijn-op-lhbti-zomerkamp-in-gemert</w:t>
        </w:r>
      </w:hyperlink>
      <w:r>
        <w:t xml:space="preserve"> - An article from Gemerts Nieuwsblad discussing the Hojokamp, a summer camp in Gemert-Bakel for LGBTI+ youth. Organised by Stichting Outway, the camp aims to provide a safe environment where young people can be themselves, away from being in the minority. The 20th edition of the camp took place over two weeks, with 48 participants aged 13 to 25, supported by 25 volunteers. Over the years, more than 1,600 young people have experienced the camp, which offers a boost in self-confidence, personal development, and acceptance of their sexual orientation and/or gender identity. Participants engage in conversations, share experiences, and form lasting friendships. The camp also enforces strict rules, including a ban on alcohol, drugs, and sexual activities, to ensure a safe and respectful environment.</w:t>
      </w:r>
      <w:r/>
    </w:p>
    <w:p>
      <w:pPr>
        <w:pStyle w:val="ListNumber"/>
        <w:spacing w:line="240" w:lineRule="auto"/>
        <w:ind w:left="720"/>
      </w:pPr>
      <w:r/>
      <w:hyperlink r:id="rId11">
        <w:r>
          <w:rPr>
            <w:color w:val="0000EE"/>
            <w:u w:val="single"/>
          </w:rPr>
          <w:t>https://www.omroepbrabant.nl/nieuws/1386023/hojokamp-voor-elfde-keer-in-gemert-je-ziet-homos-hier-opbloeien</w:t>
        </w:r>
      </w:hyperlink>
      <w:r>
        <w:t xml:space="preserve"> - A report from Omroep Brabant covering the 11th edition of the Hojokamp in Gemert, organised by Stichting Outway. The camp aims to provide a space where young people can be themselves, away from being in the minority. The article highlights the camp's success and its continued necessity, noting that the number of participants has tripled since its inception. The camp is open to both out and questioning LGBTQ+ youth, offering workshops, including a 'coming-out' workshop where individuals share their experiences. The camp also features activities like a ghost tour and a scavenger hunt, fostering a sense of community and fun among participants.</w:t>
      </w:r>
      <w:r/>
    </w:p>
    <w:p>
      <w:pPr>
        <w:pStyle w:val="ListNumber"/>
        <w:spacing w:line="240" w:lineRule="auto"/>
        <w:ind w:left="720"/>
      </w:pPr>
      <w:r/>
      <w:hyperlink r:id="rId15">
        <w:r>
          <w:rPr>
            <w:color w:val="0000EE"/>
            <w:u w:val="single"/>
          </w:rPr>
          <w:t>https://wnl.tv/2017/08/11/gemert-is-zomer-genderneutraal-jongerenkamp</w:t>
        </w:r>
      </w:hyperlink>
      <w:r>
        <w:t xml:space="preserve"> - An article from WNL discussing the gender-neutral 'Hojokamp' in Gemert, welcoming all young people but specifically intended for those aged 13 to 25 with homo-, bisexual-, and/or transgender feelings. The camp provides a space where participants can be themselves without the need to explain their identity, offering a sense of not being in the minority. The article also touches upon the topic of gender neutrality, which has been frequently discussed in the media, and mentions that the camp addresses this subject while focusing on fun, socialising, and relaxation.</w:t>
      </w:r>
      <w:r/>
    </w:p>
    <w:p>
      <w:pPr>
        <w:pStyle w:val="ListNumber"/>
        <w:spacing w:line="240" w:lineRule="auto"/>
        <w:ind w:left="720"/>
      </w:pPr>
      <w:r/>
      <w:hyperlink r:id="rId13">
        <w:r>
          <w:rPr>
            <w:color w:val="0000EE"/>
            <w:u w:val="single"/>
          </w:rPr>
          <w:t>https://www.omroepbrabant.nl/nieuws/2542377/zet-m-op-jongens-en-meisjes-en-alles-ertussenin-genderneutraal-vakantiekamp</w:t>
        </w:r>
      </w:hyperlink>
      <w:r>
        <w:t xml:space="preserve"> - A report from Omroep Brabant about the gender-neutral 'Hojokamp' in Gemert, a summer camp for young people aged 13 to 25 with homo-, bisexual-, and/or transgender feelings. The camp is open to everyone, with 72 young people registered. Participants express the freedom to be themselves without the need to explain their identity, highlighting the camp's inclusive and supportive environment. The article also discusses the concept of gender neutrality, noting its recent prominence in media discussions, and mentions that the camp addresses this topic while focusing on enjoyment and socialising.</w:t>
      </w:r>
      <w:r/>
    </w:p>
    <w:p>
      <w:pPr>
        <w:pStyle w:val="ListNumber"/>
        <w:spacing w:line="240" w:lineRule="auto"/>
        <w:ind w:left="720"/>
      </w:pPr>
      <w:r/>
      <w:hyperlink r:id="rId12">
        <w:r>
          <w:rPr>
            <w:color w:val="0000EE"/>
            <w:u w:val="single"/>
          </w:rPr>
          <w:t>https://www.omroepbrabant.nl/nieuws/1883766/homojongerenkamp-hojo-landt-voor-de-twaalfde-keer-in-gemert</w:t>
        </w:r>
      </w:hyperlink>
      <w:r>
        <w:t xml:space="preserve"> - An article from Omroep Brabant covering the 12th edition of the Hojokamp in Gemert, a camp for young people who are gay, lesbian, bisexual, or transgender. The camp combines workshops and games, allowing participants to meet like-minded individuals and discuss their orientation. For the first time, a workshop on mental resilience was included, aiming to help participants become more confident and aware of their feelings. The camp also includes fun activities, such as a Christmas-themed event, despite the warm temperatures, creating a festive atmosphere.</w:t>
      </w:r>
      <w:r/>
    </w:p>
    <w:p>
      <w:pPr>
        <w:pStyle w:val="ListNumber"/>
        <w:spacing w:line="240" w:lineRule="auto"/>
        <w:ind w:left="720"/>
      </w:pPr>
      <w:r/>
      <w:hyperlink r:id="rId14">
        <w:r>
          <w:rPr>
            <w:color w:val="0000EE"/>
            <w:u w:val="single"/>
          </w:rPr>
          <w:t>https://tejohelpt.nl/</w:t>
        </w:r>
      </w:hyperlink>
      <w:r>
        <w:t xml:space="preserve"> - The official website of TEJO, an organisation offering free, anonymous help for young people. In their TEJO-houses, young individuals are always welcome to talk. The services include a fixed contact person who listens, flexible meeting times, and a safe environment for sharing. The website provides information on how to make appointments, including online scheduling, and lists the locations of TEJO-houses in various cities, including Gemert-Bakel. It also features personal stories and experiences from those who have benefited from TEJO's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d.nl/gemert-bakel/bij-dit-kamp-snappen-ze-je-meteen-lhbti-jongeren-vinden-er-lol-en-levenslessen~ab548333/" TargetMode="External"/><Relationship Id="rId10" Type="http://schemas.openxmlformats.org/officeDocument/2006/relationships/hyperlink" Target="https://www.gemertsnieuwsblad.nl/nieuws/algemeen/34930/jezelf-kunnen-zijn-op-lhbti-zomerkamp-in-gemert" TargetMode="External"/><Relationship Id="rId11" Type="http://schemas.openxmlformats.org/officeDocument/2006/relationships/hyperlink" Target="https://www.omroepbrabant.nl/nieuws/1386023/hojokamp-voor-elfde-keer-in-gemert-je-ziet-homos-hier-opbloeien" TargetMode="External"/><Relationship Id="rId12" Type="http://schemas.openxmlformats.org/officeDocument/2006/relationships/hyperlink" Target="https://www.omroepbrabant.nl/nieuws/1883766/homojongerenkamp-hojo-landt-voor-de-twaalfde-keer-in-gemert" TargetMode="External"/><Relationship Id="rId13" Type="http://schemas.openxmlformats.org/officeDocument/2006/relationships/hyperlink" Target="https://www.omroepbrabant.nl/nieuws/2542377/zet-m-op-jongens-en-meisjes-en-alles-ertussenin-genderneutraal-vakantiekamp" TargetMode="External"/><Relationship Id="rId14" Type="http://schemas.openxmlformats.org/officeDocument/2006/relationships/hyperlink" Target="https://tejohelpt.nl/" TargetMode="External"/><Relationship Id="rId15" Type="http://schemas.openxmlformats.org/officeDocument/2006/relationships/hyperlink" Target="https://wnl.tv/2017/08/11/gemert-is-zomer-genderneutraal-jongerenk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