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Hamburg Pride CSD Guide: Why Attendance Matters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activists are answering a renewed call to gather , Hamburg Pride is urging everyone to join the CSD parade on 1 August following a deadly attack in Berlin, with tighter security and a focus on solidarity, remembrance and political demands. Here's what to expect and why your presence counts.</w:t>
      </w:r>
      <w:r/>
    </w:p>
    <w:p>
      <w:r/>
      <w:r>
        <w:t>Essential Takeaways</w:t>
      </w:r>
      <w:r/>
      <w:r/>
    </w:p>
    <w:p>
      <w:pPr>
        <w:pStyle w:val="ListBullet"/>
        <w:spacing w:line="240" w:lineRule="auto"/>
        <w:ind w:left="720"/>
      </w:pPr>
      <w:r/>
      <w:r>
        <w:rPr>
          <w:b/>
        </w:rPr>
        <w:t>When and where:</w:t>
      </w:r>
      <w:r>
        <w:t xml:space="preserve"> The CSD parade is on 1 August in Hamburg, with memorial moments during the street festival on 31 July. </w:t>
      </w:r>
      <w:r/>
    </w:p>
    <w:p>
      <w:pPr>
        <w:pStyle w:val="ListBullet"/>
        <w:spacing w:line="240" w:lineRule="auto"/>
        <w:ind w:left="720"/>
      </w:pPr>
      <w:r/>
      <w:r>
        <w:rPr>
          <w:b/>
        </w:rPr>
        <w:t>Heightened security:</w:t>
      </w:r>
      <w:r>
        <w:t xml:space="preserve"> Organisers and authorities have increased safety measures after the recent attack in Berlin; expect visible policing and checkpoints. </w:t>
      </w:r>
      <w:r/>
    </w:p>
    <w:p>
      <w:pPr>
        <w:pStyle w:val="ListBullet"/>
        <w:spacing w:line="240" w:lineRule="auto"/>
        <w:ind w:left="720"/>
      </w:pPr>
      <w:r/>
      <w:r>
        <w:rPr>
          <w:b/>
        </w:rPr>
        <w:t>Political demands:</w:t>
      </w:r>
      <w:r>
        <w:t xml:space="preserve"> Hamburg Pride wants Article 3 of the German Basic Law explicitly extended to include sexual and gender identity and calls for a state anti-discrimination law. </w:t>
      </w:r>
      <w:r/>
    </w:p>
    <w:p>
      <w:pPr>
        <w:pStyle w:val="ListBullet"/>
        <w:spacing w:line="240" w:lineRule="auto"/>
        <w:ind w:left="720"/>
      </w:pPr>
      <w:r/>
      <w:r>
        <w:rPr>
          <w:b/>
        </w:rPr>
        <w:t>Programme tweaks:</w:t>
      </w:r>
      <w:r>
        <w:t xml:space="preserve"> A minute of silence and special speeches will honour victims; LSVD+ Berlin will address the crowd after the march. </w:t>
      </w:r>
      <w:r/>
    </w:p>
    <w:p>
      <w:pPr>
        <w:pStyle w:val="ListBullet"/>
        <w:spacing w:line="240" w:lineRule="auto"/>
        <w:ind w:left="720"/>
      </w:pPr>
      <w:r/>
      <w:r>
        <w:rPr>
          <w:b/>
        </w:rPr>
        <w:t>Atmosphere:</w:t>
      </w:r>
      <w:r>
        <w:t xml:space="preserve"> Stoic, defiant and communal , organisers stress visibility and togetherness rather than retreat.</w:t>
      </w:r>
      <w:r/>
      <w:r/>
    </w:p>
    <w:p>
      <w:pPr>
        <w:pStyle w:val="Heading2"/>
      </w:pPr>
      <w:r>
        <w:t>Why this year feels different , and why that matters</w:t>
      </w:r>
      <w:r/>
    </w:p>
    <w:p>
      <w:r/>
      <w:r>
        <w:t>The mood around the parade is quieter at times, with a clear edge of resolve; you’ll feel it in the hush during a minute’s silence or the firm cadence of a political speech. Hamburg Pride says the recent attack in Berlin showed how far we still are from a world where queer people can take public life for granted. According to organisers, that’s precisely why the CSD needs to happen , as an act of refusal against intimidation and as a public show of solidarity.</w:t>
      </w:r>
      <w:r/>
    </w:p>
    <w:p>
      <w:r/>
      <w:r>
        <w:t>Expect more security on the streets and more solemn moments woven into the usual carnival of colour. If you’re heading along, bring patience and kindness , the adjustments are for everyone’s safety and to make room for remembrance.</w:t>
      </w:r>
      <w:r/>
    </w:p>
    <w:p>
      <w:pPr>
        <w:pStyle w:val="Heading2"/>
      </w:pPr>
      <w:r>
        <w:t>What organisers are asking of politicians , concrete changes on the table</w:t>
      </w:r>
      <w:r/>
    </w:p>
    <w:p>
      <w:r/>
      <w:r>
        <w:t>Hamburg Pride has shifted from festivity to firm demands, urging lawmakers to strengthen legal protections for queer people. They want Article 3 of the Basic Law explicitly expanded to name sexual and gender identity, plus a state-level anti-discrimination law and a queer liaison appointed by the Senate. These are practical, measurable asks that move beyond condolences to systemic change.</w:t>
      </w:r>
      <w:r/>
    </w:p>
    <w:p>
      <w:r/>
      <w:r>
        <w:t>If you care about legal protections, joining the march is a way to add visible public pressure. Campaigning and signing petitions around these concrete requests are effective follow-ups if you can’t be there in person.</w:t>
      </w:r>
      <w:r/>
    </w:p>
    <w:p>
      <w:pPr>
        <w:pStyle w:val="Heading2"/>
      </w:pPr>
      <w:r>
        <w:t>How the weekend’s programme has been adapted</w:t>
      </w:r>
      <w:r/>
    </w:p>
    <w:p>
      <w:r/>
      <w:r>
        <w:t>The CSD weekend keeps its core events but with clear notes of remembrance. On 31 July the street festival will include a minute of silence during the political rally; on 1 August the Hamburg Pride board will deliver a speech at Lübecker Straße/Mühlenkamp to honour victims and affirm solidarity. LSVD+ Berlin will speak afterwards, giving attendees a direct perspective on the situation in the capital.</w:t>
      </w:r>
      <w:r/>
    </w:p>
    <w:p>
      <w:r/>
      <w:r>
        <w:t>Practically, that means parts of the programme will be more reflective than celebratory. Bring comfortable shoes, water, and a readiness to listen as well as dance , the weekend will move between joy and grief.</w:t>
      </w:r>
      <w:r/>
    </w:p>
    <w:p>
      <w:pPr>
        <w:pStyle w:val="Heading2"/>
      </w:pPr>
      <w:r>
        <w:t>Safety and logistics , what attendants should know</w:t>
      </w:r>
      <w:r/>
    </w:p>
    <w:p>
      <w:r/>
      <w:r>
        <w:t>Authorities and Pride organisers have increased protective measures, and event routes may be subject to checkpoints or restricted zones. Public transport may be busier, and road closures are likely; plan your journey and allow extra time. Radio Hamburg and local event pages are good places to check for last-minute route or timing changes.</w:t>
      </w:r>
      <w:r/>
    </w:p>
    <w:p>
      <w:r/>
      <w:r>
        <w:t>If you’re attending with friends or family, agree on a meeting point and a way to communicate , phone signals can be patchy in crowded areas. And if you see anything worrying, alert nearby stewards or police rather than trying to intervene.</w:t>
      </w:r>
      <w:r/>
    </w:p>
    <w:p>
      <w:pPr>
        <w:pStyle w:val="Heading2"/>
      </w:pPr>
      <w:r>
        <w:t>The cultural and civic meaning , more than a parade</w:t>
      </w:r>
      <w:r/>
    </w:p>
    <w:p>
      <w:r/>
      <w:r>
        <w:t>CSDs have always mixed protest with party, but this year the political layer feels especially prominent. Organisers frame participation as both an act of remembrance and a civic duty: showing up signals that communities will not be silenced or pushed out of public life. That’s a powerful, human message , one that’s tactile and visible when thousands walk together down a city street.</w:t>
      </w:r>
      <w:r/>
    </w:p>
    <w:p>
      <w:r/>
      <w:r>
        <w:t>So yes, the banners and glitter will be there, but this year they carry sharper purpose. Joining the march is a way to stand with those affected, to back concrete legal change, and to insist that queer lives matter in public as much as in private.</w:t>
      </w:r>
      <w:r/>
    </w:p>
    <w:p>
      <w:r/>
      <w:r>
        <w:t>It's a small change that can make every march mean a bit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0">
        <w:r>
          <w:rPr>
            <w:color w:val="0000EE"/>
            <w:u w:val="single"/>
          </w:rPr>
          <w:t>[7]</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13">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https://www.mopo.de/hamburg/jetzt-erst-recht-hamburg-pride-ruft-alle-zur-teilnahme-am-csd-auf/4907914</w:t>
        </w:r>
      </w:hyperlink>
      <w:r>
        <w:t xml:space="preserve"> - Please view link - unable to able to access data</w:t>
      </w:r>
      <w:r/>
    </w:p>
    <w:p>
      <w:pPr>
        <w:pStyle w:val="ListNumber"/>
        <w:spacing w:line="240" w:lineRule="auto"/>
        <w:ind w:left="720"/>
      </w:pPr>
      <w:r/>
      <w:hyperlink r:id="rId9">
        <w:r>
          <w:rPr>
            <w:color w:val="0000EE"/>
            <w:u w:val="single"/>
          </w:rPr>
          <w:t>https://www.mopo.de/hamburg/jetzt-erst-recht-hamburg-pride-ruft-alle-zur-teilnahme-am-csd-auf/4907914</w:t>
        </w:r>
      </w:hyperlink>
      <w:r>
        <w:t xml:space="preserve"> - Hamburg Pride urges the public to participate in the upcoming CSD parade on August 1, 2026, following a recent attack in Berlin that resulted in a fatality and over 30 injuries. The organisation emphasises the importance of unity and solidarity, calling for society to take a stand. They also advocate for the expansion of Article 3 of the Basic Law to include protection against discrimination based on sexual and gender identity, and the introduction of a state anti-discrimination law. Additionally, they propose the appointment of a queer representative by the Senate to advocate for queer communities at the political level.</w:t>
      </w:r>
      <w:r/>
    </w:p>
    <w:p>
      <w:pPr>
        <w:pStyle w:val="ListNumber"/>
        <w:spacing w:line="240" w:lineRule="auto"/>
        <w:ind w:left="720"/>
      </w:pPr>
      <w:r/>
      <w:hyperlink r:id="rId14">
        <w:r>
          <w:rPr>
            <w:color w:val="0000EE"/>
            <w:u w:val="single"/>
          </w:rPr>
          <w:t>https://www.hamburg.com/visitors/events/csd-21074</w:t>
        </w:r>
      </w:hyperlink>
      <w:r>
        <w:t xml:space="preserve"> - Hamburg Pride Week is a vibrant annual event celebrating the city's LGBTQIA+ community. The festivities include a variety of events such as performances, parties, lectures, and panels, culminating in the grand Christopher Street Day (CSD) parade on Saturday. The parade serves as a platform to celebrate achievements like the legalisation of same-sex marriage and to raise awareness about ongoing struggles for equality worldwide.</w:t>
      </w:r>
      <w:r/>
    </w:p>
    <w:p>
      <w:pPr>
        <w:pStyle w:val="ListNumber"/>
        <w:spacing w:line="240" w:lineRule="auto"/>
        <w:ind w:left="720"/>
      </w:pPr>
      <w:r/>
      <w:hyperlink r:id="rId12">
        <w:r>
          <w:rPr>
            <w:color w:val="0000EE"/>
            <w:u w:val="single"/>
          </w:rPr>
          <w:t>https://www.24hamburg.de/hamburg/route-csd-demo-hamburg-innenstadt-lange-reihe-pride-week-2023-start-92434840.html</w:t>
        </w:r>
      </w:hyperlink>
      <w:r>
        <w:t xml:space="preserve"> - The Christopher Street Day (CSD) demonstration in Hamburg is scheduled to start at 12:00 PM on August 5, 2023, from the Lange Reihe in the St. Georg district. The parade will proceed through various streets, including Kirchenallee, Ernst-Merck-Straße, Steintorwall, Steinstraße, Speersort, Schmiedestraße, and Mönckebergstraße, culminating in the Lombardsbrücke area. The event aims to draw attention to ongoing discrimination and violence against the LGBTQIA+ community.</w:t>
      </w:r>
      <w:r/>
    </w:p>
    <w:p>
      <w:pPr>
        <w:pStyle w:val="ListNumber"/>
        <w:spacing w:line="240" w:lineRule="auto"/>
        <w:ind w:left="720"/>
      </w:pPr>
      <w:r/>
      <w:hyperlink r:id="rId11">
        <w:r>
          <w:rPr>
            <w:color w:val="0000EE"/>
            <w:u w:val="single"/>
          </w:rPr>
          <w:t>https://hamburg.lsvd.de/archiv/artikel-3/</w:t>
        </w:r>
      </w:hyperlink>
      <w:r>
        <w:t xml:space="preserve"> - The LSVD Hamburg has been advocating for the inclusion of sexual and gender identity in Article 3 of the Basic Law to strengthen protection against discrimination. In 2009, they launched the '3 plus' campaign, calling for the right to sexual self-determination to be enshrined in the constitution, ensuring that the rights of LGBTQIA+ individuals are not subject to political changes.</w:t>
      </w:r>
      <w:r/>
    </w:p>
    <w:p>
      <w:pPr>
        <w:pStyle w:val="ListNumber"/>
        <w:spacing w:line="240" w:lineRule="auto"/>
        <w:ind w:left="720"/>
      </w:pPr>
      <w:r/>
      <w:hyperlink r:id="rId13">
        <w:r>
          <w:rPr>
            <w:color w:val="0000EE"/>
            <w:u w:val="single"/>
          </w:rPr>
          <w:t>https://www.radiohamburg.de/aktuelles/hamburg/H%C3%B6hepunkt-der-Pride-Week-Der-Hamburger-CSD-2023-id942680.html</w:t>
        </w:r>
      </w:hyperlink>
      <w:r>
        <w:t xml:space="preserve"> - The 2023 Hamburg CSD parade attracted approximately 250,000 participants, featuring rainbow flags, decorated trucks, and vibrant costumes. The parade commenced from the Lange Reihe in St. Georg, proceeding through the city centre, including Mönckebergstraße and Esplanade. The event aimed to promote tolerance and highlight ongoing issues of discrimination and violence against the LGBTQIA+ community.</w:t>
      </w:r>
      <w:r/>
    </w:p>
    <w:p>
      <w:pPr>
        <w:pStyle w:val="ListNumber"/>
        <w:spacing w:line="240" w:lineRule="auto"/>
        <w:ind w:left="720"/>
      </w:pPr>
      <w:r/>
      <w:hyperlink r:id="rId10">
        <w:r>
          <w:rPr>
            <w:color w:val="0000EE"/>
            <w:u w:val="single"/>
          </w:rPr>
          <w:t>https://hamburg.t-online.de/region/hamburg/id_101360698/pride-week-hamburg-prueft-schutzmassnahmen-fuer-csd.html</w:t>
        </w:r>
      </w:hyperlink>
      <w:r>
        <w:t xml:space="preserve"> - In response to a recent attack at the Berlin CSD, Hamburg authorities are reviewing security measures for the upcoming Pride events. The city's interior senator, Andy Grote, announced plans to reassess the safety protocols for the Hamburg CSD on August 1, 2026, to ensure maximum protection for participants.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jetzt-erst-recht-hamburg-pride-ruft-alle-zur-teilnahme-am-csd-auf/4907914" TargetMode="External"/><Relationship Id="rId10" Type="http://schemas.openxmlformats.org/officeDocument/2006/relationships/hyperlink" Target="https://hamburg.t-online.de/region/hamburg/id_101360698/pride-week-hamburg-prueft-schutzmassnahmen-fuer-csd.html" TargetMode="External"/><Relationship Id="rId11" Type="http://schemas.openxmlformats.org/officeDocument/2006/relationships/hyperlink" Target="https://hamburg.lsvd.de/archiv/artikel-3/" TargetMode="External"/><Relationship Id="rId12" Type="http://schemas.openxmlformats.org/officeDocument/2006/relationships/hyperlink" Target="https://www.24hamburg.de/hamburg/route-csd-demo-hamburg-innenstadt-lange-reihe-pride-week-2023-start-92434840.html" TargetMode="External"/><Relationship Id="rId13" Type="http://schemas.openxmlformats.org/officeDocument/2006/relationships/hyperlink" Target="https://www.radiohamburg.de/aktuelles/hamburg/H%C3%B6hepunkt-der-Pride-Week-Der-Hamburger-CSD-2023-id942680.html" TargetMode="External"/><Relationship Id="rId14" Type="http://schemas.openxmlformats.org/officeDocument/2006/relationships/hyperlink" Target="https://www.hamburg.com/visitors/events/csd-210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