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Romance Books to Fall in Love With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reaching for queer love stories that make them laugh, cry, and stay up way too late; readers in the UK and beyond are seeking heartfelt MM romance, historical passion, and tender coming-of-age tales that celebrate identity and joy. Here are the best gay romance books to try next, with why they work and how to pick your perfect follow-up.</w:t>
      </w:r>
      <w:r/>
    </w:p>
    <w:p>
      <w:r/>
      <w:r>
        <w:t>Essential Takeaways</w:t>
      </w:r>
      <w:r/>
      <w:r/>
    </w:p>
    <w:p>
      <w:pPr>
        <w:pStyle w:val="ListBullet"/>
        <w:spacing w:line="240" w:lineRule="auto"/>
        <w:ind w:left="720"/>
      </w:pPr>
      <w:r/>
      <w:r>
        <w:rPr>
          <w:b/>
        </w:rPr>
        <w:t>Standout emotional beats:</w:t>
      </w:r>
      <w:r>
        <w:t xml:space="preserve"> Each pick delivers real feeling, from gentle first crushes to heartbreaking mythology-laced love.</w:t>
      </w:r>
      <w:r/>
    </w:p>
    <w:p>
      <w:pPr>
        <w:pStyle w:val="ListBullet"/>
        <w:spacing w:line="240" w:lineRule="auto"/>
        <w:ind w:left="720"/>
      </w:pPr>
      <w:r/>
      <w:r>
        <w:rPr>
          <w:b/>
        </w:rPr>
        <w:t>Wide variety:</w:t>
      </w:r>
      <w:r>
        <w:t xml:space="preserve"> Find contemporary rom-coms, sports slow-burns, historical drama, queer fantasy, and YA graphic comfort.</w:t>
      </w:r>
      <w:r/>
    </w:p>
    <w:p>
      <w:pPr>
        <w:pStyle w:val="ListBullet"/>
        <w:spacing w:line="240" w:lineRule="auto"/>
        <w:ind w:left="720"/>
      </w:pPr>
      <w:r/>
      <w:r>
        <w:rPr>
          <w:b/>
        </w:rPr>
        <w:t>Accessible tone:</w:t>
      </w:r>
      <w:r>
        <w:t xml:space="preserve"> Many titles balance humour and heat with tenderness , easy to devour in one weekend.</w:t>
      </w:r>
      <w:r/>
    </w:p>
    <w:p>
      <w:pPr>
        <w:pStyle w:val="ListBullet"/>
        <w:spacing w:line="240" w:lineRule="auto"/>
        <w:ind w:left="720"/>
      </w:pPr>
      <w:r/>
      <w:r>
        <w:rPr>
          <w:b/>
        </w:rPr>
        <w:t>Representation matters:</w:t>
      </w:r>
      <w:r>
        <w:t xml:space="preserve"> Books here centre queer lives and relationships, often exploring family, identity and mental health.</w:t>
      </w:r>
      <w:r/>
    </w:p>
    <w:p>
      <w:pPr>
        <w:pStyle w:val="ListBullet"/>
        <w:spacing w:line="240" w:lineRule="auto"/>
        <w:ind w:left="720"/>
      </w:pPr>
      <w:r/>
      <w:r>
        <w:rPr>
          <w:b/>
        </w:rPr>
        <w:t>Practical pick:</w:t>
      </w:r>
      <w:r>
        <w:t xml:space="preserve"> Choose by mood , want cosy warmth? Try Heartstopper. After sweep-you-away tragedy? The Song of Achilles.</w:t>
      </w:r>
      <w:r/>
      <w:r/>
    </w:p>
    <w:p>
      <w:pPr>
        <w:pStyle w:val="Heading2"/>
      </w:pPr>
      <w:r>
        <w:t>Why Red, White &amp; Royal Blue still wins hearts</w:t>
      </w:r>
      <w:r/>
    </w:p>
    <w:p>
      <w:r/>
      <w:r>
        <w:t>It’s breezy, clever and emotionally generous, with a warm, witty voice that makes politics feel fun instead of exhausting. According to reviews and reader chatter, Casey McQuiston’s novel converts sceptics with an enemies-to-lovers premise that genuinely earns its beats. If you want a big, optimistic romance that mixes statecraft and heart, this one’s your ticket. Tip: read it when you have time , the dialogue hooks you, and “just one more chapter” won’t work.</w:t>
      </w:r>
      <w:r/>
    </w:p>
    <w:p>
      <w:pPr>
        <w:pStyle w:val="Heading2"/>
      </w:pPr>
      <w:r>
        <w:t>For sports fans: Him and Heated Rivalry deliver the locker-room heat</w:t>
      </w:r>
      <w:r/>
    </w:p>
    <w:p>
      <w:r/>
      <w:r>
        <w:t>Hockey settings give both Sarina Bowen &amp; Elle Kennedy’s Him and Rachel Reid’s Heated Rivalry a kinetic energy; think close-quarters camaraderie, physical stakes and slow-burn chemistry. Readers praise the natural-feeling friendships that evolve into something more, plus the satisfying emotional payoffs. If your dog chews through books or your commute is long, these are dependable, engrossing choices. Practical note: pick the one with pacing you prefer , Him leans on friendship history, while Heated Rivalry amps up public-professional tension.</w:t>
      </w:r>
      <w:r/>
    </w:p>
    <w:p>
      <w:pPr>
        <w:pStyle w:val="Heading2"/>
      </w:pPr>
      <w:r>
        <w:t>Boyfriend Material and The Charm Offensive: rom-coms with real heart</w:t>
      </w:r>
      <w:r/>
    </w:p>
    <w:p>
      <w:r/>
      <w:r>
        <w:t>Alexis Hall and Alison Cochrun prove that fake-dating and reality-show setups can still surprise you with tenderness. Both novels are laugh-out-loud funny yet grounded in honest conversations about identity and self-worth. They’re great starter reads if you want levity with layers , the banter keeps pages turning, while quieter scenes give emotional depth. Reader tip: these are ideal if you want something that’s charming at the surface but thoughtful beneath.</w:t>
      </w:r>
      <w:r/>
    </w:p>
    <w:p>
      <w:pPr>
        <w:pStyle w:val="Heading2"/>
      </w:pPr>
      <w:r>
        <w:t>Heartstopper and Simon vs. The Homosapiens Agenda: comfort reads that soothe</w:t>
      </w:r>
      <w:r/>
    </w:p>
    <w:p>
      <w:r/>
      <w:r>
        <w:t>Alice Oseman’s Heartstopper volumes and Becky Albertalli’s Simon feel like a warm blanket for the modern queer YA reader. They’re soft, kind and gently celebratory , full of small moments that build into huge feelings. They also work brilliantly if you’re after hopeful portrayals of coming out, friendship and first romance. Helpful hint: Heartstopper’s graphic format makes it a quick, smile-inducing read; perfect between heavier books.</w:t>
      </w:r>
      <w:r/>
    </w:p>
    <w:p>
      <w:pPr>
        <w:pStyle w:val="Heading2"/>
      </w:pPr>
      <w:r>
        <w:t>Classics and literary emotional powerhouses to linger over</w:t>
      </w:r>
      <w:r/>
    </w:p>
    <w:p>
      <w:r/>
      <w:r>
        <w:t>Madeline Miller’s The Song of Achilles and André Aciman’s Call Me By Your Name are quieter, more lyrical fare that hit deep. These books aren’t rom-coms; they’re meditations on longing, memory and the cost of love. They tend to stay with readers long after the last page and are perfect if you’re in the mood for beautiful prose and emotional weight. Reading tip: pace yourself , these are best enjoyed slowly to savour the language and nuance.</w:t>
      </w:r>
      <w:r/>
    </w:p>
    <w:p>
      <w:pPr>
        <w:pStyle w:val="Heading2"/>
      </w:pPr>
      <w:r>
        <w:t>Fantasy, thriller and paranormal: when you want stakes beyond romance</w:t>
      </w:r>
      <w:r/>
    </w:p>
    <w:p>
      <w:r/>
      <w:r>
        <w:t>If you crave political intrigue, danger or otherworldly family ties, try Captive Prince for courtly tension, Cut &amp; Run for mystery with slow-burning partnership, or Wolfsong for an unexpectedly moving werewolf tale. These mixes broaden the romance genre and keep plot momentum high while still investing in relationships. Quick advice: check content notes if you prefer lighter or darker themes , some titles start rough but reward persistence.</w:t>
      </w:r>
      <w:r/>
    </w:p>
    <w:p>
      <w:pPr>
        <w:pStyle w:val="Heading2"/>
      </w:pPr>
      <w:r>
        <w:t>How we chose these picks and how to pick your next read</w:t>
      </w:r>
      <w:r/>
    </w:p>
    <w:p>
      <w:r/>
      <w:r>
        <w:t>We leaned on reader favourites, lasting popularity and stories that centre queer characters with warmth and complexity. To pick: decide mood first , cosy YA, laugh-out-loud rom-com, sports slow-burn, lyrical heartbreak or genre crossover. Then match length and tone to your availability: graphic novels and rom-coms are great for nights you want comfort; weightier literary novels pair better with slower reading.</w:t>
      </w:r>
      <w:r/>
    </w:p>
    <w:p>
      <w:r/>
      <w:r>
        <w:t>It’s a small change that can make every page feel like company , choose a mood, pick a book, and enjoy the company of a love story that stays with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9">
        <w:r>
          <w:rPr>
            <w:color w:val="0000EE"/>
            <w:u w:val="single"/>
          </w:rPr>
          <w:t>[1]</w:t>
        </w:r>
      </w:hyperlink>
      <w:r>
        <w:t xml:space="preserve">- Paragraph 7: </w:t>
      </w:r>
      <w:hyperlink r:id="rId9">
        <w:r>
          <w:rPr>
            <w:color w:val="0000EE"/>
            <w:u w:val="single"/>
          </w:rPr>
          <w:t>[1]</w:t>
        </w:r>
      </w:hyperlink>
      <w:r>
        <w:t xml:space="preserve">- Paragraph 8: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https://instinctmagazine.com/best-gay-romance-books/</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https://www.goodreads.com/book/show/53437272-red-white-royal-blue</w:t>
        </w:r>
      </w:hyperlink>
      <w:r>
        <w:t xml:space="preserve"> - 'Red, White &amp; Royal Blue' is a 2019 debut novel by Casey McQuiston that follows the unexpected romance between America's First Son, Alex Claremont-Diaz, and Prince Henry of Wales. The story begins with a public altercation at a royal wedding, leading to a staged friendship that evolves into a genuine romantic relationship. The novel has been praised for its charm, wit, and rich cultural references, with well-rounded and complex characters. It was adapted into a film released in 2023, starring Nicholas Galitzine and Taylor Zakhar Perez. (</w:t>
      </w:r>
      <w:hyperlink r:id="rId14">
        <w:r>
          <w:rPr>
            <w:color w:val="0000EE"/>
            <w:u w:val="single"/>
          </w:rPr>
          <w:t>goodreads.com</w:t>
        </w:r>
      </w:hyperlink>
      <w:r>
        <w:t>)</w:t>
      </w:r>
      <w:r/>
    </w:p>
    <w:p>
      <w:pPr>
        <w:pStyle w:val="ListNumber"/>
        <w:spacing w:line="240" w:lineRule="auto"/>
        <w:ind w:left="720"/>
      </w:pPr>
      <w:r/>
      <w:hyperlink r:id="rId12">
        <w:r>
          <w:rPr>
            <w:color w:val="0000EE"/>
            <w:u w:val="single"/>
          </w:rPr>
          <w:t>https://www.pandorasbooks.org/2021/06/review-red-white-royal-blue-by-casey-mcquiston/</w:t>
        </w:r>
      </w:hyperlink>
      <w:r>
        <w:t xml:space="preserve"> - This review of 'Red, White &amp; Royal Blue' by Casey McQuiston highlights the novel's engaging plot and character development. The story revolves around Alex Claremont-Diaz, the First Son of the United States, and Prince Henry of Britain, who are forced to fake a friendship after a public mishap. As they spend time together, their relationship deepens, blending humor with emotional moments. The novel has been praised for its witty dialogue and well-drawn characters. (</w:t>
      </w:r>
      <w:hyperlink r:id="rId15">
        <w:r>
          <w:rPr>
            <w:color w:val="0000EE"/>
            <w:u w:val="single"/>
          </w:rPr>
          <w:t>pandorasbooks.org</w:t>
        </w:r>
      </w:hyperlink>
      <w:r>
        <w:t>)</w:t>
      </w:r>
      <w:r/>
    </w:p>
    <w:p>
      <w:pPr>
        <w:pStyle w:val="ListNumber"/>
        <w:spacing w:line="240" w:lineRule="auto"/>
        <w:ind w:left="720"/>
      </w:pPr>
      <w:r/>
      <w:hyperlink r:id="rId11">
        <w:r>
          <w:rPr>
            <w:color w:val="0000EE"/>
            <w:u w:val="single"/>
          </w:rPr>
          <w:t>https://www.libraryjournal.com/review/red-white--royal-blue</w:t>
        </w:r>
      </w:hyperlink>
      <w:r>
        <w:t xml:space="preserve"> - 'Red, White &amp; Royal Blue' by Casey McQuiston is a contemporary romance featuring Alex Claremont-Diaz, son of U.S. President Ellen Claremont, and Prince Henry of Wales. After a public confrontation, they are forced to pretend to be friends, leading to a deeper relationship. The novel is noted for its diverse cast, quick-witted dialogue, and exploration of personal and public responsibility. It is recommended for fans of Heather Cocks and Jessica Morgan’s 'The Royal We' and Alyssa Cole’s 'Reluctant Royals' series. (</w:t>
      </w:r>
      <w:hyperlink r:id="rId16">
        <w:r>
          <w:rPr>
            <w:color w:val="0000EE"/>
            <w:u w:val="single"/>
          </w:rPr>
          <w:t>libraryjournal.com</w:t>
        </w:r>
      </w:hyperlink>
      <w:r>
        <w:t>)</w:t>
      </w:r>
      <w:r/>
    </w:p>
    <w:p>
      <w:pPr>
        <w:pStyle w:val="ListNumber"/>
        <w:spacing w:line="240" w:lineRule="auto"/>
        <w:ind w:left="720"/>
      </w:pPr>
      <w:r/>
      <w:hyperlink r:id="rId13">
        <w:r>
          <w:rPr>
            <w:color w:val="0000EE"/>
            <w:u w:val="single"/>
          </w:rPr>
          <w:t>https://www.rogerebert.com/reviews/red-white-and-royal-blue-movie-review-2023</w:t>
        </w:r>
      </w:hyperlink>
      <w:r>
        <w:t xml:space="preserve"> - This review of the 2023 film adaptation of 'Red, White &amp; Royal Blue' highlights its impressive direction by Matthew López. The film follows the love story between Alex Claremont-Diaz and Prince Henry, balancing the familiar beats of a classic romance with the distinctive details of their high-profile lives. The adaptation is praised for its heartfelt character interactions and tender portrayal of queer romance. (</w:t>
      </w:r>
      <w:hyperlink r:id="rId17">
        <w:r>
          <w:rPr>
            <w:color w:val="0000EE"/>
            <w:u w:val="single"/>
          </w:rPr>
          <w:t>rogerebert.com</w:t>
        </w:r>
      </w:hyperlink>
      <w:r>
        <w:t>)</w:t>
      </w:r>
      <w:r/>
    </w:p>
    <w:p>
      <w:pPr>
        <w:pStyle w:val="ListNumber"/>
        <w:spacing w:line="240" w:lineRule="auto"/>
        <w:ind w:left="720"/>
      </w:pPr>
      <w:r/>
      <w:hyperlink r:id="rId10">
        <w:r>
          <w:rPr>
            <w:color w:val="0000EE"/>
            <w:u w:val="single"/>
          </w:rPr>
          <w:t>https://www.goodreads.com/book/show/53437272-red-white-royal-blue</w:t>
        </w:r>
      </w:hyperlink>
      <w:r>
        <w:t xml:space="preserve"> - 'Red, White &amp; Royal Blue' is a 2019 debut novel by Casey McQuiston that follows the unexpected romance between America's First Son, Alex Claremont-Diaz, and Prince Henry of Wales. The story begins with a public altercation at a royal wedding, leading to a staged friendship that evolves into a genuine romantic relationship. The novel has been praised for its charm, wit, and rich cultural references, with well-rounded and complex characters. It was adapted into a film released in 2023, starring Nicholas Galitzine and Taylor Zakhar Perez. (</w:t>
      </w:r>
      <w:hyperlink r:id="rId14">
        <w:r>
          <w:rPr>
            <w:color w:val="0000EE"/>
            <w:u w:val="single"/>
          </w:rPr>
          <w:t>goodreads.com</w:t>
        </w:r>
      </w:hyperlink>
      <w:r>
        <w:t>)</w:t>
      </w:r>
      <w:r/>
    </w:p>
    <w:p>
      <w:pPr>
        <w:pStyle w:val="ListNumber"/>
        <w:spacing w:line="240" w:lineRule="auto"/>
        <w:ind w:left="720"/>
      </w:pPr>
      <w:r/>
      <w:hyperlink r:id="rId12">
        <w:r>
          <w:rPr>
            <w:color w:val="0000EE"/>
            <w:u w:val="single"/>
          </w:rPr>
          <w:t>https://www.pandorasbooks.org/2021/06/review-red-white-royal-blue-by-casey-mcquiston/</w:t>
        </w:r>
      </w:hyperlink>
      <w:r>
        <w:t xml:space="preserve"> - This review of 'Red, White &amp; Royal Blue' by Casey McQuiston highlights the novel's engaging plot and character development. The story revolves around Alex Claremont-Diaz, the First Son of the United States, and Prince Henry of Britain, who are forced to fake a friendship after a public mishap. As they spend time together, their relationship deepens, blending humor with emotional moments. The novel has been praised for its witty dialogue and well-drawn characters. (</w:t>
      </w:r>
      <w:hyperlink r:id="rId15">
        <w:r>
          <w:rPr>
            <w:color w:val="0000EE"/>
            <w:u w:val="single"/>
          </w:rPr>
          <w:t>pandorasbooks.org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gay-romance-books/" TargetMode="External"/><Relationship Id="rId10" Type="http://schemas.openxmlformats.org/officeDocument/2006/relationships/hyperlink" Target="https://www.goodreads.com/book/show/53437272-red-white-royal-blue" TargetMode="External"/><Relationship Id="rId11" Type="http://schemas.openxmlformats.org/officeDocument/2006/relationships/hyperlink" Target="https://www.libraryjournal.com/review/red-white--royal-blue" TargetMode="External"/><Relationship Id="rId12" Type="http://schemas.openxmlformats.org/officeDocument/2006/relationships/hyperlink" Target="https://www.pandorasbooks.org/2021/06/review-red-white-royal-blue-by-casey-mcquiston/" TargetMode="External"/><Relationship Id="rId13" Type="http://schemas.openxmlformats.org/officeDocument/2006/relationships/hyperlink" Target="https://www.rogerebert.com/reviews/red-white-and-royal-blue-movie-review-2023" TargetMode="External"/><Relationship Id="rId14" Type="http://schemas.openxmlformats.org/officeDocument/2006/relationships/hyperlink" Target="https://www.goodreads.com/book/show/53437272-red-white-royal-blue?utm_source=openai" TargetMode="External"/><Relationship Id="rId15" Type="http://schemas.openxmlformats.org/officeDocument/2006/relationships/hyperlink" Target="https://www.pandorasbooks.org/2021/06/review-red-white-royal-blue-by-casey-mcquiston/?utm_source=openai" TargetMode="External"/><Relationship Id="rId16" Type="http://schemas.openxmlformats.org/officeDocument/2006/relationships/hyperlink" Target="https://www.libraryjournal.com/review/red-white--royal-blue?utm_source=openai" TargetMode="External"/><Relationship Id="rId17" Type="http://schemas.openxmlformats.org/officeDocument/2006/relationships/hyperlink" Target="https://www.rogerebert.com/reviews/red-white-and-royal-blue-movie-review-202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