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Free Street Party in Chiswick: WLQP’s 6th Birthday Celebration and Community Festival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with West London Queer Project at Old Market Place on Sunday 30 August , a free, family-friendly street party with live music, stalls, food and an evening after-party that brings inclusion, local businesses and queer joy to the heart of Chiswick.</w:t>
      </w:r>
      <w:r/>
    </w:p>
    <w:p>
      <w:r/>
      <w:r>
        <w:t>Essential Takeaways</w:t>
      </w:r>
      <w:r/>
      <w:r/>
    </w:p>
    <w:p>
      <w:pPr>
        <w:pStyle w:val="ListBullet"/>
        <w:spacing w:line="240" w:lineRule="auto"/>
        <w:ind w:left="720"/>
      </w:pPr>
      <w:r/>
      <w:r>
        <w:rPr>
          <w:b/>
        </w:rPr>
        <w:t>When and where:</w:t>
      </w:r>
      <w:r>
        <w:t xml:space="preserve"> Sunday 30 August 2026, 12pm–9pm at Old Market Place, Chiswick (W4). </w:t>
      </w:r>
      <w:r/>
    </w:p>
    <w:p>
      <w:pPr>
        <w:pStyle w:val="ListBullet"/>
        <w:spacing w:line="240" w:lineRule="auto"/>
        <w:ind w:left="720"/>
      </w:pPr>
      <w:r/>
      <w:r>
        <w:rPr>
          <w:b/>
        </w:rPr>
        <w:t>Free entry:</w:t>
      </w:r>
      <w:r>
        <w:t xml:space="preserve"> The event is free to attend; visit wlqp.org for details and updates. </w:t>
      </w:r>
      <w:r/>
    </w:p>
    <w:p>
      <w:pPr>
        <w:pStyle w:val="ListBullet"/>
        <w:spacing w:line="240" w:lineRule="auto"/>
        <w:ind w:left="720"/>
      </w:pPr>
      <w:r/>
      <w:r>
        <w:rPr>
          <w:b/>
        </w:rPr>
        <w:t>Family-friendly early hours:</w:t>
      </w:r>
      <w:r>
        <w:t xml:space="preserve"> 12pm–2pm focuses on children’s activities and relaxed programming. </w:t>
      </w:r>
      <w:r/>
    </w:p>
    <w:p>
      <w:pPr>
        <w:pStyle w:val="ListBullet"/>
        <w:spacing w:line="240" w:lineRule="auto"/>
        <w:ind w:left="720"/>
      </w:pPr>
      <w:r/>
      <w:r>
        <w:rPr>
          <w:b/>
        </w:rPr>
        <w:t>Main stage and after-party:</w:t>
      </w:r>
      <w:r>
        <w:t xml:space="preserve"> Live entertainment from 2pm and an official evening after-party for a late finish. </w:t>
      </w:r>
      <w:r/>
    </w:p>
    <w:p>
      <w:pPr>
        <w:pStyle w:val="ListBullet"/>
        <w:spacing w:line="240" w:lineRule="auto"/>
        <w:ind w:left="720"/>
      </w:pPr>
      <w:r/>
      <w:r>
        <w:rPr>
          <w:b/>
        </w:rPr>
        <w:t>Local flavour:</w:t>
      </w:r>
      <w:r>
        <w:t xml:space="preserve"> Community stalls, queer organisations, independent food vendors and local businesses on site.</w:t>
      </w:r>
      <w:r/>
      <w:r/>
    </w:p>
    <w:p>
      <w:pPr>
        <w:pStyle w:val="Heading2"/>
      </w:pPr>
      <w:r>
        <w:t>A riotous, free party in the middle of Chiswick , what to expect</w:t>
      </w:r>
      <w:r/>
    </w:p>
    <w:p>
      <w:r/>
      <w:r>
        <w:t>If you love a proper summer street party, this one’s loud, bright and generous. West London Queer Project (WLQP) is marking six years of community building with a full-day celebration at Old Market Place, and organisers promise music, drag, spoken word and DJs across the afternoon and into the evening. The early slot is gentle and family-friendly, then the vibe shifts towards headline performances and a buzzing after-party.</w:t>
      </w:r>
      <w:r/>
    </w:p>
    <w:p>
      <w:r/>
      <w:r>
        <w:t>WLQP’s aim has always been connection, and this event puts that mission on full display. According to WLQP, the day will include community groups and local businesses alongside food traders and family activities , so there’s something for everyone, not just night-life regulars. Bring comfy shoes and sunscreen; you’ll want to stay for the whole program.</w:t>
      </w:r>
      <w:r/>
    </w:p>
    <w:p>
      <w:pPr>
        <w:pStyle w:val="Heading2"/>
      </w:pPr>
      <w:r>
        <w:t>Family time first , why the noon slot matters</w:t>
      </w:r>
      <w:r/>
    </w:p>
    <w:p>
      <w:r/>
      <w:r>
        <w:t>The 12pm–2pm window is deliberately calm and welcoming, designed for parents, children and carers to join without the hectic evening scene. Expect craft tables, gentle performances and accessible activities that let kids enjoy the party without being overwhelmed. It’s a small but thoughtful move that opens queer celebrations to a broader slice of the neighbourhood.</w:t>
      </w:r>
      <w:r/>
    </w:p>
    <w:p>
      <w:r/>
      <w:r>
        <w:t>If you’re planning to attend with little ones, check wlqp.org for specifics on activities and accessibility. Arrive early for quieter queuing at food stalls and to nab a good spot near the family area.</w:t>
      </w:r>
      <w:r/>
    </w:p>
    <w:p>
      <w:pPr>
        <w:pStyle w:val="Heading2"/>
      </w:pPr>
      <w:r>
        <w:t>Live shows and a main stage that runs all afternoon</w:t>
      </w:r>
      <w:r/>
    </w:p>
    <w:p>
      <w:r/>
      <w:r>
        <w:t>From 2pm the main stage kicks into gear with a rolling programme of live performances , singers, drag artists, spoken word and DJs. The non-stop entertainment model means you can dip in, watch a favourite act and wander the stalls without feeling like you’ve missed anything major. It’s a smart format for a public square festival where people come and go.</w:t>
      </w:r>
      <w:r/>
    </w:p>
    <w:p>
      <w:r/>
      <w:r>
        <w:t>Local performers often feature alongside community groups, so expect a mix of polished sets and grassroots energy. If you want a front-row experience, arrive before your favourite act’s start time; otherwise the atmosphere is relaxed and friendly, perfect for soaking up the crowd’s buzz.</w:t>
      </w:r>
      <w:r/>
    </w:p>
    <w:p>
      <w:pPr>
        <w:pStyle w:val="Heading2"/>
      </w:pPr>
      <w:r>
        <w:t>Community stalls and local business involvement , more than a party</w:t>
      </w:r>
      <w:r/>
    </w:p>
    <w:p>
      <w:r/>
      <w:r>
        <w:t>This isn’t just music and merriment , WLQP uses the birthday party as a way to amplify community organisations and small businesses. Stalls range from LGBTQ+ groups offering information and support to local makers and food vendors serving seasonal, street-plate favourites. The mix keeps the event useful as well as festive.</w:t>
      </w:r>
      <w:r/>
    </w:p>
    <w:p>
      <w:r/>
      <w:r>
        <w:t>It’s a great way to discover local services or pick up a unique gift while supporting grassroots groups. Take cash and card, wear comfortable clothes and chat to stallholders , they’re often the ones who’ll tell you the stories behind WLQP’s work.</w:t>
      </w:r>
      <w:r/>
    </w:p>
    <w:p>
      <w:pPr>
        <w:pStyle w:val="Heading2"/>
      </w:pPr>
      <w:r>
        <w:t>After-party and night plans , when the square hands over to the club</w:t>
      </w:r>
      <w:r/>
    </w:p>
    <w:p>
      <w:r/>
      <w:r>
        <w:t>When the street party wraps, there’s an official after-party lined up for the evening, giving the day a proper arc from family fun to late-night dancing. The after-party is where WLQP leans into its club roots, with DJs and a higher-energy crowd. It’s a neat one-stop route for people who want both daytime community and nighttime queer nightlife.</w:t>
      </w:r>
      <w:r/>
    </w:p>
    <w:p>
      <w:r/>
      <w:r>
        <w:t>If you’re planning to hop from the square to the after-party, check transport options in advance. Chiswick’s a lovely spot to linger, but trains and buses can be busier later on , plan your route home.</w:t>
      </w:r>
      <w:r/>
    </w:p>
    <w:p>
      <w:r/>
      <w:r>
        <w:t>It's a small change that can make every celebration feel more inclusive and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0">
        <w:r>
          <w:rPr>
            <w:color w:val="0000EE"/>
            <w:u w:val="single"/>
          </w:rPr>
          <w:t>[2]</w:t>
        </w:r>
      </w:hyperlink>
      <w:r>
        <w:t xml:space="preserve">- Paragraph 4: </w:t>
      </w:r>
      <w:hyperlink r:id="rId11">
        <w:r>
          <w:rPr>
            <w:color w:val="0000EE"/>
            <w:u w:val="single"/>
          </w:rPr>
          <w:t>[3]</w:t>
        </w:r>
      </w:hyperlink>
      <w:r>
        <w:t xml:space="preserve">, </w:t>
      </w:r>
      <w:hyperlink r:id="rId15">
        <w:r>
          <w:rPr>
            <w:color w:val="0000EE"/>
            <w:u w:val="single"/>
          </w:rPr>
          <w:t>[7]</w:t>
        </w:r>
      </w:hyperlink>
      <w:r>
        <w:t xml:space="preserve">- Paragraph 5: </w:t>
      </w:r>
      <w:hyperlink r:id="rId12">
        <w:r>
          <w:rPr>
            <w:color w:val="0000EE"/>
            <w:u w:val="single"/>
          </w:rPr>
          <w:t>[4]</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https://chiswickcalendar.co.uk/event/wlqp-free-community-street-party-old-market-place-w4/</w:t>
        </w:r>
      </w:hyperlink>
      <w:r>
        <w:t xml:space="preserve"> - Please view link - unable to able to access data</w:t>
      </w:r>
      <w:r/>
    </w:p>
    <w:p>
      <w:pPr>
        <w:pStyle w:val="ListNumber"/>
        <w:spacing w:line="240" w:lineRule="auto"/>
        <w:ind w:left="720"/>
      </w:pPr>
      <w:r/>
      <w:hyperlink r:id="rId10">
        <w:r>
          <w:rPr>
            <w:color w:val="0000EE"/>
            <w:u w:val="single"/>
          </w:rPr>
          <w:t>https://www.wlqp.org/</w:t>
        </w:r>
      </w:hyperlink>
      <w:r>
        <w:t xml:space="preserve"> - The official website of the West London Queer Project (WLQP), a non-profit Community Interest Company dedicated to connecting, supporting, and giving a voice to LGBTQ+ individuals in West London. The site provides information on upcoming events, including the 6th Birthday Street Party on 30 August 2026, and details about their mission and activities.</w:t>
      </w:r>
      <w:r/>
    </w:p>
    <w:p>
      <w:pPr>
        <w:pStyle w:val="ListNumber"/>
        <w:spacing w:line="240" w:lineRule="auto"/>
        <w:ind w:left="720"/>
      </w:pPr>
      <w:r/>
      <w:hyperlink r:id="rId11">
        <w:r>
          <w:rPr>
            <w:color w:val="0000EE"/>
            <w:u w:val="single"/>
          </w:rPr>
          <w:t>https://www.outsavvy.com/event/36302/save-the-date-6th-birthday-street-party</w:t>
        </w:r>
      </w:hyperlink>
      <w:r>
        <w:t xml:space="preserve"> - An event listing for the WLQP's 6th Birthday Street Party scheduled for 30 August 2026 in Chiswick. The page offers event details, ticket information, and options to register for the free event, celebrating six years of WLQP's community engagement.</w:t>
      </w:r>
      <w:r/>
    </w:p>
    <w:p>
      <w:pPr>
        <w:pStyle w:val="ListNumber"/>
        <w:spacing w:line="240" w:lineRule="auto"/>
        <w:ind w:left="720"/>
      </w:pPr>
      <w:r/>
      <w:hyperlink r:id="rId12">
        <w:r>
          <w:rPr>
            <w:color w:val="0000EE"/>
            <w:u w:val="single"/>
          </w:rPr>
          <w:t>https://www.georgeiv.co.uk/whats-on/wlqps-5th-birthday-street-part</w:t>
        </w:r>
      </w:hyperlink>
      <w:r>
        <w:t xml:space="preserve"> - A listing for WLQP's 5th Birthday Street Party held on 31 August 2025 at The George IV in Chiswick. The page provides event details, including performances by Pop 'n Olly and Gnome Theatre, and information about the venue.</w:t>
      </w:r>
      <w:r/>
    </w:p>
    <w:p>
      <w:pPr>
        <w:pStyle w:val="ListNumber"/>
        <w:spacing w:line="240" w:lineRule="auto"/>
        <w:ind w:left="720"/>
      </w:pPr>
      <w:r/>
      <w:hyperlink r:id="rId14">
        <w:r>
          <w:rPr>
            <w:color w:val="0000EE"/>
            <w:u w:val="single"/>
          </w:rPr>
          <w:t>https://www.qxmagazine.com/event/wlqp-birthday-street-party-after-party/</w:t>
        </w:r>
      </w:hyperlink>
      <w:r>
        <w:t xml:space="preserve"> - An announcement for the WLQP Birthday Street Party After Party, taking place on 31 August 2025 at The Boston Room. The event features a live DJ, performances, and merchandise giveaways, continuing the celebrations from the daytime street party.</w:t>
      </w:r>
      <w:r/>
    </w:p>
    <w:p>
      <w:pPr>
        <w:pStyle w:val="ListNumber"/>
        <w:spacing w:line="240" w:lineRule="auto"/>
        <w:ind w:left="720"/>
      </w:pPr>
      <w:r/>
      <w:hyperlink r:id="rId13">
        <w:r>
          <w:rPr>
            <w:color w:val="0000EE"/>
            <w:u w:val="single"/>
          </w:rPr>
          <w:t>https://www.qxmagazine.com/2025/08/wlqp-celebrates-their-5th-birthday-with-a-street-party-in-chiswick-on-sunday-31-august-25/</w:t>
        </w:r>
      </w:hyperlink>
      <w:r>
        <w:t xml:space="preserve"> - An article detailing WLQP's 5th Birthday Street Party held on 31 August 2025 in Chiswick. The piece highlights the event's schedule, including family-friendly activities, live entertainment, and local performers, as well as insights from WLQP founder Aubrey Crawley.</w:t>
      </w:r>
      <w:r/>
    </w:p>
    <w:p>
      <w:pPr>
        <w:pStyle w:val="ListNumber"/>
        <w:spacing w:line="240" w:lineRule="auto"/>
        <w:ind w:left="720"/>
      </w:pPr>
      <w:r/>
      <w:hyperlink r:id="rId15">
        <w:r>
          <w:rPr>
            <w:color w:val="0000EE"/>
            <w:u w:val="single"/>
          </w:rPr>
          <w:t>https://www.meetup.com/www-wlqp-org/</w:t>
        </w:r>
      </w:hyperlink>
      <w:r>
        <w:t xml:space="preserve"> - The Meetup page for the West London Queer Project, offering information on upcoming LGBTQ+ events, meet-ups, sports teams, walks, and advocacy in West London. The page includes details on the Fruit Bowl Friday Social and other community gatherings.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hiswickcalendar.co.uk/event/wlqp-free-community-street-party-old-market-place-w4/" TargetMode="External"/><Relationship Id="rId10" Type="http://schemas.openxmlformats.org/officeDocument/2006/relationships/hyperlink" Target="https://www.wlqp.org/" TargetMode="External"/><Relationship Id="rId11" Type="http://schemas.openxmlformats.org/officeDocument/2006/relationships/hyperlink" Target="https://www.outsavvy.com/event/36302/save-the-date-6th-birthday-street-party" TargetMode="External"/><Relationship Id="rId12" Type="http://schemas.openxmlformats.org/officeDocument/2006/relationships/hyperlink" Target="https://www.georgeiv.co.uk/whats-on/wlqps-5th-birthday-street-part" TargetMode="External"/><Relationship Id="rId13" Type="http://schemas.openxmlformats.org/officeDocument/2006/relationships/hyperlink" Target="https://www.qxmagazine.com/2025/08/wlqp-celebrates-their-5th-birthday-with-a-street-party-in-chiswick-on-sunday-31-august-25/" TargetMode="External"/><Relationship Id="rId14" Type="http://schemas.openxmlformats.org/officeDocument/2006/relationships/hyperlink" Target="https://www.qxmagazine.com/event/wlqp-birthday-street-party-after-party/" TargetMode="External"/><Relationship Id="rId15" Type="http://schemas.openxmlformats.org/officeDocument/2006/relationships/hyperlink" Target="https://www.meetup.com/www-wlqp-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