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Free Outdoor Events at Fierté Montréal Pride 2026 — Your Guide to Complimentary Pride Programming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Discover free, open-air highlights of Fierté Montréal Pride 2026 , who’s playing, where to gather, and why these neighbourhood stages matter for community and culture during the festival. Pick your nights, dress for the weather, and get ready to shine together across the Village and Olympic Park.</w:t>
      </w:r>
      <w:r/>
    </w:p>
    <w:p>
      <w:r/>
      <w:r>
        <w:t>Essential Takeaways</w:t>
      </w:r>
      <w:r/>
      <w:r/>
    </w:p>
    <w:p>
      <w:pPr>
        <w:pStyle w:val="ListBullet"/>
        <w:spacing w:line="240" w:lineRule="auto"/>
        <w:ind w:left="720"/>
      </w:pPr>
      <w:r/>
      <w:r>
        <w:rPr>
          <w:b/>
        </w:rPr>
        <w:t>Free shows across the city:</w:t>
      </w:r>
      <w:r>
        <w:t xml:space="preserve"> Outdoor programming runs from the Village to Olympic Park, with many events open to all and no ticket required. </w:t>
      </w:r>
      <w:r/>
    </w:p>
    <w:p>
      <w:pPr>
        <w:pStyle w:val="ListBullet"/>
        <w:spacing w:line="240" w:lineRule="auto"/>
        <w:ind w:left="720"/>
      </w:pPr>
      <w:r/>
      <w:r>
        <w:rPr>
          <w:b/>
        </w:rPr>
        <w:t>Music and performance variety:</w:t>
      </w:r>
      <w:r>
        <w:t xml:space="preserve"> Expect DJs, hip‑hop, R&amp;B, Bollywood‑inspired dance, drag spectacles and experimental underground acts , something for different tastes. </w:t>
      </w:r>
      <w:r/>
    </w:p>
    <w:p>
      <w:pPr>
        <w:pStyle w:val="ListBullet"/>
        <w:spacing w:line="240" w:lineRule="auto"/>
        <w:ind w:left="720"/>
      </w:pPr>
      <w:r/>
      <w:r>
        <w:rPr>
          <w:b/>
        </w:rPr>
        <w:t>Family and heritage highlights:</w:t>
      </w:r>
      <w:r>
        <w:t xml:space="preserve"> Community installations and archival exhibits spotlight queer histories and older generations’ stories. </w:t>
      </w:r>
      <w:r/>
    </w:p>
    <w:p>
      <w:pPr>
        <w:pStyle w:val="ListBullet"/>
        <w:spacing w:line="240" w:lineRule="auto"/>
        <w:ind w:left="720"/>
      </w:pPr>
      <w:r/>
      <w:r>
        <w:rPr>
          <w:b/>
        </w:rPr>
        <w:t>Big parade finale:</w:t>
      </w:r>
      <w:r>
        <w:t xml:space="preserve"> The Pride Parade is a flagship free event drawing national attention and community togetherness. </w:t>
      </w:r>
      <w:r/>
    </w:p>
    <w:p>
      <w:pPr>
        <w:pStyle w:val="ListBullet"/>
        <w:spacing w:line="240" w:lineRule="auto"/>
        <w:ind w:left="720"/>
      </w:pPr>
      <w:r/>
      <w:r>
        <w:rPr>
          <w:b/>
        </w:rPr>
        <w:t>Accessible locations:</w:t>
      </w:r>
      <w:r>
        <w:t xml:space="preserve"> Key stages include Scène Loto‑Québec (Ste‑Catherine E. &amp; Papineau), Jardins Gamelin, Scène TD at Olympic Park and Village hubs.</w:t>
      </w:r>
      <w:r/>
      <w:r/>
    </w:p>
    <w:p>
      <w:pPr>
        <w:pStyle w:val="Heading2"/>
      </w:pPr>
      <w:r>
        <w:t>Three-word hook: small stages, big impact</w:t>
      </w:r>
      <w:r/>
    </w:p>
    <w:p>
      <w:r/>
      <w:r>
        <w:t>Start with music, and you’ll feel it , bass in your chest, a crowd smiling, and the warmth of summer evenings in the Village. The festival packs a surprising range of performances into free outdoor slots, from DJ Thatz kicking off Rendez‑vous nocturnes to intimate sets by Kimmortal and Calamine’s climate‑minded rap. According to the festival schedule, those nights make for easy, low‑commitment ways to sample emerging and established queer talent without a ticket.</w:t>
      </w:r>
      <w:r/>
    </w:p>
    <w:p>
      <w:r/>
      <w:r>
        <w:t>Festival organisers have deliberately spread programming across public spaces to lower barriers to access. Jardins Gamelin and the Scène Loto‑Québec on Ste‑Catherine E. are particularly busy, so aim to arrive early if you want a front‑row spot. Bring a light blanket, wear comfy shoes, and expect friendly crowds.</w:t>
      </w:r>
      <w:r/>
    </w:p>
    <w:p>
      <w:pPr>
        <w:pStyle w:val="Heading2"/>
      </w:pPr>
      <w:r>
        <w:t>Dance, drag and drag‑adjacent spectacle , nightlife with flavour</w:t>
      </w:r>
      <w:r/>
    </w:p>
    <w:p>
      <w:r/>
      <w:r>
        <w:t>If you love movement and theatricality, the line‑up delivers. From Ascension’s pole and burlesque blend with PoleDaddy Matt to the glittering returns of Rita Baga and Barbada hosting the big drag blowout at Scène TD, there’s a satisfying mix of cheeky, polished and raw. These shows lean into celebration, but they also signal craft , choreography, costume and stagecraft that reward live viewing.</w:t>
      </w:r>
      <w:r/>
    </w:p>
    <w:p>
      <w:r/>
      <w:r>
        <w:t>Montreal’s drag scene is a tourism draw for a reason, and free outdoor slots are an excellent way to see major names without the fuss of tickets. For the biggest spectacles, head to the Olympic Park Esplanade on Aug. 7 and 8 when the production values ramp up.</w:t>
      </w:r>
      <w:r/>
    </w:p>
    <w:p>
      <w:pPr>
        <w:pStyle w:val="Heading2"/>
      </w:pPr>
      <w:r>
        <w:t>Heritage and memory , exhibitions and the Queer Wall of Memories</w:t>
      </w:r>
      <w:r/>
    </w:p>
    <w:p>
      <w:r/>
      <w:r>
        <w:t>Pride isn’t only parties; it’s also remembrance. Les Archives gaies du Québec’s exhibition traces the local queer migration from downtown into what we now call the Gay Village. The Queer Wall of Memories installation likewise invites older generations to share wisdom, anchoring celebrations in community continuity.</w:t>
      </w:r>
      <w:r/>
    </w:p>
    <w:p>
      <w:r/>
      <w:r>
        <w:t>These offerings are quiet but powerful: expect photo prints, documents and personal testimony that feel tactile and human. They’re especially useful for anyone who wants context for the parade and performances , bring reading glasses and time to linger.</w:t>
      </w:r>
      <w:r/>
    </w:p>
    <w:p>
      <w:pPr>
        <w:pStyle w:val="Heading2"/>
      </w:pPr>
      <w:r>
        <w:t>Cross‑cultural beats , Bollywood, house and new blends</w:t>
      </w:r>
      <w:r/>
    </w:p>
    <w:p>
      <w:r/>
      <w:r>
        <w:t>One neat standout is The Veils of Bollywood performance, which mixes Bollywood tradition with house and electronic textures while DJ Deep spins. South Asian sounds don’t get as much free public airtime in Montreal as in larger cities, so this is a chance to catch a hybrid set that’s both danceable and artful.</w:t>
      </w:r>
      <w:r/>
    </w:p>
    <w:p>
      <w:r/>
      <w:r>
        <w:t>If you’re picking nights by music, glance at the schedule for genre cues. Shows labelled at Scène Loto‑Québec often present pop, R&amp;B and experimental acts; Scène TD tends to host larger, spectacle‑driven bills.</w:t>
      </w:r>
      <w:r/>
    </w:p>
    <w:p>
      <w:pPr>
        <w:pStyle w:val="Heading2"/>
      </w:pPr>
      <w:r>
        <w:t>How to plan your Pride nights without a ticket</w:t>
      </w:r>
      <w:r/>
    </w:p>
    <w:p>
      <w:r/>
      <w:r>
        <w:t>Practicalities matter: check start times, stake out locations early for popular acts, and pack for weather and crowds. Many sites are central , Ste‑Catherine E., Place Émilie‑Gamelin and Olympic Park , and public transit will be busier than usual on parade day. According to the festival pages, parade starts at 1 p.m. on Aug. 9 from Blvd. René‑Lévesque, so plan routes home in advance.</w:t>
      </w:r>
      <w:r/>
    </w:p>
    <w:p>
      <w:r/>
      <w:r>
        <w:t>If you’re bringing friends or family who appreciate quieter spaces, pick daytime installations like Jardins Gamelin or the archival shows. For high energy, evening stages in the Village and the Esplanade deliver the spectacle.</w:t>
      </w:r>
      <w:r/>
    </w:p>
    <w:p>
      <w:r/>
      <w:r>
        <w:t>Closing line Find the nights that call to you, show up with curiosity, and let this year’s free outdoor Pride programming do what it does best , bring people together to celebrate, remember and shine.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2">
        <w:r>
          <w:rPr>
            <w:color w:val="0000EE"/>
            <w:u w:val="single"/>
          </w:rPr>
          <w:t>[6]</w:t>
        </w:r>
      </w:hyperlink>
      <w:r>
        <w:t xml:space="preserve">- Paragraph 3: </w:t>
      </w:r>
      <w:hyperlink r:id="rId9">
        <w:r>
          <w:rPr>
            <w:color w:val="0000EE"/>
            <w:u w:val="single"/>
          </w:rPr>
          <w:t>[1]</w:t>
        </w:r>
      </w:hyperlink>
      <w:r>
        <w:t xml:space="preserve">, </w:t>
      </w:r>
      <w:hyperlink r:id="rId13">
        <w:r>
          <w:rPr>
            <w:color w:val="0000EE"/>
            <w:u w:val="single"/>
          </w:rPr>
          <w:t>[7]</w:t>
        </w:r>
      </w:hyperlink>
      <w:r>
        <w:t xml:space="preserve">- Paragraph 4: </w:t>
      </w:r>
      <w:hyperlink r:id="rId9">
        <w:r>
          <w:rPr>
            <w:color w:val="0000EE"/>
            <w:u w:val="single"/>
          </w:rPr>
          <w:t>[1]</w:t>
        </w:r>
      </w:hyperlink>
      <w:r>
        <w:t xml:space="preserve">, </w:t>
      </w:r>
      <w:hyperlink r:id="rId14">
        <w:r>
          <w:rPr>
            <w:color w:val="0000EE"/>
            <w:u w:val="single"/>
          </w:rPr>
          <w:t>[4]</w:t>
        </w:r>
      </w:hyperlink>
      <w:r>
        <w:t xml:space="preserve">- Paragraph 5: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https://cultmtl.com/2026/07/your-guide-to-free-outdoor-shows-and-events-at-fierte-montreal-pride-2026/</w:t>
        </w:r>
      </w:hyperlink>
      <w:r>
        <w:t xml:space="preserve"> - Please view link - unable to able to access data</w:t>
      </w:r>
      <w:r/>
    </w:p>
    <w:p>
      <w:pPr>
        <w:pStyle w:val="ListNumber"/>
        <w:spacing w:line="240" w:lineRule="auto"/>
        <w:ind w:left="720"/>
      </w:pPr>
      <w:r/>
      <w:hyperlink r:id="rId10">
        <w:r>
          <w:rPr>
            <w:color w:val="0000EE"/>
            <w:u w:val="single"/>
          </w:rPr>
          <w:t>https://fiertemontreal.com/en/festival-2026/pride-parade</w:t>
        </w:r>
      </w:hyperlink>
      <w:r>
        <w:t xml:space="preserve"> - The Montreal Pride Parade is scheduled for August 9, 2026, starting at 1 p.m. along René Lévesque Boulevard. This vibrant event celebrates the 2SLGBTQIA+ community with a procession featuring community organizations, artists, and supporters. The parade route begins at the corner of René Lévesque Boulevard and Robert Bourassa Boulevard, proceeding to the heart of the Village, ending at René Lévesque Boulevard and Atateken Street. The parade is a highlight of the festival, drawing thousands of participants and spectators.</w:t>
      </w:r>
      <w:r/>
    </w:p>
    <w:p>
      <w:pPr>
        <w:pStyle w:val="ListNumber"/>
        <w:spacing w:line="240" w:lineRule="auto"/>
        <w:ind w:left="720"/>
      </w:pPr>
      <w:r/>
      <w:hyperlink r:id="rId15">
        <w:r>
          <w:rPr>
            <w:color w:val="0000EE"/>
            <w:u w:val="single"/>
          </w:rPr>
          <w:t>https://fiertemontreal.com/en/event/la-course-capotee-4</w:t>
        </w:r>
      </w:hyperlink>
      <w:r>
        <w:t xml:space="preserve"> - La Course Capotée is a unique obstacle race taking place on July 31, 2026, from 5 p.m. to 8 p.m. at Scène Loto-Québec, located at Rue Sainte-Catherine Est and Avenue Papineau. Participants, dressed in makeup and spectacular heels, compete to collect as many condom packets as possible in a festive atmosphere. The event supports RÉZO’s mission of HIV and other STBBI education and prevention. The competition is accessible to people with reduced mobility and is free to attend.</w:t>
      </w:r>
      <w:r/>
    </w:p>
    <w:p>
      <w:pPr>
        <w:pStyle w:val="ListNumber"/>
        <w:spacing w:line="240" w:lineRule="auto"/>
        <w:ind w:left="720"/>
      </w:pPr>
      <w:r/>
      <w:hyperlink r:id="rId14">
        <w:r>
          <w:rPr>
            <w:color w:val="0000EE"/>
            <w:u w:val="single"/>
          </w:rPr>
          <w:t>https://parcolympique.qc.ca/en/event-access/free-en/</w:t>
        </w:r>
      </w:hyperlink>
      <w:r>
        <w:t xml:space="preserve"> - The Olympic Park Esplanade will host the Festival Fierté Montréal from August 7 to August 9, 2026. This event features drag shows, live music, and dance performances under the sounds of DJs. The festival aims to amplify the voices of 2SLGBTQIA+ communities, ensuring their representation, inclusion, and recognition of their rights in society. The Esplanade is accessible to people with reduced mobility and offers various amenities, including paid parking on-site.</w:t>
      </w:r>
      <w:r/>
    </w:p>
    <w:p>
      <w:pPr>
        <w:pStyle w:val="ListNumber"/>
        <w:spacing w:line="240" w:lineRule="auto"/>
        <w:ind w:left="720"/>
      </w:pPr>
      <w:r/>
      <w:hyperlink r:id="rId11">
        <w:r>
          <w:rPr>
            <w:color w:val="0000EE"/>
            <w:u w:val="single"/>
          </w:rPr>
          <w:t>https://www.mtl.org/en/what-to-do/festivals-and-events/celebrations-pride-montreal</w:t>
        </w:r>
      </w:hyperlink>
      <w:r>
        <w:t xml:space="preserve"> - The Fierté Montréal Festival, running from July 31 to August 9, 2026, is the largest 2SLGBTQIA+ gathering in the French-speaking world. The festival offers free shows, indoor activities, films, festive evenings, literature, and more. It raises awareness of queer issues through workshops, panels, and two Community Days. The flagship event, the flamboyant Défilé de la Fierté, attracts over 15,000 participants and a crowd exceeding 300,000 people.</w:t>
      </w:r>
      <w:r/>
    </w:p>
    <w:p>
      <w:pPr>
        <w:pStyle w:val="ListNumber"/>
        <w:spacing w:line="240" w:lineRule="auto"/>
        <w:ind w:left="720"/>
      </w:pPr>
      <w:r/>
      <w:hyperlink r:id="rId12">
        <w:r>
          <w:rPr>
            <w:color w:val="0000EE"/>
            <w:u w:val="single"/>
          </w:rPr>
          <w:t>https://www.mtl.org/en/experience/summer-village</w:t>
        </w:r>
      </w:hyperlink>
      <w:r>
        <w:t xml:space="preserve"> - Montréal's LGBTQ+ Village is home to one of the largest LGBTQ+ communities in North America. The kilometre-long pedestrian mall on Sainte-Catherine Street East presents free outdoor concerts all summer long. The pedestrian mall and surrounding area are filled with more than 40 patios, known as 'terraces,' offering LGBTQ+ and queer-friendly establishments to suit all tastes. The area is open until October and stretches from Place Émilie-Gamelin near Berri-UQAM metro station to Papineau Avenue near Papineau metro station.</w:t>
      </w:r>
      <w:r/>
    </w:p>
    <w:p>
      <w:pPr>
        <w:pStyle w:val="ListNumber"/>
        <w:spacing w:line="240" w:lineRule="auto"/>
        <w:ind w:left="720"/>
      </w:pPr>
      <w:r/>
      <w:hyperlink r:id="rId13">
        <w:r>
          <w:rPr>
            <w:color w:val="0000EE"/>
            <w:u w:val="single"/>
          </w:rPr>
          <w:t>https://www.restomontreal.ca/event/fierte-montreal-festival-pride-festival/5746/en/</w:t>
        </w:r>
      </w:hyperlink>
      <w:r>
        <w:t xml:space="preserve"> - The Fierté Montréal Festival, running from July 31 to August 9, 2026, celebrates the advances of the LGBTQ+ community with a series of activities, events, and parties. Founded in 2007, this festival is the largest gathering of people of sexual and gender diversity in the Francophone world. It promotes their rights and celebrates their cultural richness and progress, supporting and promoting local communities while serving as a beacon of hope for people around the world who continue to battle injustice.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ultmtl.com/2026/07/your-guide-to-free-outdoor-shows-and-events-at-fierte-montreal-pride-2026/" TargetMode="External"/><Relationship Id="rId10" Type="http://schemas.openxmlformats.org/officeDocument/2006/relationships/hyperlink" Target="https://fiertemontreal.com/en/festival-2026/pride-parade" TargetMode="External"/><Relationship Id="rId11" Type="http://schemas.openxmlformats.org/officeDocument/2006/relationships/hyperlink" Target="https://www.mtl.org/en/what-to-do/festivals-and-events/celebrations-pride-montreal" TargetMode="External"/><Relationship Id="rId12" Type="http://schemas.openxmlformats.org/officeDocument/2006/relationships/hyperlink" Target="https://www.mtl.org/en/experience/summer-village" TargetMode="External"/><Relationship Id="rId13" Type="http://schemas.openxmlformats.org/officeDocument/2006/relationships/hyperlink" Target="https://www.restomontreal.ca/event/fierte-montreal-festival-pride-festival/5746/en/" TargetMode="External"/><Relationship Id="rId14" Type="http://schemas.openxmlformats.org/officeDocument/2006/relationships/hyperlink" Target="https://parcolympique.qc.ca/en/event-access/free-en/" TargetMode="External"/><Relationship Id="rId15" Type="http://schemas.openxmlformats.org/officeDocument/2006/relationships/hyperlink" Target="https://fiertemontreal.com/en/event/la-course-capotee-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