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Fayette Pride Celebration Guide: What to Expect at Downtown Fayetteville’s Inaugural Event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families are turning out for Fayette County’s first Pride on Saturday, Aug. 1 , a colourful market, a 1.4‑mile parade and music in downtown Fayetteville that matters for visibility, community and local business. Here’s what to know, how to plan, and why showing up counts.</w:t>
      </w:r>
      <w:r/>
    </w:p>
    <w:p>
      <w:r/>
      <w:r>
        <w:t>Essential Takeaways</w:t>
      </w:r>
      <w:r/>
      <w:r/>
    </w:p>
    <w:p>
      <w:pPr>
        <w:pStyle w:val="ListBullet"/>
        <w:spacing w:line="240" w:lineRule="auto"/>
        <w:ind w:left="720"/>
      </w:pPr>
      <w:r/>
      <w:r>
        <w:rPr>
          <w:b/>
        </w:rPr>
        <w:t>When and where:</w:t>
      </w:r>
      <w:r>
        <w:t xml:space="preserve"> Fayette Pride runs noon–5pm on Saturday, Aug. 1, centred on the courthouse square in downtown Fayetteville.</w:t>
      </w:r>
      <w:r/>
    </w:p>
    <w:p>
      <w:pPr>
        <w:pStyle w:val="ListBullet"/>
        <w:spacing w:line="240" w:lineRule="auto"/>
        <w:ind w:left="720"/>
      </w:pPr>
      <w:r/>
      <w:r>
        <w:rPr>
          <w:b/>
        </w:rPr>
        <w:t>Parade info:</w:t>
      </w:r>
      <w:r>
        <w:t xml:space="preserve"> The 1.4‑mile Pride Parade starts at 1pm from the Fayette County Justice Center and moves through the town centre.</w:t>
      </w:r>
      <w:r/>
    </w:p>
    <w:p>
      <w:pPr>
        <w:pStyle w:val="ListBullet"/>
        <w:spacing w:line="240" w:lineRule="auto"/>
        <w:ind w:left="720"/>
      </w:pPr>
      <w:r/>
      <w:r>
        <w:rPr>
          <w:b/>
        </w:rPr>
        <w:t>What to expect:</w:t>
      </w:r>
      <w:r>
        <w:t xml:space="preserve"> A Pride Market, family‑friendly activities, entertainment, local vendors and community groups , lively, colourful, and accessible.</w:t>
      </w:r>
      <w:r/>
    </w:p>
    <w:p>
      <w:pPr>
        <w:pStyle w:val="ListBullet"/>
        <w:spacing w:line="240" w:lineRule="auto"/>
        <w:ind w:left="720"/>
      </w:pPr>
      <w:r/>
      <w:r>
        <w:rPr>
          <w:b/>
        </w:rPr>
        <w:t>Practical note:</w:t>
      </w:r>
      <w:r>
        <w:t xml:space="preserve"> Wear sun protection, bring water, and arrive early for market stalls and good parade viewing.</w:t>
      </w:r>
      <w:r/>
    </w:p>
    <w:p>
      <w:pPr>
        <w:pStyle w:val="ListBullet"/>
        <w:spacing w:line="240" w:lineRule="auto"/>
        <w:ind w:left="720"/>
      </w:pPr>
      <w:r/>
      <w:r>
        <w:rPr>
          <w:b/>
        </w:rPr>
        <w:t>Community impact:</w:t>
      </w:r>
      <w:r>
        <w:t xml:space="preserve"> The volunteer‑run event boosts visibility for LGBTQ+ people in a county that’s hosting its first Pride , it’s about celebration and connection.</w:t>
      </w:r>
      <w:r/>
      <w:r/>
    </w:p>
    <w:p>
      <w:pPr>
        <w:pStyle w:val="Heading2"/>
      </w:pPr>
      <w:r>
        <w:t>Why Fayette’s first Pride feels important right now</w:t>
      </w:r>
      <w:r/>
    </w:p>
    <w:p>
      <w:r/>
      <w:r>
        <w:t>This is a visible, upbeat moment in a place hosting Pride for the very first time, and you can feel the nervous excitement in the air. Organisers are volunteers, vendors are local, and the courthouse square will be a bright, buzzy hub of music and stalls. According to local event listings, the festival opens at noon and intends to be family friendly, so expect a mix of rainbow flags, crafts, and community tables.</w:t>
      </w:r>
      <w:r/>
    </w:p>
    <w:p>
      <w:r/>
      <w:r>
        <w:t>The timing matters. With Pride events making national headlines and debates over rights continuing, a small county parade offers a clear message: people belong. If you want to stand with friends or meet neighbours, this is the sort of grassroots gathering that can change how a town feels.</w:t>
      </w:r>
      <w:r/>
    </w:p>
    <w:p>
      <w:pPr>
        <w:pStyle w:val="Heading2"/>
      </w:pPr>
      <w:r>
        <w:t>What’s on the programme and where to find it</w:t>
      </w:r>
      <w:r/>
    </w:p>
    <w:p>
      <w:r/>
      <w:r>
        <w:t>The day begins with the Pride Market surrounding the courthouse square, then the parade sets off at 1pm from the Fayette County Justice Center and follows a 1.4‑mile route through downtown. Event pages and ticket platforms list vendors and activities, and organisers have laid out family‑friendly entertainment throughout the afternoon.</w:t>
      </w:r>
      <w:r/>
    </w:p>
    <w:p>
      <w:r/>
      <w:r>
        <w:t>Plan to browse early if you’re after unique stalls or limited items. Food, crafts, and community tables usually move fast, and live performances often overlap with market time, so bring comfortable shoes and a shade hat.</w:t>
      </w:r>
      <w:r/>
    </w:p>
    <w:p>
      <w:pPr>
        <w:pStyle w:val="Heading2"/>
      </w:pPr>
      <w:r>
        <w:t>How to attend and practical tips</w:t>
      </w:r>
      <w:r/>
    </w:p>
    <w:p>
      <w:r/>
      <w:r>
        <w:t>Arrive before noon if you want a good spot at the market or to stake out parade viewing near the courthouse square. Expect typical small‑town parking , walkable routes are easiest. Bring water, sunscreen, and snacks for kids, and consider a small folding chair if you want to sit during performances.</w:t>
      </w:r>
      <w:r/>
    </w:p>
    <w:p>
      <w:r/>
      <w:r>
        <w:t>If you need accessibility information or want to volunteer, check the event’s official site or the Fayette Pride page for contacts. Vendors and organisers posted details online, so a quick look before you go will save time and answer questions about entry points or bag rules.</w:t>
      </w:r>
      <w:r/>
    </w:p>
    <w:p>
      <w:pPr>
        <w:pStyle w:val="Heading2"/>
      </w:pPr>
      <w:r>
        <w:t>What organisers and community leaders are saying</w:t>
      </w:r>
      <w:r/>
    </w:p>
    <w:p>
      <w:r/>
      <w:r>
        <w:t>Organisers describe the celebration as community‑led and volunteer run, emphasising inclusion and local participation. The Pride board wanted a family‑friendly festival that showcases local makers and advocacy groups, and early listings suggest a well‑paced day of market stalls, a parade, and on‑stage entertainment.</w:t>
      </w:r>
      <w:r/>
    </w:p>
    <w:p>
      <w:r/>
      <w:r>
        <w:t>Local reaction has leaned positive, with people noting that a first Pride can shift the county’s tone toward greater acceptance. Expect a warm, slightly nervous vibe , folks are excited to be visible, and that energy is infectious.</w:t>
      </w:r>
      <w:r/>
    </w:p>
    <w:p>
      <w:pPr>
        <w:pStyle w:val="Heading2"/>
      </w:pPr>
      <w:r>
        <w:t>Where this fits in the wider Pride season</w:t>
      </w:r>
      <w:r/>
    </w:p>
    <w:p>
      <w:r/>
      <w:r>
        <w:t>Fayette Pride joins a calendar packed with regional events this summer and autumn, from city Pride marches to smaller county gatherings. As more towns add celebrations, visibility spreads beyond big urban centres and gives rural and suburban LGBTQ+ people local places to be seen.</w:t>
      </w:r>
      <w:r/>
    </w:p>
    <w:p>
      <w:r/>
      <w:r>
        <w:t>Showing up supports vendors, builds networks for advocacy, and makes future events easier to organise. It’s also a simple way to say you value community life where you live.</w:t>
      </w:r>
      <w:r/>
    </w:p>
    <w:p>
      <w:r/>
      <w:r>
        <w:t>It's a small change that can make every cheer and banner count.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12">
        <w:r>
          <w:rPr>
            <w:color w:val="0000EE"/>
            <w:u w:val="single"/>
          </w:rPr>
          <w:t>[4]</w:t>
        </w:r>
      </w:hyperlink>
      <w:r>
        <w:t xml:space="preserve">, </w:t>
      </w:r>
      <w:hyperlink r:id="rId13">
        <w:r>
          <w:rPr>
            <w:color w:val="0000EE"/>
            <w:u w:val="single"/>
          </w:rPr>
          <w:t>[3]</w:t>
        </w:r>
      </w:hyperlink>
      <w:r>
        <w:t xml:space="preserve">- Paragraph 4: </w:t>
      </w:r>
      <w:hyperlink r:id="rId14">
        <w:r>
          <w:rPr>
            <w:color w:val="0000EE"/>
            <w:u w:val="single"/>
          </w:rPr>
          <w:t>[5]</w:t>
        </w:r>
      </w:hyperlink>
      <w:r>
        <w:t xml:space="preserve">, </w:t>
      </w:r>
      <w:hyperlink r:id="rId11">
        <w:r>
          <w:rPr>
            <w:color w:val="0000EE"/>
            <w:u w:val="single"/>
          </w:rPr>
          <w:t>[6]</w:t>
        </w:r>
      </w:hyperlink>
      <w:r>
        <w:t xml:space="preserve">- Paragraph 5: </w:t>
      </w:r>
      <w:hyperlink r:id="rId10">
        <w:r>
          <w:rPr>
            <w:color w:val="0000EE"/>
            <w:u w:val="single"/>
          </w:rPr>
          <w:t>[2]</w:t>
        </w:r>
      </w:hyperlink>
      <w:r>
        <w:t xml:space="preserve">, </w:t>
      </w:r>
      <w:hyperlink r:id="rId13">
        <w:r>
          <w:rPr>
            <w:color w:val="0000EE"/>
            <w:u w:val="single"/>
          </w:rPr>
          <w:t>[3]</w:t>
        </w:r>
      </w:hyperlink>
      <w:r>
        <w:t xml:space="preserve">- Paragraph 6: </w:t>
      </w:r>
      <w:hyperlink r:id="rId10">
        <w:r>
          <w:rPr>
            <w:color w:val="0000EE"/>
            <w:u w:val="single"/>
          </w:rPr>
          <w:t>[2]</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https://roughdraftatlanta.com/2026/07/29/fayette-pride-is-aug-1/</w:t>
        </w:r>
      </w:hyperlink>
      <w:r>
        <w:t xml:space="preserve"> - Please view link - unable to able to access data</w:t>
      </w:r>
      <w:r/>
    </w:p>
    <w:p>
      <w:pPr>
        <w:pStyle w:val="ListNumber"/>
        <w:spacing w:line="240" w:lineRule="auto"/>
        <w:ind w:left="720"/>
      </w:pPr>
      <w:r/>
      <w:hyperlink r:id="rId10">
        <w:r>
          <w:rPr>
            <w:color w:val="0000EE"/>
            <w:u w:val="single"/>
          </w:rPr>
          <w:t>https://thecitizen.com/2026/07/13/fayette-pride-ready-to-debut-in-downtown-fayetteville/</w:t>
        </w:r>
      </w:hyperlink>
      <w:r>
        <w:t xml:space="preserve"> - Fayette County is set to host its inaugural Pride celebration on August 1, 2026, in downtown Fayetteville. The event will feature a 1.4-mile parade through the city, a Pride Market on the Historic Courthouse Square, live performances, food trucks, and official after-parties at local businesses. Organised by a volunteer board, Fayette Pride aims to create a welcoming space for people to celebrate, connect, and build community. (</w:t>
      </w:r>
      <w:hyperlink r:id="rId16">
        <w:r>
          <w:rPr>
            <w:color w:val="0000EE"/>
            <w:u w:val="single"/>
          </w:rPr>
          <w:t>thecitizen.com</w:t>
        </w:r>
      </w:hyperlink>
      <w:r>
        <w:t>)</w:t>
      </w:r>
      <w:r/>
    </w:p>
    <w:p>
      <w:pPr>
        <w:pStyle w:val="ListNumber"/>
        <w:spacing w:line="240" w:lineRule="auto"/>
        <w:ind w:left="720"/>
      </w:pPr>
      <w:r/>
      <w:hyperlink r:id="rId13">
        <w:r>
          <w:rPr>
            <w:color w:val="0000EE"/>
            <w:u w:val="single"/>
          </w:rPr>
          <w:t>https://thecitizen.com/event/fayette-pride/</w:t>
        </w:r>
      </w:hyperlink>
      <w:r>
        <w:t xml:space="preserve"> - Fayette Pride, Fayette County's first Pride celebration, is scheduled for August 1, 2026, from noon to 5 p.m. in downtown Fayetteville. The event includes a Pride Market with 39 vendors, four food trucks, and main stage entertainment. The 1.4-mile Pride Parade will commence at 1 p.m. from the Fayette County Justice Center, passing through downtown Fayetteville. After the main event, attendees can visit six official after-party venues to continue the celebration. (</w:t>
      </w:r>
      <w:hyperlink r:id="rId17">
        <w:r>
          <w:rPr>
            <w:color w:val="0000EE"/>
            <w:u w:val="single"/>
          </w:rPr>
          <w:t>thecitizen.com</w:t>
        </w:r>
      </w:hyperlink>
      <w:r>
        <w:t>)</w:t>
      </w:r>
      <w:r/>
    </w:p>
    <w:p>
      <w:pPr>
        <w:pStyle w:val="ListNumber"/>
        <w:spacing w:line="240" w:lineRule="auto"/>
        <w:ind w:left="720"/>
      </w:pPr>
      <w:r/>
      <w:hyperlink r:id="rId12">
        <w:r>
          <w:rPr>
            <w:color w:val="0000EE"/>
            <w:u w:val="single"/>
          </w:rPr>
          <w:t>https://www.eventbrite.com/e/fayette-pride-tickets-1993138135818</w:t>
        </w:r>
      </w:hyperlink>
      <w:r>
        <w:t xml:space="preserve"> - Fayette Pride, the first-ever Pride event in Fayette County, is set for August 1, 2026, in downtown Fayetteville. The event features a vendor market in Courthouse Square, a parade through downtown, and performances by the Atlanta Women's Chorus, Southern Arc Dance Studio, Tony Thompson, and Chris Pierce. Food trucks such as Speakcheezy, Jamwhich, Lisa's Creperie, Beez Freeze, and King of Pops will be on-site. After the event, official after-parties are planned at local venues. (</w:t>
      </w:r>
      <w:hyperlink r:id="rId18">
        <w:r>
          <w:rPr>
            <w:color w:val="0000EE"/>
            <w:u w:val="single"/>
          </w:rPr>
          <w:t>eventbrite.com</w:t>
        </w:r>
      </w:hyperlink>
      <w:r>
        <w:t>)</w:t>
      </w:r>
      <w:r/>
    </w:p>
    <w:p>
      <w:pPr>
        <w:pStyle w:val="ListNumber"/>
        <w:spacing w:line="240" w:lineRule="auto"/>
        <w:ind w:left="720"/>
      </w:pPr>
      <w:r/>
      <w:hyperlink r:id="rId14">
        <w:r>
          <w:rPr>
            <w:color w:val="0000EE"/>
            <w:u w:val="single"/>
          </w:rPr>
          <w:t>https://ticketscandy.com/e/fayette-pride-17334</w:t>
        </w:r>
      </w:hyperlink>
      <w:r>
        <w:t xml:space="preserve"> - Fayette Pride, Fayette County's inaugural Pride celebration, is scheduled for August 1, 2026, from 12 p.m. to 5 p.m. in downtown Fayetteville. The event includes a vendor market, a parade through downtown, and performances by various artists. Food trucks will be available on-site. After the main event, attendees can enjoy official after-parties at local venues. (</w:t>
      </w:r>
      <w:hyperlink r:id="rId19">
        <w:r>
          <w:rPr>
            <w:color w:val="0000EE"/>
            <w:u w:val="single"/>
          </w:rPr>
          <w:t>ticketscandy.com</w:t>
        </w:r>
      </w:hyperlink>
      <w:r>
        <w:t>)</w:t>
      </w:r>
      <w:r/>
    </w:p>
    <w:p>
      <w:pPr>
        <w:pStyle w:val="ListNumber"/>
        <w:spacing w:line="240" w:lineRule="auto"/>
        <w:ind w:left="720"/>
      </w:pPr>
      <w:r/>
      <w:hyperlink r:id="rId11">
        <w:r>
          <w:rPr>
            <w:color w:val="0000EE"/>
            <w:u w:val="single"/>
          </w:rPr>
          <w:t>https://fayettepride.org/</w:t>
        </w:r>
      </w:hyperlink>
      <w:r>
        <w:t xml:space="preserve"> - Fayette Pride is a volunteer-led organisation dedicated to creating a welcoming, joyful space where everyone can be fully themselves and feel seen, supported, and connected. Their mission is to highlight the history of the LGBTQ+ community and the progress made toward equality, fairness, and acceptance. The inaugural Fayette Pride event is scheduled for August 1, 2026, in downtown Fayetteville. (</w:t>
      </w:r>
      <w:hyperlink r:id="rId20">
        <w:r>
          <w:rPr>
            <w:color w:val="0000EE"/>
            <w:u w:val="single"/>
          </w:rPr>
          <w:t>fayettepride.org</w:t>
        </w:r>
      </w:hyperlink>
      <w:r>
        <w:t>)</w:t>
      </w:r>
      <w:r/>
    </w:p>
    <w:p>
      <w:pPr>
        <w:pStyle w:val="ListNumber"/>
        <w:spacing w:line="240" w:lineRule="auto"/>
        <w:ind w:left="720"/>
      </w:pPr>
      <w:r/>
      <w:hyperlink r:id="rId15">
        <w:r>
          <w:rPr>
            <w:color w:val="0000EE"/>
            <w:u w:val="single"/>
          </w:rPr>
          <w:t>https://metaticket.org/</w:t>
        </w:r>
      </w:hyperlink>
      <w:r>
        <w:t xml:space="preserve"> - MetaTicket is a platform serving the Atlanta metro area, offering information on local events such as food truck festivals, car shows, live music, and more. The platform lists Fayette Pride 2026 as an upcoming community event in Fayetteville, Georgia, scheduled for August 1, 2026. (</w:t>
      </w:r>
      <w:hyperlink r:id="rId21">
        <w:r>
          <w:rPr>
            <w:color w:val="0000EE"/>
            <w:u w:val="single"/>
          </w:rPr>
          <w:t>metaticket.org</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roughdraftatlanta.com/2026/07/29/fayette-pride-is-aug-1/" TargetMode="External"/><Relationship Id="rId10" Type="http://schemas.openxmlformats.org/officeDocument/2006/relationships/hyperlink" Target="https://thecitizen.com/2026/07/13/fayette-pride-ready-to-debut-in-downtown-fayetteville/" TargetMode="External"/><Relationship Id="rId11" Type="http://schemas.openxmlformats.org/officeDocument/2006/relationships/hyperlink" Target="https://fayettepride.org/" TargetMode="External"/><Relationship Id="rId12" Type="http://schemas.openxmlformats.org/officeDocument/2006/relationships/hyperlink" Target="https://www.eventbrite.com/e/fayette-pride-tickets-1993138135818" TargetMode="External"/><Relationship Id="rId13" Type="http://schemas.openxmlformats.org/officeDocument/2006/relationships/hyperlink" Target="https://thecitizen.com/event/fayette-pride/" TargetMode="External"/><Relationship Id="rId14" Type="http://schemas.openxmlformats.org/officeDocument/2006/relationships/hyperlink" Target="https://ticketscandy.com/e/fayette-pride-17334" TargetMode="External"/><Relationship Id="rId15" Type="http://schemas.openxmlformats.org/officeDocument/2006/relationships/hyperlink" Target="https://metaticket.org/" TargetMode="External"/><Relationship Id="rId16" Type="http://schemas.openxmlformats.org/officeDocument/2006/relationships/hyperlink" Target="https://thecitizen.com/2026/07/13/fayette-pride-ready-to-debut-in-downtown-fayetteville/?utm_source=openai" TargetMode="External"/><Relationship Id="rId17" Type="http://schemas.openxmlformats.org/officeDocument/2006/relationships/hyperlink" Target="https://thecitizen.com/event/fayette-pride/?utm_source=openai" TargetMode="External"/><Relationship Id="rId18" Type="http://schemas.openxmlformats.org/officeDocument/2006/relationships/hyperlink" Target="https://www.eventbrite.com/e/fayette-pride-tickets-1993138135818?utm_source=openai" TargetMode="External"/><Relationship Id="rId19" Type="http://schemas.openxmlformats.org/officeDocument/2006/relationships/hyperlink" Target="https://ticketscandy.com/e/fayette-pride-17334?utm_source=openai" TargetMode="External"/><Relationship Id="rId20" Type="http://schemas.openxmlformats.org/officeDocument/2006/relationships/hyperlink" Target="https://fayettepride.org/?utm_source=openai" TargetMode="External"/><Relationship Id="rId21" Type="http://schemas.openxmlformats.org/officeDocument/2006/relationships/hyperlink" Target="https://metaticket.org/?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