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Show World Record: How RuPaul Headlined the Biggest Drag Performance Ever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packed Cowboys Park as RuPaul led 7,423 people to set the Guinness World Record for the largest drag show, a glittering, defiant celebration of queer culture in Calgary that matters beyond the music and sequins.</w:t>
      </w:r>
      <w:r/>
    </w:p>
    <w:p>
      <w:r/>
      <w:r>
        <w:t>Essential Takeaways</w:t>
      </w:r>
      <w:r/>
      <w:r/>
    </w:p>
    <w:p>
      <w:pPr>
        <w:pStyle w:val="ListBullet"/>
        <w:spacing w:line="240" w:lineRule="auto"/>
        <w:ind w:left="720"/>
      </w:pPr>
      <w:r/>
      <w:r>
        <w:rPr>
          <w:b/>
        </w:rPr>
        <w:t>Record set:</w:t>
      </w:r>
      <w:r>
        <w:t xml:space="preserve"> Guinness World Records confirmed 7,423 attendees for the largest drag-artist stage show, led by RuPaul. </w:t>
      </w:r>
      <w:r/>
    </w:p>
    <w:p>
      <w:pPr>
        <w:pStyle w:val="ListBullet"/>
        <w:spacing w:line="240" w:lineRule="auto"/>
        <w:ind w:left="720"/>
      </w:pPr>
      <w:r/>
      <w:r>
        <w:rPr>
          <w:b/>
        </w:rPr>
        <w:t>Big-name lineup:</w:t>
      </w:r>
      <w:r>
        <w:t xml:space="preserve"> Stars from RuPaul’s Drag Race , Sasha Velour, Sasha Colby, Roxxxy Andrews and Coco Montrese , joined local Canadian performers. </w:t>
      </w:r>
      <w:r/>
    </w:p>
    <w:p>
      <w:pPr>
        <w:pStyle w:val="ListBullet"/>
        <w:spacing w:line="240" w:lineRule="auto"/>
        <w:ind w:left="720"/>
      </w:pPr>
      <w:r/>
      <w:r>
        <w:rPr>
          <w:b/>
        </w:rPr>
        <w:t>Festival setting:</w:t>
      </w:r>
      <w:r>
        <w:t xml:space="preserve"> The show took place at the Drag Me to Cowboys slot during the Cowboys Music Festival’s 30th anniversary in Calgary. </w:t>
      </w:r>
      <w:r/>
    </w:p>
    <w:p>
      <w:pPr>
        <w:pStyle w:val="ListBullet"/>
        <w:spacing w:line="240" w:lineRule="auto"/>
        <w:ind w:left="720"/>
      </w:pPr>
      <w:r/>
      <w:r>
        <w:rPr>
          <w:b/>
        </w:rPr>
        <w:t>Vibrant, political:</w:t>
      </w:r>
      <w:r>
        <w:t xml:space="preserve"> Performers and organisers framed the event as both celebration and statement amid contentious Alberta politics. </w:t>
      </w:r>
      <w:r/>
    </w:p>
    <w:p>
      <w:pPr>
        <w:pStyle w:val="ListBullet"/>
        <w:spacing w:line="240" w:lineRule="auto"/>
        <w:ind w:left="720"/>
      </w:pPr>
      <w:r/>
      <w:r>
        <w:rPr>
          <w:b/>
        </w:rPr>
        <w:t>Atmosphere:</w:t>
      </w:r>
      <w:r>
        <w:t xml:space="preserve"> Open-air tent, scorching heat, thumping speakers and crowd-singalongs made the night electric and communal.</w:t>
      </w:r>
      <w:r/>
      <w:r/>
    </w:p>
    <w:p>
      <w:pPr>
        <w:pStyle w:val="Heading2"/>
      </w:pPr>
      <w:r>
        <w:t>A record night with sparkle and heat</w:t>
      </w:r>
      <w:r/>
    </w:p>
    <w:p>
      <w:r/>
      <w:r>
        <w:t>It was blazing hot, the speakers were loud, and the crowd simply wouldn’t stop moving , the sort of sensory overload you expect from a music festival and the sort of communal joy that powers a world record. According to Guinness World Records, the attendance was officially tallied at 7,423 for the largest drag-artist stage show, a number that turned a festival slot into history. Fans sang, danced and cheered as big names sashayed through inventive, theatrical sets.</w:t>
      </w:r>
      <w:r/>
    </w:p>
    <w:p>
      <w:r/>
      <w:r>
        <w:t>The moment mattered because it wasn’t just a headline act; it was a communal affirmation. Organisers told Guinness they hoped the record would help spotlight drag as an art form and expand its global reach, and the sheer scale of the crowd did exactly that.</w:t>
      </w:r>
      <w:r/>
    </w:p>
    <w:p>
      <w:pPr>
        <w:pStyle w:val="Heading2"/>
      </w:pPr>
      <w:r>
        <w:t>Big names, local talent: a real ensemble</w:t>
      </w:r>
      <w:r/>
    </w:p>
    <w:p>
      <w:r/>
      <w:r>
        <w:t>RuPaul wasn’t the only draw. Famous alumni from RuPaul’s Drag Race , including Sasha Velour, Sasha Colby, Roxxxy Andrews and Coco Montrese , performed alongside local Canadian artists, giving the bill both star power and community roots. Sasha Velour’s campy, theatrical turn , emerging from a blue tasseled armchair amid a chorus of fans , was a reminder that drag still thrives on creative spectacle.</w:t>
      </w:r>
      <w:r/>
    </w:p>
    <w:p>
      <w:r/>
      <w:r>
        <w:t>Mixing marquee acts with homegrown performers is smart festival programming: it keeps the show accessible and lets local scenes share the spotlight, while giving international performers a charged, ready-made audience.</w:t>
      </w:r>
      <w:r/>
    </w:p>
    <w:p>
      <w:pPr>
        <w:pStyle w:val="Heading2"/>
      </w:pPr>
      <w:r>
        <w:t>Cowboys Music Festival gave it a platform</w:t>
      </w:r>
      <w:r/>
    </w:p>
    <w:p>
      <w:r/>
      <w:r>
        <w:t>This happened at Cowboys Music Festival, which celebrated its 30th year by programming a special Drag Me to Cowboys performance. The festival has a history of inviting diverse global artists to Cowboys Park, and this year organisers leaned into the anniversary with a record attempt that doubled as a statement.</w:t>
      </w:r>
      <w:r/>
    </w:p>
    <w:p>
      <w:r/>
      <w:r>
        <w:t>Events like this show how mainstream festival stages can normalise queer culture , and how those stages boost visibility for drag as both entertainment and cultural practice.</w:t>
      </w:r>
      <w:r/>
    </w:p>
    <w:p>
      <w:pPr>
        <w:pStyle w:val="Heading2"/>
      </w:pPr>
      <w:r>
        <w:t>Celebration meets activism</w:t>
      </w:r>
      <w:r/>
    </w:p>
    <w:p>
      <w:r/>
      <w:r>
        <w:t>There was an unmistakable political undercurrent. Performers and organisers described the show as a celebration of queerness in Alberta, at a time when provincial policies have tightened around gender identity and education. Farrah Nuff, the Calgary drag queen who hosted the event, pointed out that drag has always been political; a mundane detail , a ride-share driver speeding off after seeing performers in drag , underlined why visibility still matters.</w:t>
      </w:r>
      <w:r/>
    </w:p>
    <w:p>
      <w:r/>
      <w:r>
        <w:t>Community leaders noted that policy changes have affected youth participation and visibility, so a packed, public celebration felt like resistance as much as entertainment.</w:t>
      </w:r>
      <w:r/>
    </w:p>
    <w:p>
      <w:pPr>
        <w:pStyle w:val="Heading2"/>
      </w:pPr>
      <w:r>
        <w:t>Why this record matters , and what to look for next</w:t>
      </w:r>
      <w:r/>
    </w:p>
    <w:p>
      <w:r/>
      <w:r>
        <w:t>A Guinness title is symbolic, but it also opens doors: more attention to drag’s history, more bookings, and more festival slots where queer performance can reach large, mixed audiences. Organisers said they want this to be a title worth fighting for again, expanding size and impact worldwide, so expect rival attempts or bigger stages in future years.</w:t>
      </w:r>
      <w:r/>
    </w:p>
    <w:p>
      <w:r/>
      <w:r>
        <w:t>If you’re heading to a big drag event, pick lightweight, sun-safe outfits, arrive early to avoid long queues, and be ready for high-energy crowd moments. For performers and promoters, blending headline talent with local acts seems a winning formula.</w:t>
      </w:r>
      <w:r/>
    </w:p>
    <w:p>
      <w:r/>
      <w:r>
        <w:t>It's a small change that can make every performance feel bigger, braver and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https://www.out.com/celebs/rupaul-guinness-world-record</w:t>
        </w:r>
      </w:hyperlink>
      <w:r>
        <w:t xml:space="preserve"> - Please view link - unable to able to access data</w:t>
      </w:r>
      <w:r/>
    </w:p>
    <w:p>
      <w:pPr>
        <w:pStyle w:val="ListNumber"/>
        <w:spacing w:line="240" w:lineRule="auto"/>
        <w:ind w:left="720"/>
      </w:pPr>
      <w:r/>
      <w:hyperlink r:id="rId10">
        <w:r>
          <w:rPr>
            <w:color w:val="0000EE"/>
            <w:u w:val="single"/>
          </w:rPr>
          <w:t>https://www.guinnessworldrecords.com/world-records/769426-largest-attendance-at-a-drag-artist-stage-show</w:t>
        </w:r>
      </w:hyperlink>
      <w:r>
        <w:t xml:space="preserve"> - On 11 July 2026, the Cowboys Music Festival in Calgary, Alberta, Canada, set a Guinness World Record for the largest attendance at a drag artist stage show, with 7,423 attendees. RuPaul headlined the event, which was part of the festival's 30th anniversary celebrations. The record-breaking performance featured various drag artists and was officially recognised by Guinness World Records. (</w:t>
      </w:r>
      <w:hyperlink r:id="rId16">
        <w:r>
          <w:rPr>
            <w:color w:val="0000EE"/>
            <w:u w:val="single"/>
          </w:rPr>
          <w:t>guinnessworldrecords.com</w:t>
        </w:r>
      </w:hyperlink>
      <w:r>
        <w:t>)</w:t>
      </w:r>
      <w:r/>
    </w:p>
    <w:p>
      <w:pPr>
        <w:pStyle w:val="ListNumber"/>
        <w:spacing w:line="240" w:lineRule="auto"/>
        <w:ind w:left="720"/>
      </w:pPr>
      <w:r/>
      <w:hyperlink r:id="rId15">
        <w:r>
          <w:rPr>
            <w:color w:val="0000EE"/>
            <w:u w:val="single"/>
          </w:rPr>
          <w:t>https://www.calgarypride.ca/event/drag-me-to-cowboys/</w:t>
        </w:r>
      </w:hyperlink>
      <w:r>
        <w:t xml:space="preserve"> - The 'Drag Me to Cowboys' event, held on 11 July 2026 at Cowboys Park in Calgary, Alberta, was a significant part of the Cowboys Music Festival. The event featured performances by RuPaul, Sasha Velour, Sasha Colby, Roxxxy Andrews, and local Canadian artists. Hosted by Calgary drag queen Farrah Nuff, the event aimed to celebrate queer joy and visibility. (</w:t>
      </w:r>
      <w:hyperlink r:id="rId17">
        <w:r>
          <w:rPr>
            <w:color w:val="0000EE"/>
            <w:u w:val="single"/>
          </w:rPr>
          <w:t>calgarypride.ca</w:t>
        </w:r>
      </w:hyperlink>
      <w:r>
        <w:t>)</w:t>
      </w:r>
      <w:r/>
    </w:p>
    <w:p>
      <w:pPr>
        <w:pStyle w:val="ListNumber"/>
        <w:spacing w:line="240" w:lineRule="auto"/>
        <w:ind w:left="720"/>
      </w:pPr>
      <w:r/>
      <w:hyperlink r:id="rId13">
        <w:r>
          <w:rPr>
            <w:color w:val="0000EE"/>
            <w:u w:val="single"/>
          </w:rPr>
          <w:t>https://www.travelalberta.com/events/drag-me-to-cowboys-live-at-cowboys-music-festival-28204</w:t>
        </w:r>
      </w:hyperlink>
      <w:r>
        <w:t xml:space="preserve"> - The 'Drag Me to Cowboys' event, part of the Cowboys Music Festival in Calgary, Alberta, took place on 11 July 2026. The event featured performances by RuPaul, Sasha Velour, Sasha Colby, Roxxxy Andrews, and local Canadian artists. Hosted by Calgary drag queen Farrah Nuff, the event aimed to celebrate queer joy and visibility. (</w:t>
      </w:r>
      <w:hyperlink r:id="rId18">
        <w:r>
          <w:rPr>
            <w:color w:val="0000EE"/>
            <w:u w:val="single"/>
          </w:rPr>
          <w:t>travelalberta.com</w:t>
        </w:r>
      </w:hyperlink>
      <w:r>
        <w:t>)</w:t>
      </w:r>
      <w:r/>
    </w:p>
    <w:p>
      <w:pPr>
        <w:pStyle w:val="ListNumber"/>
        <w:spacing w:line="240" w:lineRule="auto"/>
        <w:ind w:left="720"/>
      </w:pPr>
      <w:r/>
      <w:hyperlink r:id="rId11">
        <w:r>
          <w:rPr>
            <w:color w:val="0000EE"/>
            <w:u w:val="single"/>
          </w:rPr>
          <w:t>https://curiocity.com/drag-me-to-cowboys-guinness-world-records-calgary/</w:t>
        </w:r>
      </w:hyperlink>
      <w:r>
        <w:t xml:space="preserve"> - The 'Drag Me to Cowboys' event, held on 11 July 2026 at Cowboys Park in Calgary, Alberta, achieved a Guinness World Record for the largest drag show by attendance, with 7,423 attendees. The event featured performances by RuPaul, Sasha Velour, Sasha Colby, Roxxxy Andrews, and local Canadian artists. Hosted by Calgary drag queen Farrah Nuff, the event aimed to celebrate queer joy and visibility. (</w:t>
      </w:r>
      <w:hyperlink r:id="rId19">
        <w:r>
          <w:rPr>
            <w:color w:val="0000EE"/>
            <w:u w:val="single"/>
          </w:rPr>
          <w:t>curiocity.com</w:t>
        </w:r>
      </w:hyperlink>
      <w:r>
        <w:t>)</w:t>
      </w:r>
      <w:r/>
    </w:p>
    <w:p>
      <w:pPr>
        <w:pStyle w:val="ListNumber"/>
        <w:spacing w:line="240" w:lineRule="auto"/>
        <w:ind w:left="720"/>
      </w:pPr>
      <w:r/>
      <w:hyperlink r:id="rId14">
        <w:r>
          <w:rPr>
            <w:color w:val="0000EE"/>
            <w:u w:val="single"/>
          </w:rPr>
          <w:t>https://www.tixr.com/groups/cowboysmusicfestival/events/2026-drag-me-to-cowboys-190287</w:t>
        </w:r>
      </w:hyperlink>
      <w:r>
        <w:t xml:space="preserve"> - The 'Drag Me to Cowboys' event, part of the Cowboys Music Festival in Calgary, Alberta, took place on 11 July 2026. The event featured performances by RuPaul, Sasha Velour, Sasha Colby, Roxxxy Andrews, and local Canadian artists. Hosted by Calgary drag queen Farrah Nuff, the event aimed to celebrate queer joy and visibility. (</w:t>
      </w:r>
      <w:hyperlink r:id="rId20">
        <w:r>
          <w:rPr>
            <w:color w:val="0000EE"/>
            <w:u w:val="single"/>
          </w:rPr>
          <w:t>tixr.com</w:t>
        </w:r>
      </w:hyperlink>
      <w:r>
        <w:t>)</w:t>
      </w:r>
      <w:r/>
    </w:p>
    <w:p>
      <w:pPr>
        <w:pStyle w:val="ListNumber"/>
        <w:spacing w:line="240" w:lineRule="auto"/>
        <w:ind w:left="720"/>
      </w:pPr>
      <w:r/>
      <w:hyperlink r:id="rId12">
        <w:r>
          <w:rPr>
            <w:color w:val="0000EE"/>
            <w:u w:val="single"/>
          </w:rPr>
          <w:t>https://www.guinnessworldrecords.com/world-records/largest-drag-queen-stage-show</w:t>
        </w:r>
      </w:hyperlink>
      <w:r>
        <w:t xml:space="preserve"> - The 'Drag Me to Cowboys' event, held on 11 July 2026 at Cowboys Park in Calgary, Alberta, achieved a Guinness World Record for the largest drag show by attendance, with 7,423 attendees. The event featured performances by RuPaul, Sasha Velour, Sasha Colby, Roxxxy Andrews, and local Canadian artists. Hosted by Calgary drag queen Farrah Nuff, the event aimed to celebrate queer joy and visibility. (</w:t>
      </w:r>
      <w:hyperlink r:id="rId16">
        <w:r>
          <w:rPr>
            <w:color w:val="0000EE"/>
            <w:u w:val="single"/>
          </w:rPr>
          <w:t>guinnessworldrecords.com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rupaul-guinness-world-record" TargetMode="External"/><Relationship Id="rId10" Type="http://schemas.openxmlformats.org/officeDocument/2006/relationships/hyperlink" Target="https://www.guinnessworldrecords.com/world-records/769426-largest-attendance-at-a-drag-artist-stage-show" TargetMode="External"/><Relationship Id="rId11" Type="http://schemas.openxmlformats.org/officeDocument/2006/relationships/hyperlink" Target="https://curiocity.com/drag-me-to-cowboys-guinness-world-records-calgary/" TargetMode="External"/><Relationship Id="rId12" Type="http://schemas.openxmlformats.org/officeDocument/2006/relationships/hyperlink" Target="https://www.guinnessworldrecords.com/world-records/largest-drag-queen-stage-show" TargetMode="External"/><Relationship Id="rId13" Type="http://schemas.openxmlformats.org/officeDocument/2006/relationships/hyperlink" Target="https://www.travelalberta.com/events/drag-me-to-cowboys-live-at-cowboys-music-festival-28204" TargetMode="External"/><Relationship Id="rId14" Type="http://schemas.openxmlformats.org/officeDocument/2006/relationships/hyperlink" Target="https://www.tixr.com/groups/cowboysmusicfestival/events/2026-drag-me-to-cowboys-190287" TargetMode="External"/><Relationship Id="rId15" Type="http://schemas.openxmlformats.org/officeDocument/2006/relationships/hyperlink" Target="https://www.calgarypride.ca/event/drag-me-to-cowboys/" TargetMode="External"/><Relationship Id="rId16" Type="http://schemas.openxmlformats.org/officeDocument/2006/relationships/hyperlink" Target="https://www.guinnessworldrecords.com/world-records/769426-largest-attendance-at-a-drag-artist-stage-show?utm_source=openai" TargetMode="External"/><Relationship Id="rId17" Type="http://schemas.openxmlformats.org/officeDocument/2006/relationships/hyperlink" Target="https://calgarypride.ca/event/drag-me-to-cowboys/?utm_source=openai" TargetMode="External"/><Relationship Id="rId18" Type="http://schemas.openxmlformats.org/officeDocument/2006/relationships/hyperlink" Target="https://www.travelalberta.com/events/drag-me-to-cowboys-live-at-cowboys-music-festival-28204?utm_source=openai" TargetMode="External"/><Relationship Id="rId19" Type="http://schemas.openxmlformats.org/officeDocument/2006/relationships/hyperlink" Target="https://curiocity.com/drag-me-to-cowboys-guinness-world-records-calgary/?utm_source=openai" TargetMode="External"/><Relationship Id="rId20" Type="http://schemas.openxmlformats.org/officeDocument/2006/relationships/hyperlink" Target="https://www.tixr.com/groups/cowboysmusicfestival/events/2026-drag-me-to-cowboys-190287?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