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Chest Binders 2026: How to Find Safe, Comfortable Binders That Actually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binders matter, which styles suit different bodies, and where to buy the best chest binders 2026, practical tips for safety, fit, and daily comfort whether you’re buying in the UK, France, Canada or the US.</w:t>
      </w:r>
      <w:r/>
    </w:p>
    <w:p>
      <w:r/>
      <w:r>
        <w:t>Essential Takeaways</w:t>
      </w:r>
      <w:r/>
      <w:r/>
    </w:p>
    <w:p>
      <w:pPr>
        <w:pStyle w:val="ListBullet"/>
        <w:spacing w:line="240" w:lineRule="auto"/>
        <w:ind w:left="720"/>
      </w:pPr>
      <w:r/>
      <w:r>
        <w:rPr>
          <w:b/>
        </w:rPr>
        <w:t>Safety first:</w:t>
      </w:r>
      <w:r>
        <w:t xml:space="preserve"> Limit daily wear to around eight hours and never sleep in a binder; choose breathable fabrics and proper sizing to avoid pain or restricted breathing. </w:t>
      </w:r>
      <w:r/>
    </w:p>
    <w:p>
      <w:pPr>
        <w:pStyle w:val="ListBullet"/>
        <w:spacing w:line="240" w:lineRule="auto"/>
        <w:ind w:left="720"/>
      </w:pPr>
      <w:r/>
      <w:r>
        <w:rPr>
          <w:b/>
        </w:rPr>
        <w:t>Fit matters:</w:t>
      </w:r>
      <w:r>
        <w:t xml:space="preserve"> Racerback and short styles often give stronger, more stable compression; full-panel or extended-coverage designs work better for larger chests. </w:t>
      </w:r>
      <w:r/>
    </w:p>
    <w:p>
      <w:pPr>
        <w:pStyle w:val="ListBullet"/>
        <w:spacing w:line="240" w:lineRule="auto"/>
        <w:ind w:left="720"/>
      </w:pPr>
      <w:r/>
      <w:r>
        <w:rPr>
          <w:b/>
        </w:rPr>
        <w:t>Fabric and care:</w:t>
      </w:r>
      <w:r>
        <w:t xml:space="preserve"> Lycra-spandex blends keep shape; hand wash cold and air dry to preserve compression and avoid heat damage. </w:t>
      </w:r>
      <w:r/>
    </w:p>
    <w:p>
      <w:pPr>
        <w:pStyle w:val="ListBullet"/>
        <w:spacing w:line="240" w:lineRule="auto"/>
        <w:ind w:left="720"/>
      </w:pPr>
      <w:r/>
      <w:r>
        <w:rPr>
          <w:b/>
        </w:rPr>
        <w:t>Style choices:</w:t>
      </w:r>
      <w:r>
        <w:t xml:space="preserve"> Zip-fronts and racerbacks are easier on mobility, while sensory-friendly, tagless options reduce irritation for sensitive skin. </w:t>
      </w:r>
      <w:r/>
    </w:p>
    <w:p>
      <w:pPr>
        <w:pStyle w:val="ListBullet"/>
        <w:spacing w:line="240" w:lineRule="auto"/>
        <w:ind w:left="720"/>
      </w:pPr>
      <w:r/>
      <w:r>
        <w:rPr>
          <w:b/>
        </w:rPr>
        <w:t>Buy smart:</w:t>
      </w:r>
      <w:r>
        <w:t xml:space="preserve"> Use reputable sellers for accurate sizing guidance, rotate binders to extend life, and consider international-friendly brands if shipping is an issue.</w:t>
      </w:r>
      <w:r/>
      <w:r/>
    </w:p>
    <w:p>
      <w:pPr>
        <w:pStyle w:val="Heading2"/>
      </w:pPr>
      <w:r>
        <w:t>Why binders make a real difference , and what to feel for</w:t>
      </w:r>
      <w:r/>
    </w:p>
    <w:p>
      <w:r/>
      <w:r>
        <w:t>Binding isn’t just about flattening; it’s about changing how you move through the world, and that emotional lift shows up as cleaner posture and less wardrobe anxiety. Medical coverage in outlets like Medical News Today and WebMD underline that safe binding balances firm compression with breathing ability, so you should feel secure, not constricted. Try a short wear-test at home: walk, bend, and take deep breaths; if you can’t do those naturally, the fit’s wrong. And yes, the fabric’s feel matters, soft, smooth linings reduce chafing and make a big day of wear possible.</w:t>
      </w:r>
      <w:r/>
    </w:p>
    <w:p>
      <w:pPr>
        <w:pStyle w:val="Heading2"/>
      </w:pPr>
      <w:r>
        <w:t>Picking the right style for your life , gym, work or everyday</w:t>
      </w:r>
      <w:r/>
    </w:p>
    <w:p>
      <w:r/>
      <w:r>
        <w:t>Different cuts solve different problems. Racerback and gym-specific binders tend to widen armholes and keep tissue steady during exercise, while full-length or extended-panel designs offer spill protection and lower back support for larger chests. Zip-front binders are a godsend if you’ve ever wrestled with a tight pull-on garment, and half-length binders are cooler in summer. Think practical: if you stand and move all day, pick breathable blends and a cut that won’t ride up; if you need something for photos or one-off events, an extreme compression model used briefly can be fine.</w:t>
      </w:r>
      <w:r/>
    </w:p>
    <w:p>
      <w:pPr>
        <w:pStyle w:val="Heading2"/>
      </w:pPr>
      <w:r>
        <w:t>Sizing and safety , avoid the common mistakes</w:t>
      </w:r>
      <w:r/>
    </w:p>
    <w:p>
      <w:r/>
      <w:r>
        <w:t>Sizing isn’t a one-number guess. Reputable guides and fit pages from specialist retailers explain that you should measure chest circumference and compare that to each brand’s chart rather than simply picking the size you wear in tops. Too tight and you risk restricted breathing, rib pain or skin damage; too loose and it won’t do the job. For larger chests, look for brands that offer proportionally cut sizes rather than just stretching a single pattern to XXL. And remember the core rules: cap daily wear, never sleep in a binder, and stop if you feel numbness, tingling or persistent pain.</w:t>
      </w:r>
      <w:r/>
    </w:p>
    <w:p>
      <w:pPr>
        <w:pStyle w:val="Heading2"/>
      </w:pPr>
      <w:r>
        <w:t>Materials, care and how to make binders last</w:t>
      </w:r>
      <w:r/>
    </w:p>
    <w:p>
      <w:r/>
      <w:r>
        <w:t>Most quality binders use a Lycra-spandex mix so they flatten without going baggy after a few washes. Cotton-lined or softer interior options help with sweat and skin sensitivity. To keep that compression, hand wash in cold water, skip the tumble dryer and lay flat to dry, heat is a binder’s enemy. Rotating two or three binders extends their life and gives your skin a break, and a simple 3-pack can be more economical than repeated single purchases. If you sweat a lot or live somewhere humid, prioritise moisture-wicking fabrics.</w:t>
      </w:r>
      <w:r/>
    </w:p>
    <w:p>
      <w:pPr>
        <w:pStyle w:val="Heading2"/>
      </w:pPr>
      <w:r>
        <w:t>Where to buy , from Amazon speed to specialist international sellers</w:t>
      </w:r>
      <w:r/>
    </w:p>
    <w:p>
      <w:r/>
      <w:r>
        <w:t>Fast delivery is handy: Amazon’s zip-fronts and sensory-friendly brands get in fast and suit first-time binders or teens trying things out. But for accurate fit advice, broader size ranges, and safer materials, specialist shops and LGBTQ+ retailers are usually a better bet. International shoppers in Europe often turn to brands that ship without long customs waits; some sellers even offer demo kits so you can test fabric and feel before committing. Community centres and local exchange programmes are also worth checking if cost or anonymity is a concern.</w:t>
      </w:r>
      <w:r/>
    </w:p>
    <w:p>
      <w:pPr>
        <w:pStyle w:val="Heading2"/>
      </w:pPr>
      <w:r>
        <w:t>Special considerations: teens, sensory needs and large chests</w:t>
      </w:r>
      <w:r/>
    </w:p>
    <w:p>
      <w:r/>
      <w:r>
        <w:t>Teen bodies need more caution: developing ribcages are sensitive to compression, so shorter wear times, softer fabrics, and medical advice are sensible steps. Sensory-friendly binders with tagless designs and flat seams , like some Amazon picks , reduce itching and help neurodivergent wearers stay comfortable. For large chests, extended-coverage, full-panel designs redistribute tissue more evenly; avoid simple stretched-up smaller sizes, and look for brands that cut proportionally into larger sizes.</w:t>
      </w:r>
      <w:r/>
    </w:p>
    <w:p>
      <w:r/>
      <w:r>
        <w:t>It's a small change that can make every day feel more like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https://translgbtq.com/12-best-chest-binders-2026-safe-comfortable/</w:t>
        </w:r>
      </w:hyperlink>
      <w:r>
        <w:t xml:space="preserve"> - Please view link - unable to able to access data</w:t>
      </w:r>
      <w:r/>
    </w:p>
    <w:p>
      <w:pPr>
        <w:pStyle w:val="ListNumber"/>
        <w:spacing w:line="240" w:lineRule="auto"/>
        <w:ind w:left="720"/>
      </w:pPr>
      <w:r/>
      <w:hyperlink r:id="rId10">
        <w:r>
          <w:rPr>
            <w:color w:val="0000EE"/>
            <w:u w:val="single"/>
          </w:rPr>
          <w:t>https://www.medicalnewstoday.com/articles/breast-binding</w:t>
        </w:r>
      </w:hyperlink>
      <w:r>
        <w:t xml:space="preserve"> - This article provides an overview of chest binding, discussing its purpose, methods, and safety considerations. It emphasizes the importance of using well-fitting binders to prevent health issues such as skin irritation, restricted breathing, and rib fractures. The piece also highlights the significance of proper sizing and the risks associated with binding, including potential complications for individuals with underlying health conditions. Recommendations for safe binding practices and the importance of consulting healthcare professionals are also covered.</w:t>
      </w:r>
      <w:r/>
    </w:p>
    <w:p>
      <w:pPr>
        <w:pStyle w:val="ListNumber"/>
        <w:spacing w:line="240" w:lineRule="auto"/>
        <w:ind w:left="720"/>
      </w:pPr>
      <w:r/>
      <w:hyperlink r:id="rId11">
        <w:r>
          <w:rPr>
            <w:color w:val="0000EE"/>
            <w:u w:val="single"/>
          </w:rPr>
          <w:t>https://www.webmd.com/a-to-z-guides/what-is-chest-binding</w:t>
        </w:r>
      </w:hyperlink>
      <w:r>
        <w:t xml:space="preserve"> - WebMD's guide on chest binding explains the practice of compressing chest tissue to achieve a flatter appearance, commonly used by transgender and gender nonbinary individuals. It outlines various binding methods, including the use of fabric binders and binding tape, and discusses the importance of proper sizing to avoid complications like skin irritation and restricted breathing. The article also addresses safety tips, such as avoiding binding with bandages or duct tape, and advises consulting a doctor before engaging in binding practices.</w:t>
      </w:r>
      <w:r/>
    </w:p>
    <w:p>
      <w:pPr>
        <w:pStyle w:val="ListNumber"/>
        <w:spacing w:line="240" w:lineRule="auto"/>
        <w:ind w:left="720"/>
      </w:pPr>
      <w:r/>
      <w:hyperlink r:id="rId14">
        <w:r>
          <w:rPr>
            <w:color w:val="0000EE"/>
            <w:u w:val="single"/>
          </w:rPr>
          <w:t>https://www.chestbinder.co/products/binder-for-large-chest</w:t>
        </w:r>
      </w:hyperlink>
      <w:r>
        <w:t xml:space="preserve"> - Chest Binder Co offers a plus-size chest binder designed for individuals with larger chests. The product features a zip-up design for easy wear, maximum comfort, and compression. Made from moisture-wicking fabric, it aims to keep users cool and provides discreetness under clothing. The binder is available in sizes ranging from Small to 6X-Large, with a detailed size chart to assist customers in selecting the appropriate fit.</w:t>
      </w:r>
      <w:r/>
    </w:p>
    <w:p>
      <w:pPr>
        <w:pStyle w:val="ListNumber"/>
        <w:spacing w:line="240" w:lineRule="auto"/>
        <w:ind w:left="720"/>
      </w:pPr>
      <w:r/>
      <w:hyperlink r:id="rId15">
        <w:r>
          <w:rPr>
            <w:color w:val="0000EE"/>
            <w:u w:val="single"/>
          </w:rPr>
          <w:t>https://www.wonababi.com/products/chest-binder-05b</w:t>
        </w:r>
      </w:hyperlink>
      <w:r>
        <w:t xml:space="preserve"> - Wonababi's Ultra Flat Zipper Binder (Model 05) is designed to provide strong compression while maintaining comfort. The binder features a central zipper for convenience and is made from a blend of 80% Nylon and 20% Spandex. It aims to distribute tissue evenly, creating a flat appearance without restricting the ribs. The product is available in sizes XS to 6XL, catering to a wide range of body types.</w:t>
      </w:r>
      <w:r/>
    </w:p>
    <w:p>
      <w:pPr>
        <w:pStyle w:val="ListNumber"/>
        <w:spacing w:line="240" w:lineRule="auto"/>
        <w:ind w:left="720"/>
      </w:pPr>
      <w:r/>
      <w:hyperlink r:id="rId12">
        <w:r>
          <w:rPr>
            <w:color w:val="0000EE"/>
            <w:u w:val="single"/>
          </w:rPr>
          <w:t>https://www.allure.com/story/chest-binding-guide-recommendations-tips</w:t>
        </w:r>
      </w:hyperlink>
      <w:r>
        <w:t xml:space="preserve"> - Allure's guide on chest binding offers insights into the practice, including its psychological benefits and potential physical discomforts. The article emphasizes the importance of using garments specifically designed for binding to avoid complications such as restricted breathing and muscle strains. It also discusses the significance of proper sizing and the risks associated with DIY binding methods, recommending consulting healthcare professionals before engaging in binding practices.</w:t>
      </w:r>
      <w:r/>
    </w:p>
    <w:p>
      <w:pPr>
        <w:pStyle w:val="ListNumber"/>
        <w:spacing w:line="240" w:lineRule="auto"/>
        <w:ind w:left="720"/>
      </w:pPr>
      <w:r/>
      <w:hyperlink r:id="rId13">
        <w:r>
          <w:rPr>
            <w:color w:val="0000EE"/>
            <w:u w:val="single"/>
          </w:rPr>
          <w:t>https://www.chestbinder.com.au/pages/fit-safety-guide</w:t>
        </w:r>
      </w:hyperlink>
      <w:r>
        <w:t xml:space="preserve"> - BQ Chest Binder's Fit and Safety Guide provides comprehensive instructions on how to bind safely. It outlines essential rules, such as not wearing a binder for more than 8 hours a day, avoiding sleeping in a binder, and ensuring the binder is not too tight. The guide also advises against binding with bandages, duct tape, or layered sports bras, and emphasizes the importance of listening to one's body and seeking medical advice if experiencing discomfort or pain while binding.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nslgbtq.com/12-best-chest-binders-2026-safe-comfortable/" TargetMode="External"/><Relationship Id="rId10" Type="http://schemas.openxmlformats.org/officeDocument/2006/relationships/hyperlink" Target="https://www.medicalnewstoday.com/articles/breast-binding" TargetMode="External"/><Relationship Id="rId11" Type="http://schemas.openxmlformats.org/officeDocument/2006/relationships/hyperlink" Target="https://www.webmd.com/a-to-z-guides/what-is-chest-binding" TargetMode="External"/><Relationship Id="rId12" Type="http://schemas.openxmlformats.org/officeDocument/2006/relationships/hyperlink" Target="https://www.allure.com/story/chest-binding-guide-recommendations-tips" TargetMode="External"/><Relationship Id="rId13" Type="http://schemas.openxmlformats.org/officeDocument/2006/relationships/hyperlink" Target="https://www.chestbinder.com.au/pages/fit-safety-guide" TargetMode="External"/><Relationship Id="rId14" Type="http://schemas.openxmlformats.org/officeDocument/2006/relationships/hyperlink" Target="https://www.chestbinder.co/products/binder-for-large-chest" TargetMode="External"/><Relationship Id="rId15" Type="http://schemas.openxmlformats.org/officeDocument/2006/relationships/hyperlink" Target="https://www.wonababi.com/products/chest-binder-05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