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Celebrity Nights Out: Katie Price Parties in Newcastle After Pride Set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revellers watched as Katie Price lit up Newcastle’s Pride weekend, performing on the Scotswood Showbar stage and then heading straight to Livello to party into the early hours , a glossy, feel‑good moment that underscored why celebrity appearances still matter for local nightlife and Pride celebrations.</w:t>
      </w:r>
      <w:r/>
    </w:p>
    <w:p>
      <w:r/>
      <w:r>
        <w:t>Essential Takeaways</w:t>
      </w:r>
      <w:r/>
      <w:r/>
    </w:p>
    <w:p>
      <w:pPr>
        <w:pStyle w:val="ListBullet"/>
        <w:spacing w:line="240" w:lineRule="auto"/>
        <w:ind w:left="720"/>
      </w:pPr>
      <w:r/>
      <w:r>
        <w:rPr>
          <w:b/>
        </w:rPr>
        <w:t>Headline act:</w:t>
      </w:r>
      <w:r>
        <w:t xml:space="preserve"> Katie Price performed at Scotswood Showbar’s outdoor Pride stage, singing covers and her own material. </w:t>
      </w:r>
      <w:r/>
    </w:p>
    <w:p>
      <w:pPr>
        <w:pStyle w:val="ListBullet"/>
        <w:spacing w:line="240" w:lineRule="auto"/>
        <w:ind w:left="720"/>
      </w:pPr>
      <w:r/>
      <w:r>
        <w:rPr>
          <w:b/>
        </w:rPr>
        <w:t>Straight from stage to club:</w:t>
      </w:r>
      <w:r>
        <w:t xml:space="preserve"> She moved from the Pride arena to Livello on the Quayside, a spot known for celebrity sightings and lively nights. </w:t>
      </w:r>
      <w:r/>
    </w:p>
    <w:p>
      <w:pPr>
        <w:pStyle w:val="ListBullet"/>
        <w:spacing w:line="240" w:lineRule="auto"/>
        <w:ind w:left="720"/>
      </w:pPr>
      <w:r/>
      <w:r>
        <w:rPr>
          <w:b/>
        </w:rPr>
        <w:t>Festive atmosphere:</w:t>
      </w:r>
      <w:r>
        <w:t xml:space="preserve"> Newcastle Pride drew big crowds all weekend, from the Pride 5k and march to arena performers and a candlelit vigil. </w:t>
      </w:r>
      <w:r/>
    </w:p>
    <w:p>
      <w:pPr>
        <w:pStyle w:val="ListBullet"/>
        <w:spacing w:line="240" w:lineRule="auto"/>
        <w:ind w:left="720"/>
      </w:pPr>
      <w:r/>
      <w:r>
        <w:rPr>
          <w:b/>
        </w:rPr>
        <w:t>Local buzz:</w:t>
      </w:r>
      <w:r>
        <w:t xml:space="preserve"> The appearance added sparkle to an event also featuring Drag Race stars and regional musicians, and kept nightlife busy. </w:t>
      </w:r>
      <w:r/>
      <w:r/>
    </w:p>
    <w:p>
      <w:pPr>
        <w:pStyle w:val="Heading2"/>
      </w:pPr>
      <w:r>
        <w:t>Katie Price’s set gave the crowd a singalong moment</w:t>
      </w:r>
      <w:r/>
    </w:p>
    <w:p>
      <w:r/>
      <w:r>
        <w:t>Katie Price’s short set at Scotswood Showbar included an 80s cover alongside her own single, and it landed with the kind of camp, tongue‑in‑cheek energy Pride crowds love. The sound was upbeat, the sun was out, and you could almost hear the cheers over the speakers. According to local listings and post‑event roundups, she shared the bill with drag artists and regional singers, which helped keep the day varied and inclusive.</w:t>
      </w:r>
      <w:r/>
    </w:p>
    <w:p>
      <w:r/>
      <w:r>
        <w:t>Behind the glitter there’s a familiar tabloid narrative , she’s been in the headlines this year , but for many attendees the performance was simply part of a bigger party. If you’re picking a live Pride slot next year, go for acts that mix nostalgia with crowd participation; they tend to land best in outdoor, festival‑style settings.</w:t>
      </w:r>
      <w:r/>
    </w:p>
    <w:p>
      <w:pPr>
        <w:pStyle w:val="Heading2"/>
      </w:pPr>
      <w:r>
        <w:t>From stage to Livello: why celebrity clubbing still makes headlines</w:t>
      </w:r>
      <w:r/>
    </w:p>
    <w:p>
      <w:r/>
      <w:r>
        <w:t>After finishing her set, Katie didn’t call it a night; she headed to Livello near the Quayside, a club with a reputation for starry clients. Places like Livello and its neighbour Above have been Newcastle go‑tos for famous faces over the last decade, and that celebrity cachet keeps them on tabloids’ radars and door staff on their toes.</w:t>
      </w:r>
      <w:r/>
    </w:p>
    <w:p>
      <w:r/>
      <w:r>
        <w:t>If you want to spot someone famous, late weekend Pride nights are prime: big crowds, buzzy DJs and venues that roll out the VIP carpet. For clubbers, it’s worth arriving earlier if you want to snap a selfie or simply soak up the atmosphere before venues peak.</w:t>
      </w:r>
      <w:r/>
    </w:p>
    <w:p>
      <w:pPr>
        <w:pStyle w:val="Heading2"/>
      </w:pPr>
      <w:r>
        <w:t>Newcastle Pride weekend: a packed programme and poignant moments</w:t>
      </w:r>
      <w:r/>
    </w:p>
    <w:p>
      <w:r/>
      <w:r>
        <w:t>Newcastle’s Pride weekend combined fun and seriousness in equal measure. Events ranged from the Pride 5k , started by a well‑known local figure , through to the march and arena performances in Times Square. The festival wrapped with a candlelit vigil, a sober reminder of safety and solidarity after tragic events elsewhere in Europe.</w:t>
      </w:r>
      <w:r/>
    </w:p>
    <w:p>
      <w:r/>
      <w:r>
        <w:t>Organisers and performers balanced celebration with respect, and that’s increasingly how Pride weekends read to locals: part party, part political, and part community ritual. For families and first‑time attendees, check programme guides ahead of time to pick events that suit a quieter or more high‑energy experience.</w:t>
      </w:r>
      <w:r/>
    </w:p>
    <w:p>
      <w:pPr>
        <w:pStyle w:val="Heading2"/>
      </w:pPr>
      <w:r>
        <w:t>What this means for Newcastle nightlife and local businesses</w:t>
      </w:r>
      <w:r/>
    </w:p>
    <w:p>
      <w:r/>
      <w:r>
        <w:t>A celebrity turn like Katie Price’s is more than tabloid fodder; it brings footfall to clubs, boosts bookings and creates shared moments that local businesses can trade on. Restaurants, taxis and late‑night venues all benefit from the ripple effect of a high‑profile appearance during an already busy weekend.</w:t>
      </w:r>
      <w:r/>
    </w:p>
    <w:p>
      <w:r/>
      <w:r>
        <w:t>If you’re a venue owner, plan Pride partnerships in advance and promote any headline names early. For revellers, pre‑book tables or expect queues: the best nights are the busiest nights, and that’s part of the charm.</w:t>
      </w:r>
      <w:r/>
    </w:p>
    <w:p>
      <w:pPr>
        <w:pStyle w:val="Heading2"/>
      </w:pPr>
      <w:r>
        <w:t>How to enjoy Pride nights without the overwhelm</w:t>
      </w:r>
      <w:r/>
    </w:p>
    <w:p>
      <w:r/>
      <w:r>
        <w:t>Pride weekends are joyful but can be crowded and loud, so think ahead. Wear comfortable shoes, agree a meeting point with your group, and charge your phone before you head out. If you prefer a quieter experience, daytime parades and community stalls often offer a gentler pace than late‑night club nights.</w:t>
      </w:r>
      <w:r/>
    </w:p>
    <w:p>
      <w:r/>
      <w:r>
        <w:t>And remember: whether you’re there for the music, the atmosphere or a glimpse of a celebrity, the core of Pride is community. Celebrate with respect, and you’ll leave with great memories.</w:t>
      </w:r>
      <w:r/>
    </w:p>
    <w:p>
      <w:r/>
      <w:r>
        <w:t>It's a small change that can make every Pride night more fun and a lot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[5]</w:t>
        </w:r>
      </w:hyperlink>
      <w:r>
        <w:t xml:space="preserve">- Paragraph 3: </w:t>
      </w:r>
      <w:hyperlink r:id="rId9">
        <w:r>
          <w:rPr>
            <w:color w:val="0000EE"/>
            <w:u w:val="single"/>
          </w:rPr>
          <w:t>[1]</w:t>
        </w:r>
      </w:hyperlink>
      <w:r>
        <w:t xml:space="preserve">, </w:t>
      </w:r>
      <w:hyperlink r:id="rId13">
        <w:r>
          <w:rPr>
            <w:color w:val="0000EE"/>
            <w:u w:val="single"/>
          </w:rPr>
          <w:t>[6]</w:t>
        </w:r>
      </w:hyperlink>
      <w:r>
        <w:t xml:space="preserve">- Paragraph 4: </w:t>
      </w:r>
      <w:hyperlink r:id="rId10">
        <w:r>
          <w:rPr>
            <w:color w:val="0000EE"/>
            <w:u w:val="single"/>
          </w:rPr>
          <w:t>[2]</w:t>
        </w:r>
      </w:hyperlink>
      <w:r>
        <w:t xml:space="preserve">, </w:t>
      </w:r>
      <w:hyperlink r:id="rId14">
        <w:r>
          <w:rPr>
            <w:color w:val="0000EE"/>
            <w:u w:val="single"/>
          </w:rPr>
          <w:t>[4]</w:t>
        </w:r>
      </w:hyperlink>
      <w:r>
        <w:t xml:space="preserve">- Paragraph 5: </w:t>
      </w:r>
      <w:hyperlink r:id="rId9">
        <w:r>
          <w:rPr>
            <w:color w:val="0000EE"/>
            <w:u w:val="single"/>
          </w:rPr>
          <w:t>[1]</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https://www.chroniclelive.co.uk/whats-on/music-nightlife-news/katie-prices-parties-until-early-34364127</w:t>
        </w:r>
      </w:hyperlink>
      <w:r>
        <w:t xml:space="preserve"> - Please view link - unable to able to access data</w:t>
      </w:r>
      <w:r/>
    </w:p>
    <w:p>
      <w:pPr>
        <w:pStyle w:val="ListNumber"/>
        <w:spacing w:line="240" w:lineRule="auto"/>
        <w:ind w:left="720"/>
      </w:pPr>
      <w:r/>
      <w:hyperlink r:id="rId10">
        <w:r>
          <w:rPr>
            <w:color w:val="0000EE"/>
            <w:u w:val="single"/>
          </w:rPr>
          <w:t>https://newcastlemagazine.com/katie-price-leads-star-studded-line-up-as-scotswood-showbar-launches-new-pride-festival/</w:t>
        </w:r>
      </w:hyperlink>
      <w:r>
        <w:t xml:space="preserve"> - Scotswood Showbar in Newcastle is set to host its inaugural outdoor Pride festival on 25-26 July 2026. The event will feature a large outdoor stage, professional sound and lighting, outdoor bars, food vendors, and a full programme of live entertainment. The line-up includes television personality Katie Price, RuPaul’s Drag Race UK finalist Catrin Feelings, and internationally recognised drag entertainer CeCe D’Vyne. The festival aims to offer an inclusive and high-energy Pride experience in the heart of Newcastle. (</w:t>
      </w:r>
      <w:hyperlink r:id="rId16">
        <w:r>
          <w:rPr>
            <w:color w:val="0000EE"/>
            <w:u w:val="single"/>
          </w:rPr>
          <w:t>newcastlemagazine.com</w:t>
        </w:r>
      </w:hyperlink>
      <w:r>
        <w:t>)</w:t>
      </w:r>
      <w:r/>
    </w:p>
    <w:p>
      <w:pPr>
        <w:pStyle w:val="ListNumber"/>
        <w:spacing w:line="240" w:lineRule="auto"/>
        <w:ind w:left="720"/>
      </w:pPr>
      <w:r/>
      <w:hyperlink r:id="rId11">
        <w:r>
          <w:rPr>
            <w:color w:val="0000EE"/>
            <w:u w:val="single"/>
          </w:rPr>
          <w:t>https://www.newcastledaily.co.uk/articles/newcastle-pride-welcomes-katie-price-this-weekend/</w:t>
        </w:r>
      </w:hyperlink>
      <w:r>
        <w:t xml:space="preserve"> - Katie Price is set to perform at Scotswood Show Bar in Newcastle on Saturday evening as part of the city's Pride celebrations. Her appearance is expected to attract fans from across the region, adding to the city's growing reputation as a leading destination for major cultural events. The performance is scheduled to begin at approximately 9pm at the outdoor Showbiz Stadium, located outside Scotswood Show Bar. (</w:t>
      </w:r>
      <w:hyperlink r:id="rId17">
        <w:r>
          <w:rPr>
            <w:color w:val="0000EE"/>
            <w:u w:val="single"/>
          </w:rPr>
          <w:t>newcastledaily.co.uk</w:t>
        </w:r>
      </w:hyperlink>
      <w:r>
        <w:t>)</w:t>
      </w:r>
      <w:r/>
    </w:p>
    <w:p>
      <w:pPr>
        <w:pStyle w:val="ListNumber"/>
        <w:spacing w:line="240" w:lineRule="auto"/>
        <w:ind w:left="720"/>
      </w:pPr>
      <w:r/>
      <w:hyperlink r:id="rId14">
        <w:r>
          <w:rPr>
            <w:color w:val="0000EE"/>
            <w:u w:val="single"/>
          </w:rPr>
          <w:t>https://www.itv.com/news/tyne-tees/2023-07-21/jade-thirlwell-celebrates-northern-pride-with-x-factor-and-drag-race-stars</w:t>
        </w:r>
      </w:hyperlink>
      <w:r>
        <w:t xml:space="preserve"> - Little Mix’s Jade Thirlwall is hosting a star-studded Pride event at her bar in South Shields. The event will feature RuPaul's Drag Race UK stars Tia Kofu and Black Peppa, X-Factor winner Joe McElderry, and DJ Mr Theo. The free-entry event aims to support charities like Stonewall and local LGBTQ+ organisations. (</w:t>
      </w:r>
      <w:hyperlink r:id="rId18">
        <w:r>
          <w:rPr>
            <w:color w:val="0000EE"/>
            <w:u w:val="single"/>
          </w:rPr>
          <w:t>itv.com</w:t>
        </w:r>
      </w:hyperlink>
      <w:r>
        <w:t>)</w:t>
      </w:r>
      <w:r/>
    </w:p>
    <w:p>
      <w:pPr>
        <w:pStyle w:val="ListNumber"/>
        <w:spacing w:line="240" w:lineRule="auto"/>
        <w:ind w:left="720"/>
      </w:pPr>
      <w:r/>
      <w:hyperlink r:id="rId12">
        <w:r>
          <w:rPr>
            <w:color w:val="0000EE"/>
            <w:u w:val="single"/>
          </w:rPr>
          <w:t>https://innewcastle.co.uk/dance-music-classic-to-star-at-northern-pride/</w:t>
        </w:r>
      </w:hyperlink>
      <w:r>
        <w:t xml:space="preserve"> - World-renowned DJs are set to make this year’s Northern Pride an event to remember. Organisers have unveiled the first major event on the entertainment line-up: Ministry of Sound does Pride, which will close the Saturday night with a sizzling 90-minute set, bringing a taste of Ibiza to the city. Smokin Jo, the only female to ever be given the number one DJ in the world award, will be among the performers. (</w:t>
      </w:r>
      <w:hyperlink r:id="rId19">
        <w:r>
          <w:rPr>
            <w:color w:val="0000EE"/>
            <w:u w:val="single"/>
          </w:rPr>
          <w:t>innewcastle.co.uk</w:t>
        </w:r>
      </w:hyperlink>
      <w:r>
        <w:t>)</w:t>
      </w:r>
      <w:r/>
    </w:p>
    <w:p>
      <w:pPr>
        <w:pStyle w:val="ListNumber"/>
        <w:spacing w:line="240" w:lineRule="auto"/>
        <w:ind w:left="720"/>
      </w:pPr>
      <w:r/>
      <w:hyperlink r:id="rId13">
        <w:r>
          <w:rPr>
            <w:color w:val="0000EE"/>
            <w:u w:val="single"/>
          </w:rPr>
          <w:t>https://www.itv.com/news/tyne-tees/2023-07-21/northern-pride-performers-weather-forecast-and-how-to-get-tickets-for-newcastle-event</w:t>
        </w:r>
      </w:hyperlink>
      <w:r>
        <w:t xml:space="preserve"> - The annual Northern Pride festival will take place in Newcastle on 22 and 23 July. The event is the biggest LGBTQ+ gathering in the North East, with people travelling from across the region to attend. The festival will feature a march through the city centre and a festival at the Town Moor. For the first time, there will be a fee to enter the festival arena, due to rising costs, but the village area will remain free. (</w:t>
      </w:r>
      <w:hyperlink r:id="rId20">
        <w:r>
          <w:rPr>
            <w:color w:val="0000EE"/>
            <w:u w:val="single"/>
          </w:rPr>
          <w:t>itv.com</w:t>
        </w:r>
      </w:hyperlink>
      <w:r>
        <w:t>)</w:t>
      </w:r>
      <w:r/>
    </w:p>
    <w:p>
      <w:pPr>
        <w:pStyle w:val="ListNumber"/>
        <w:spacing w:line="240" w:lineRule="auto"/>
        <w:ind w:left="720"/>
      </w:pPr>
      <w:r/>
      <w:hyperlink r:id="rId15">
        <w:r>
          <w:rPr>
            <w:color w:val="0000EE"/>
            <w:u w:val="single"/>
          </w:rPr>
          <w:t>https://www.newcastlepride.co.uk/post/northern-pride-unveils-updated-line-up-and-new-app</w:t>
        </w:r>
      </w:hyperlink>
      <w:r>
        <w:t xml:space="preserve"> - Northern Pride has unveiled an updated line-up and a new app for this year’s event. The festival, held on Newcastle’s Town Moor over the weekend of 22-23 July, will feature pop royalty, X Factor performers, and West End stars. The Saturday event will end with the spectacular Ministry of Sound does Pride performance, while Sunday will be headlined by Steps favourite Lisa Scott-Lee and West End star Miriam-Teak Lee. (</w:t>
      </w:r>
      <w:hyperlink r:id="rId21">
        <w:r>
          <w:rPr>
            <w:color w:val="0000EE"/>
            <w:u w:val="single"/>
          </w:rPr>
          <w:t>newcastlepride.co.uk</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chroniclelive.co.uk/whats-on/music-nightlife-news/katie-prices-parties-until-early-34364127" TargetMode="External"/><Relationship Id="rId10" Type="http://schemas.openxmlformats.org/officeDocument/2006/relationships/hyperlink" Target="https://newcastlemagazine.com/katie-price-leads-star-studded-line-up-as-scotswood-showbar-launches-new-pride-festival/" TargetMode="External"/><Relationship Id="rId11" Type="http://schemas.openxmlformats.org/officeDocument/2006/relationships/hyperlink" Target="https://www.newcastledaily.co.uk/articles/newcastle-pride-welcomes-katie-price-this-weekend/" TargetMode="External"/><Relationship Id="rId12" Type="http://schemas.openxmlformats.org/officeDocument/2006/relationships/hyperlink" Target="https://innewcastle.co.uk/dance-music-classic-to-star-at-northern-pride/" TargetMode="External"/><Relationship Id="rId13" Type="http://schemas.openxmlformats.org/officeDocument/2006/relationships/hyperlink" Target="https://www.itv.com/news/tyne-tees/2023-07-21/northern-pride-performers-weather-forecast-and-how-to-get-tickets-for-newcastle-event" TargetMode="External"/><Relationship Id="rId14" Type="http://schemas.openxmlformats.org/officeDocument/2006/relationships/hyperlink" Target="https://www.itv.com/news/tyne-tees/2023-07-21/jade-thirlwell-celebrates-northern-pride-with-x-factor-and-drag-race-stars" TargetMode="External"/><Relationship Id="rId15" Type="http://schemas.openxmlformats.org/officeDocument/2006/relationships/hyperlink" Target="https://www.newcastlepride.co.uk/post/northern-pride-unveils-updated-line-up-and-new-app" TargetMode="External"/><Relationship Id="rId16" Type="http://schemas.openxmlformats.org/officeDocument/2006/relationships/hyperlink" Target="https://newcastlemagazine.com/katie-price-leads-star-studded-line-up-as-scotswood-showbar-launches-new-pride-festival/?utm_source=openai" TargetMode="External"/><Relationship Id="rId17" Type="http://schemas.openxmlformats.org/officeDocument/2006/relationships/hyperlink" Target="https://www.newcastledaily.co.uk/articles/newcastle-pride-welcomes-katie-price-this-weekend/?utm_source=openai" TargetMode="External"/><Relationship Id="rId18" Type="http://schemas.openxmlformats.org/officeDocument/2006/relationships/hyperlink" Target="https://www.itv.com/news/tyne-tees/2023-07-21/jade-thirlwell-celebrates-northern-pride-with-x-factor-and-drag-race-stars?utm_source=openai" TargetMode="External"/><Relationship Id="rId19" Type="http://schemas.openxmlformats.org/officeDocument/2006/relationships/hyperlink" Target="https://innewcastle.co.uk/dance-music-classic-to-star-at-northern-pride/?utm_source=openai" TargetMode="External"/><Relationship Id="rId20" Type="http://schemas.openxmlformats.org/officeDocument/2006/relationships/hyperlink" Target="https://www.itv.com/news/tyne-tees/2023-07-21/northern-pride-performers-weather-forecast-and-how-to-get-tickets?utm_source=openai" TargetMode="External"/><Relationship Id="rId21" Type="http://schemas.openxmlformats.org/officeDocument/2006/relationships/hyperlink" Target="https://www.newcastlepride.co.uk/post/northern-pride-unveils-updated-line-up-and-new-app?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