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Capital Pride Parade Tips for Enjoying Ottawa’s Big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festive energy: Capital Pride draws locals and visitors to downtown Ottawa for colourful marches, performances and community stalls, and knowing when to go, where to park and what to bring makes the day smoother and more fun. Here’s a helpful guide to planning your Pride parade outing without the stress.</w:t>
      </w:r>
      <w:r/>
    </w:p>
    <w:p>
      <w:r/>
      <w:r>
        <w:t>Essential Takeaways</w:t>
      </w:r>
      <w:r/>
      <w:r/>
    </w:p>
    <w:p>
      <w:pPr>
        <w:pStyle w:val="ListBullet"/>
        <w:spacing w:line="240" w:lineRule="auto"/>
        <w:ind w:left="720"/>
      </w:pPr>
      <w:r/>
      <w:r>
        <w:rPr>
          <w:b/>
        </w:rPr>
        <w:t>When it happens:</w:t>
      </w:r>
      <w:r>
        <w:t xml:space="preserve"> Capital Pride takes place each summer with a main parade day in downtown Ottawa; check the latest schedule at the official event calendar.</w:t>
      </w:r>
      <w:r/>
    </w:p>
    <w:p>
      <w:pPr>
        <w:pStyle w:val="ListBullet"/>
        <w:spacing w:line="240" w:lineRule="auto"/>
        <w:ind w:left="720"/>
      </w:pPr>
      <w:r/>
      <w:r>
        <w:rPr>
          <w:b/>
        </w:rPr>
        <w:t>Where to be:</w:t>
      </w:r>
      <w:r>
        <w:t xml:space="preserve"> Main viewing routes run through central streets near Confederation Square and key festival zones, with the Pride festival spanning nearby parks and plazas.</w:t>
      </w:r>
      <w:r/>
    </w:p>
    <w:p>
      <w:pPr>
        <w:pStyle w:val="ListBullet"/>
        <w:spacing w:line="240" w:lineRule="auto"/>
        <w:ind w:left="720"/>
      </w:pPr>
      <w:r/>
      <w:r>
        <w:rPr>
          <w:b/>
        </w:rPr>
        <w:t>What to expect:</w:t>
      </w:r>
      <w:r>
        <w:t xml:space="preserve"> Crowds, loud music and colourful floats; bring ear protection for little ones, a refillable water bottle and comfy shoes.</w:t>
      </w:r>
      <w:r/>
    </w:p>
    <w:p>
      <w:pPr>
        <w:pStyle w:val="ListBullet"/>
        <w:spacing w:line="240" w:lineRule="auto"/>
        <w:ind w:left="720"/>
      </w:pPr>
      <w:r/>
      <w:r>
        <w:rPr>
          <w:b/>
        </w:rPr>
        <w:t>Safety note:</w:t>
      </w:r>
      <w:r>
        <w:t xml:space="preserve"> Event organisers work with private security and city services to manage crowds; follow posted guidance and volunteer directions.</w:t>
      </w:r>
      <w:r/>
    </w:p>
    <w:p>
      <w:pPr>
        <w:pStyle w:val="ListBullet"/>
        <w:spacing w:line="240" w:lineRule="auto"/>
        <w:ind w:left="720"/>
      </w:pPr>
      <w:r/>
      <w:r>
        <w:rPr>
          <w:b/>
        </w:rPr>
        <w:t>Getting there:</w:t>
      </w:r>
      <w:r>
        <w:t xml:space="preserve"> Use public transit, bike, or arrive early for limited parking; many hotels and transit hubs add services on event day.</w:t>
      </w:r>
      <w:r/>
      <w:r/>
    </w:p>
    <w:p>
      <w:pPr>
        <w:pStyle w:val="Heading2"/>
      </w:pPr>
      <w:r>
        <w:t>Why Capital Pride is one of Ottawa’s must-see summer events</w:t>
      </w:r>
      <w:r/>
    </w:p>
    <w:p>
      <w:r/>
      <w:r>
        <w:t>Every summer the city brightens up as marchers, performers and community groups take to the streets, and the vibe is loud, proud and unmistakably festive. According to the official event listings, Capital Pride is more than a parade , it’s a multi-day celebration with talks, parties and family-friendly activities. That means whether you want a front-row spot for the floats or a quieter festival corner, there’s something for everyone. Plan what kind of experience you want and you'll get more out of the day.</w:t>
      </w:r>
      <w:r/>
    </w:p>
    <w:p>
      <w:pPr>
        <w:pStyle w:val="Heading2"/>
      </w:pPr>
      <w:r>
        <w:t>When to arrive , timing matters if you want a good view</w:t>
      </w:r>
      <w:r/>
    </w:p>
    <w:p>
      <w:r/>
      <w:r>
        <w:t>Parade start times are typically posted on the Capital Pride event calendar and related local listings; arriving at least 45–60 minutes early gives you the best chance of a clear viewing spot. If you’re aiming for photos, early arrival captures the staging atmosphere , performers, signs and final float touches. Latecomers can still join in the tail end or explore festival zones where acts perform for longer stretches. Bring sunscreen and a hat; Ottawa sun on parade day can be surprisingly strong.</w:t>
      </w:r>
      <w:r/>
    </w:p>
    <w:p>
      <w:pPr>
        <w:pStyle w:val="Heading2"/>
      </w:pPr>
      <w:r>
        <w:t>Getting there and getting around without parking headaches</w:t>
      </w:r>
      <w:r/>
    </w:p>
    <w:p>
      <w:r/>
      <w:r>
        <w:t>Central streets close for the parade, so driving in and finding a spot is often the least convenient option. Local tourism and event guides suggest taking OC Transpo or cycling, as many routes and bike racks serve downtown. If you must drive, book parking in advance or choose a lot a few blocks away and walk. Expect temporary transit adjustments on parade day; check OC Transpo updates so you don’t get stuck waiting for buses or routes that have been diverted.</w:t>
      </w:r>
      <w:r/>
    </w:p>
    <w:p>
      <w:pPr>
        <w:pStyle w:val="Heading2"/>
      </w:pPr>
      <w:r>
        <w:t>Safety and crowd management , what organisers and security do</w:t>
      </w:r>
      <w:r/>
    </w:p>
    <w:p>
      <w:r/>
      <w:r>
        <w:t>Organisers work with private protective services and municipal crews to keep the route moving and the crowd safe, and volunteers often staff information points. That means there’ll be guidance on crossing points, lost-child stations and first-aid tents. Keep personal items secure and set a meeting spot with companions in case you lose signal or get separated. If you see a concern, alert nearest volunteer or security personnel , it helps everyone enjoy the day.</w:t>
      </w:r>
      <w:r/>
    </w:p>
    <w:p>
      <w:pPr>
        <w:pStyle w:val="Heading2"/>
      </w:pPr>
      <w:r>
        <w:t>Making the most of the festival atmosphere , food, stalls and family options</w:t>
      </w:r>
      <w:r/>
    </w:p>
    <w:p>
      <w:r/>
      <w:r>
        <w:t>Beyond the march there’s a festival hub where community groups, vendors and performers gather, and it's a great place to discover local crafts, food trucks and outreach booths. Families should scout quieter pockets or the family-friendly schedule items promoted by schools and community partners to find activities suited to kids. Bring a small blanket if you want to sit and watch performances, and carry small change for vendors , queues move faster if you’re ready.</w:t>
      </w:r>
      <w:r/>
    </w:p>
    <w:p>
      <w:r/>
      <w:r>
        <w:t>It's a small set of decisions that makes a big difference to how you experience Capital Pride , plan a little, pack wisely and let the parade do the rest.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0">
        <w:r>
          <w:rPr>
            <w:color w:val="0000EE"/>
            <w:u w:val="single"/>
          </w:rPr>
          <w:t>[2]</w:t>
        </w:r>
      </w:hyperlink>
      <w:r>
        <w:t xml:space="preserve">- Paragraph 4: </w:t>
      </w:r>
      <w:hyperlink r:id="rId14">
        <w:r>
          <w:rPr>
            <w:color w:val="0000EE"/>
            <w:u w:val="single"/>
          </w:rPr>
          <w:t>[6]</w:t>
        </w:r>
      </w:hyperlink>
      <w:r>
        <w:t xml:space="preserve">, </w:t>
      </w:r>
      <w:hyperlink r:id="rId9">
        <w:r>
          <w:rPr>
            <w:color w:val="0000EE"/>
            <w:u w:val="single"/>
          </w:rPr>
          <w:t>[1]</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https://ottawacitizen.com/news/capital-pride-parade-security</w:t>
        </w:r>
      </w:hyperlink>
      <w:r>
        <w:t xml:space="preserve"> - Please view link - unable to able to access data</w:t>
      </w:r>
      <w:r/>
    </w:p>
    <w:p>
      <w:pPr>
        <w:pStyle w:val="ListNumber"/>
        <w:spacing w:line="240" w:lineRule="auto"/>
        <w:ind w:left="720"/>
      </w:pPr>
      <w:r/>
      <w:hyperlink r:id="rId10">
        <w:r>
          <w:rPr>
            <w:color w:val="0000EE"/>
            <w:u w:val="single"/>
          </w:rPr>
          <w:t>https://ottawatourism.ca/en/event-calendar/capital-pride</w:t>
        </w:r>
      </w:hyperlink>
      <w:r>
        <w:t xml:space="preserve"> - Capital Pride is an annual LGBTQ+ festival held in Ottawa, Ontario, during the third week of August. The event features a variety of activities, including sporting events, a Rainbow Party, a family picnic, and the Pride Parade. The festival spans over a dozen signature events and more than 50 community events, many of which are free. The intersection of Bank Street and Somerset Street West, known as Ottawa's Gay Village, becomes an entertainment hub during the festival weekend, offering live music, a community fair, and a beer garden.</w:t>
      </w:r>
      <w:r/>
    </w:p>
    <w:p>
      <w:pPr>
        <w:pStyle w:val="ListNumber"/>
        <w:spacing w:line="240" w:lineRule="auto"/>
        <w:ind w:left="720"/>
      </w:pPr>
      <w:r/>
      <w:hyperlink r:id="rId12">
        <w:r>
          <w:rPr>
            <w:color w:val="0000EE"/>
            <w:u w:val="single"/>
          </w:rPr>
          <w:t>https://www.todocanada.ca/city/ottawa/event/capital-pride-parade/</w:t>
        </w:r>
      </w:hyperlink>
      <w:r>
        <w:t xml:space="preserve"> - The Capital Pride Parade is a significant event in Ottawa's LGBTQ+ calendar, scheduled for August 24, 2025. The parade features over 200 groups and more than 5,000 marchers, including the Grand Marshal and Honoured Group leading the procession. The route begins at the intersection of Elgin Street and Laurier Street, proceeding north, veering left around the National War Memorial, turning left onto Wellington Street towards Kent Street, and concluding at Kent Street and Albert Street. Accessible viewing areas are designated on Elgin Street at Elgin and Albert Street, equipped with tents and chairs.</w:t>
      </w:r>
      <w:r/>
    </w:p>
    <w:p>
      <w:pPr>
        <w:pStyle w:val="ListNumber"/>
        <w:spacing w:line="240" w:lineRule="auto"/>
        <w:ind w:left="720"/>
      </w:pPr>
      <w:r/>
      <w:hyperlink r:id="rId13">
        <w:r>
          <w:rPr>
            <w:color w:val="0000EE"/>
            <w:u w:val="single"/>
          </w:rPr>
          <w:t>https://maxottawa.ca/list/capital-pride-parade-2/</w:t>
        </w:r>
      </w:hyperlink>
      <w:r>
        <w:t xml:space="preserve"> - The Capital Pride Parade, scheduled for August 24, 2025, is a vibrant celebration of Ottawa's LGBTQ+ community. The parade will feature over 200 groups and more than 10,000 marchers, including the Grand Marshal and Honoured Group leading the procession. The route starts at Elgin Street and Laurier Avenue, moving north, veering left around the National War Memorial, turning left onto Wellington Street towards Kent Street, and concluding at Kent Street and Albert Street. Accessible viewing areas are available on Elgin Street at Elgin and Albert Street, with tents and chairs provided.</w:t>
      </w:r>
      <w:r/>
    </w:p>
    <w:p>
      <w:pPr>
        <w:pStyle w:val="ListNumber"/>
        <w:spacing w:line="240" w:lineRule="auto"/>
        <w:ind w:left="720"/>
      </w:pPr>
      <w:r/>
      <w:hyperlink r:id="rId11">
        <w:r>
          <w:rPr>
            <w:color w:val="0000EE"/>
            <w:u w:val="single"/>
          </w:rPr>
          <w:t>https://en.wikipedia.org/wiki/Capital_Pride_%28Ottawa%29</w:t>
        </w:r>
      </w:hyperlink>
      <w:r>
        <w:t xml:space="preserve"> - Capital Pride is an annual LGBTQ+ pride event, festival, and parade held in Ottawa, Ontario, and Gatineau, Quebec, from mid to late August. Established in 1986, it has evolved into a 7- to 9-day celebration of the 2SLGBTQIA+ community, advocating for equality, diversity, and inclusion in the National Capital Region. The festival includes various events such as the Pride Parade, community fairs, and cultural activities, aiming to create opportunities to celebrate, advocate, educate, and connect people, respecting the full diversity of the 2SLGBTQ+ community.</w:t>
      </w:r>
      <w:r/>
    </w:p>
    <w:p>
      <w:pPr>
        <w:pStyle w:val="ListNumber"/>
        <w:spacing w:line="240" w:lineRule="auto"/>
        <w:ind w:left="720"/>
      </w:pPr>
      <w:r/>
      <w:hyperlink r:id="rId14">
        <w:r>
          <w:rPr>
            <w:color w:val="0000EE"/>
            <w:u w:val="single"/>
          </w:rPr>
          <w:t>https://www.capitalsecurity.ca/protective-services</w:t>
        </w:r>
      </w:hyperlink>
      <w:r>
        <w:t xml:space="preserve"> - Capital Security &amp; Investigations offers protective services for events and businesses in Ottawa. Their services include licensed and professionally uniformed security guards, mobile security patrols, and event services personnel. They cater to a diverse clientele, including the Government of Canada, the cities of Ottawa and Cornwall, major hospitals, public utilities, and commercial enterprises. Additionally, they provide staffing for special events like concerts, fairs, and trade shows, ensuring comprehensive security solutions tailored to various needs.</w:t>
      </w:r>
      <w:r/>
    </w:p>
    <w:p>
      <w:pPr>
        <w:pStyle w:val="ListNumber"/>
        <w:spacing w:line="240" w:lineRule="auto"/>
        <w:ind w:left="720"/>
      </w:pPr>
      <w:r/>
      <w:hyperlink r:id="rId15">
        <w:r>
          <w:rPr>
            <w:color w:val="0000EE"/>
            <w:u w:val="single"/>
          </w:rPr>
          <w:t>https://www.ocdsb.ca/news-events/news/post/walk-with-us-at-the-2025-capital-pride-parade</w:t>
        </w:r>
      </w:hyperlink>
      <w:r>
        <w:t xml:space="preserve"> - The Ottawa-Carleton District School Board (OCDSB) is participating in the 2025 Capital Pride Parade, scheduled for Sunday, August 24, 2025. In previous years, hundreds of OCDSB students, staff, and families have joined the parade, demonstrating the board's commitment to creating safer and more accepting spaces. Participants are encouraged to wear rainbow accessories and come prepared for the weather, including water, sun protection, and comfortable walking shoes. The meeting point is in front of City Hall on the Laurier Avenue bridge near Elgin Street, with the parade starting at 1:00 p.m.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ttawacitizen.com/news/capital-pride-parade-security" TargetMode="External"/><Relationship Id="rId10" Type="http://schemas.openxmlformats.org/officeDocument/2006/relationships/hyperlink" Target="https://ottawatourism.ca/en/event-calendar/capital-pride" TargetMode="External"/><Relationship Id="rId11" Type="http://schemas.openxmlformats.org/officeDocument/2006/relationships/hyperlink" Target="https://en.wikipedia.org/wiki/Capital_Pride_%28Ottawa%29" TargetMode="External"/><Relationship Id="rId12" Type="http://schemas.openxmlformats.org/officeDocument/2006/relationships/hyperlink" Target="https://www.todocanada.ca/city/ottawa/event/capital-pride-parade/" TargetMode="External"/><Relationship Id="rId13" Type="http://schemas.openxmlformats.org/officeDocument/2006/relationships/hyperlink" Target="https://maxottawa.ca/list/capital-pride-parade-2/" TargetMode="External"/><Relationship Id="rId14" Type="http://schemas.openxmlformats.org/officeDocument/2006/relationships/hyperlink" Target="https://www.capitalsecurity.ca/protective-services" TargetMode="External"/><Relationship Id="rId15" Type="http://schemas.openxmlformats.org/officeDocument/2006/relationships/hyperlink" Target="https://www.ocdsb.ca/news-events/news/post/walk-with-us-at-the-2025-capital-pride-para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