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Brother Moments: Why Salina EsTitties’ “I miss gay people” Line Became the Meme of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delighting in Salina EsTitties’ gym-room monologue on Big Brother season 28, a moment that’s equal parts heartbreaking and hilarious and already sparking memes, criticism of casting, and a fresh conversation about LGBTQ+ visibility on reality TV.</w:t>
      </w:r>
      <w:r/>
    </w:p>
    <w:p>
      <w:r/>
      <w:r>
        <w:t>Essential Takeaways</w:t>
      </w:r>
      <w:r/>
      <w:r/>
    </w:p>
    <w:p>
      <w:pPr>
        <w:pStyle w:val="ListBullet"/>
        <w:spacing w:line="240" w:lineRule="auto"/>
        <w:ind w:left="720"/>
      </w:pPr>
      <w:r/>
      <w:r>
        <w:rPr>
          <w:b/>
        </w:rPr>
        <w:t>Viral moment:</w:t>
      </w:r>
      <w:r>
        <w:t xml:space="preserve"> Salina EsTitties’ whispered “I miss gay people” during a gym confessional has become a summer meme, funny and tender at once.</w:t>
      </w:r>
      <w:r/>
    </w:p>
    <w:p>
      <w:pPr>
        <w:pStyle w:val="ListBullet"/>
        <w:spacing w:line="240" w:lineRule="auto"/>
        <w:ind w:left="720"/>
      </w:pPr>
      <w:r/>
      <w:r>
        <w:rPr>
          <w:b/>
        </w:rPr>
        <w:t>Isolation felt:</w:t>
      </w:r>
      <w:r>
        <w:t xml:space="preserve"> She’s the only out LGBTQ+ contestant in the BB28 house, which viewers and activists say puts an unfair emotional burden on one person.</w:t>
      </w:r>
      <w:r/>
    </w:p>
    <w:p>
      <w:pPr>
        <w:pStyle w:val="ListBullet"/>
        <w:spacing w:line="240" w:lineRule="auto"/>
        <w:ind w:left="720"/>
      </w:pPr>
      <w:r/>
      <w:r>
        <w:rPr>
          <w:b/>
        </w:rPr>
        <w:t>Casting critique:</w:t>
      </w:r>
      <w:r>
        <w:t xml:space="preserve"> Fans and commentators have called out CBS for token inclusion, echoing earlier calls from GLAAD and reality alums to cast more diversely.</w:t>
      </w:r>
      <w:r/>
    </w:p>
    <w:p>
      <w:pPr>
        <w:pStyle w:val="ListBullet"/>
        <w:spacing w:line="240" w:lineRule="auto"/>
        <w:ind w:left="720"/>
      </w:pPr>
      <w:r/>
      <w:r>
        <w:rPr>
          <w:b/>
        </w:rPr>
        <w:t>Cultural resonance:</w:t>
      </w:r>
      <w:r>
        <w:t xml:space="preserve"> The line landed because it taps a universal queer feeling , being the odd one out , so people across timelines and platforms turned it into jokes and merch-ready clips.</w:t>
      </w:r>
      <w:r/>
    </w:p>
    <w:p>
      <w:pPr>
        <w:pStyle w:val="ListBullet"/>
        <w:spacing w:line="240" w:lineRule="auto"/>
        <w:ind w:left="720"/>
      </w:pPr>
      <w:r/>
      <w:r>
        <w:rPr>
          <w:b/>
        </w:rPr>
        <w:t>Status on the show:</w:t>
      </w:r>
      <w:r>
        <w:t xml:space="preserve"> Salina remains up for eviction; the moment may rally fans or simply add to the chaotic charm that keeps viewers glued.</w:t>
      </w:r>
      <w:r/>
      <w:r/>
    </w:p>
    <w:p>
      <w:pPr>
        <w:pStyle w:val="Heading2"/>
      </w:pPr>
      <w:r>
        <w:t>A tiny line that exploded , sentimental, snappy, shareable</w:t>
      </w:r>
      <w:r/>
    </w:p>
    <w:p>
      <w:r/>
      <w:r>
        <w:t>Salina’s moment came mid-workout, when the drag performer-turned-houseguest lay back on the sofa and offered the line that has since leapt across timelines. It’s a short, soft confession that sounds almost private, which is exactly why it hit so hard and spread so fast. Fans clipped it, captioned it and riffed on it with delight.</w:t>
      </w:r>
      <w:r/>
    </w:p>
    <w:p>
      <w:r/>
      <w:r>
        <w:t>According to accounts on fan sites and live-feed trackers, the line felt authentic; Salina had been vocal about feeling isolated in a house with few queer allies. That mixture of vulnerability and comedic timing is reality-TV gold , and social media recognised it instantly.</w:t>
      </w:r>
      <w:r/>
    </w:p>
    <w:p>
      <w:pPr>
        <w:pStyle w:val="Heading2"/>
      </w:pPr>
      <w:r>
        <w:t>Why viewers see it as more than a gag , the tokenism argument</w:t>
      </w:r>
      <w:r/>
    </w:p>
    <w:p>
      <w:r/>
      <w:r>
        <w:t>Reaction didn’t stop at laughs. Many viewers used the clip to criticise production for casting only one out contestant in this season. That critique isn’t new; last year, GLAAD board members and former reality stars urged producers to stop relying on single LGBTQ+ representatives to carry an entire community’s stories.</w:t>
      </w:r>
      <w:r/>
    </w:p>
    <w:p>
      <w:r/>
      <w:r>
        <w:t>The argument is simple: being the lone queer person in a competitive, stressful environment brings extra emotional labour and visibility that straight contestants don’t face. Fans say it’s unfair, and casting experts agree it’s a repeat problem in reality TV.</w:t>
      </w:r>
      <w:r/>
    </w:p>
    <w:p>
      <w:pPr>
        <w:pStyle w:val="Heading2"/>
      </w:pPr>
      <w:r>
        <w:t>Meme culture did the rest , from empathy to merch jokes</w:t>
      </w:r>
      <w:r/>
    </w:p>
    <w:p>
      <w:r/>
      <w:r>
        <w:t>Once a moment resonates, internet culture does its thing. People used the clip to joke about awkward straight karaoke nights, family visits, theatre departments with few queer colleagues, and any situation where you feel culturally outnumbered. The tone varies , affectionate, sardonic, sometimes fierce , but mostly celebratory of the tiny, true human moment that grounded the show.</w:t>
      </w:r>
      <w:r/>
    </w:p>
    <w:p>
      <w:r/>
      <w:r>
        <w:t>That spread matters because it humanises Salina while also making a pointed cultural observation. A joke can be a rallying cry, and memes are a fast way to turn empathy into visibility.</w:t>
      </w:r>
      <w:r/>
    </w:p>
    <w:p>
      <w:pPr>
        <w:pStyle w:val="Heading2"/>
      </w:pPr>
      <w:r>
        <w:t>Where this leaves Salina on the show , drama and possible solidarity</w:t>
      </w:r>
      <w:r/>
    </w:p>
    <w:p>
      <w:r/>
      <w:r>
        <w:t>Salina is still up for eviction, nominated by housemates aligned with the Head of Household, and fans are watching closely. Reality-TV veterans and fellow queer alumni have weighed in with encouragement, reminding viewers that support can reverberate beyond feeds into votes and social chatter.</w:t>
      </w:r>
      <w:r/>
    </w:p>
    <w:p>
      <w:r/>
      <w:r>
        <w:t>If fans mobilise, a viral moment can translate into staying power on the show. If it doesn’t, the clip will live on anyway , as a meme, a Twitter caption, and a reminder about casting choices.</w:t>
      </w:r>
      <w:r/>
    </w:p>
    <w:p>
      <w:pPr>
        <w:pStyle w:val="Heading2"/>
      </w:pPr>
      <w:r>
        <w:t>What viewers and producers should take from it , small changes, big impact</w:t>
      </w:r>
      <w:r/>
    </w:p>
    <w:p>
      <w:r/>
      <w:r>
        <w:t>This tiny confession shows how meaningful representation is in cramped, pressure-cooker environments like Big Brother. Producers could start by adding more LGBTQ+ contestants and diversifying storytelling rather than leaning on a single “token” cast member. For viewers, it’s a nudge to pay attention to how isolation looks on screen and to turn empathy into action , whether that’s voting, amplifying, or demanding better casting.</w:t>
      </w:r>
      <w:r/>
    </w:p>
    <w:p>
      <w:r/>
      <w:r>
        <w:t>And for everyone scrolling, it’s also a reminder that sometimes the funniest, most sharable TV moments come from quiet honesty.</w:t>
      </w:r>
      <w:r/>
    </w:p>
    <w:p>
      <w:r/>
      <w:r>
        <w:t>It's a small line with a big echo , and it might just change how people watch the next eviction night.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https://www.queerty.com/salina-estitties-lowest-big-brother-moment-is-now-the-gayest-meme-of-the-summer-20260729/</w:t>
        </w:r>
      </w:hyperlink>
      <w:r>
        <w:t xml:space="preserve"> - Please view link - unable to able to access data</w:t>
      </w:r>
      <w:r/>
    </w:p>
    <w:p>
      <w:pPr>
        <w:pStyle w:val="ListNumber"/>
        <w:spacing w:line="240" w:lineRule="auto"/>
        <w:ind w:left="720"/>
      </w:pPr>
      <w:r/>
      <w:hyperlink r:id="rId10">
        <w:r>
          <w:rPr>
            <w:color w:val="0000EE"/>
            <w:u w:val="single"/>
          </w:rPr>
          <w:t>https://www.metroweekly.com/2026/07/salina-estitties-big-brother-season-28/</w:t>
        </w:r>
      </w:hyperlink>
      <w:r>
        <w:t xml:space="preserve"> - Jason De Puy, known as Salina EsTitties, is competing on season 28 of CBS's 'Big Brother'. A 'RuPaul's Drag Race' alum, De Puy is the first contestant from the franchise to appear on the American version of the show. In a promotional video, he expressed his excitement and desire to win, highlighting the significance of a gay, first-generation Latino drag queen winning in 2026. The cast includes diverse contestants, such as a rocket scientist and an MMA fighter, with additional surprise houseguests teased by CBS.</w:t>
      </w:r>
      <w:r/>
    </w:p>
    <w:p>
      <w:pPr>
        <w:pStyle w:val="ListNumber"/>
        <w:spacing w:line="240" w:lineRule="auto"/>
        <w:ind w:left="720"/>
      </w:pPr>
      <w:r/>
      <w:hyperlink r:id="rId11">
        <w:r>
          <w:rPr>
            <w:color w:val="0000EE"/>
            <w:u w:val="single"/>
          </w:rPr>
          <w:t>https://www.them.us/entertainment/tv-and-movies/big-brother-salina-estitties-kamu-kirk</w:t>
        </w:r>
      </w:hyperlink>
      <w:r>
        <w:t xml:space="preserve"> - In the early weeks of 'Big Brother' season 28, tensions have risen between Jason De Puy (Salina EsTitties) and housemate Kamuela 'Kamu' Kirk. De Puy, the first drag queen to compete on the show, has faced criticism from Kirk, an MMA fighter, who made anti-drag comments. This has sparked backlash from viewers, highlighting ongoing discussions about LGBTQ+ representation and inclusion in reality television.</w:t>
      </w:r>
      <w:r/>
    </w:p>
    <w:p>
      <w:pPr>
        <w:pStyle w:val="ListNumber"/>
        <w:spacing w:line="240" w:lineRule="auto"/>
        <w:ind w:left="720"/>
      </w:pPr>
      <w:r/>
      <w:hyperlink r:id="rId12">
        <w:r>
          <w:rPr>
            <w:color w:val="0000EE"/>
            <w:u w:val="single"/>
          </w:rPr>
          <w:t>https://www.queerty.com/big-brother-explodes-as-salina-estitties-faces-the-block-following-anti-drag-jab-from-rick-devens-20260720/</w:t>
        </w:r>
      </w:hyperlink>
      <w:r>
        <w:t xml:space="preserve"> - Tensions in 'Big Brother' season 28 escalated when housemate Rick Devens made an anti-drag remark towards Jason De Puy (Salina EsTitties). This incident led to De Puy being nominated for elimination, intensifying the drama within the house. The situation has sparked discussions about the treatment of LGBTQ+ contestants and the dynamics of reality TV competitions.</w:t>
      </w:r>
      <w:r/>
    </w:p>
    <w:p>
      <w:pPr>
        <w:pStyle w:val="ListNumber"/>
        <w:spacing w:line="240" w:lineRule="auto"/>
        <w:ind w:left="720"/>
      </w:pPr>
      <w:r/>
      <w:hyperlink r:id="rId14">
        <w:r>
          <w:rPr>
            <w:color w:val="0000EE"/>
            <w:u w:val="single"/>
          </w:rPr>
          <w:t>https://thetab.com/realityshrine/2026/07/10/meet-the-rupauls-drag-race-queen-entering-the-big-brother-season-28-house-jason-de-puy/</w:t>
        </w:r>
      </w:hyperlink>
      <w:r>
        <w:t xml:space="preserve"> - Jason De Puy, also known as Salina EsTitties, is entering the 'Big Brother' season 28 house. A 35-year-old drag queen from West Hollywood, California, De Puy is the first drag queen to appear on the show. Born and raised in the San Francisco Bay Area, he is of Honduran descent. After studying musical theatre, he pursued a career in drag, performing at venues like The Abbey and Micky's in West Hollywood.</w:t>
      </w:r>
      <w:r/>
    </w:p>
    <w:p>
      <w:pPr>
        <w:pStyle w:val="ListNumber"/>
        <w:spacing w:line="240" w:lineRule="auto"/>
        <w:ind w:left="720"/>
      </w:pPr>
      <w:r/>
      <w:hyperlink r:id="rId15">
        <w:r>
          <w:rPr>
            <w:color w:val="0000EE"/>
            <w:u w:val="single"/>
          </w:rPr>
          <w:t>https://www.thepinknews.com/2026/07/08/rupauls-drag-race-all-stars-11-salina-estitties-big-brother-jason-de-puy/</w:t>
        </w:r>
      </w:hyperlink>
      <w:r>
        <w:t xml:space="preserve"> - Jason De Puy, known as Salina EsTitties, has joined the cast of 'Big Brother' season 28. The 35-year-old drag queen from San Francisco is the first drag queen to compete on the American version of the show. This announcement follows De Puy's recent elimination from 'RuPaul's Drag Race: All Stars 11', where many fans felt she was 'robbed'.</w:t>
      </w:r>
      <w:r/>
    </w:p>
    <w:p>
      <w:pPr>
        <w:pStyle w:val="ListNumber"/>
        <w:spacing w:line="240" w:lineRule="auto"/>
        <w:ind w:left="720"/>
      </w:pPr>
      <w:r/>
      <w:hyperlink r:id="rId13">
        <w:r>
          <w:rPr>
            <w:color w:val="0000EE"/>
            <w:u w:val="single"/>
          </w:rPr>
          <w:t>https://mediatraffic.org/2026/07/20/big-brother-28-kamu-rick-jason-de-puy-live-feeds-backlash/</w:t>
        </w:r>
      </w:hyperlink>
      <w:r>
        <w:t xml:space="preserve"> - In 'Big Brother' season 28, a conversation between housemates Kamu Kirk and Rick Devens about Jason De Puy (Salina EsTitties) has sparked backlash. Viewers interpreted their discussion as suggesting that being associated with De Puy could negatively affect their 'image'. This has led to accusations of homophobia and criticism of both houseguests, highlighting ongoing issues of LGBTQ+ representation and inclusion in reality television.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salina-estitties-lowest-big-brother-moment-is-now-the-gayest-meme-of-the-summer-20260729/" TargetMode="External"/><Relationship Id="rId10" Type="http://schemas.openxmlformats.org/officeDocument/2006/relationships/hyperlink" Target="https://www.metroweekly.com/2026/07/salina-estitties-big-brother-season-28/" TargetMode="External"/><Relationship Id="rId11" Type="http://schemas.openxmlformats.org/officeDocument/2006/relationships/hyperlink" Target="https://www.them.us/entertainment/tv-and-movies/big-brother-salina-estitties-kamu-kirk" TargetMode="External"/><Relationship Id="rId12" Type="http://schemas.openxmlformats.org/officeDocument/2006/relationships/hyperlink" Target="https://www.queerty.com/big-brother-explodes-as-salina-estitties-faces-the-block-following-anti-drag-jab-from-rick-devens-20260720/" TargetMode="External"/><Relationship Id="rId13" Type="http://schemas.openxmlformats.org/officeDocument/2006/relationships/hyperlink" Target="https://mediatraffic.org/2026/07/20/big-brother-28-kamu-rick-jason-de-puy-live-feeds-backlash/" TargetMode="External"/><Relationship Id="rId14" Type="http://schemas.openxmlformats.org/officeDocument/2006/relationships/hyperlink" Target="https://thetab.com/realityshrine/2026/07/10/meet-the-rupauls-drag-race-queen-entering-the-big-brother-season-28-house-jason-de-puy/" TargetMode="External"/><Relationship Id="rId15" Type="http://schemas.openxmlformats.org/officeDocument/2006/relationships/hyperlink" Target="https://www.thepinknews.com/2026/07/08/rupauls-drag-race-all-stars-11-salina-estitties-big-brother-jason-de-pu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