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Pride Moments: Why Love Won — Conleth Kane’s Big Return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music fans and Pride-goers lit up Belfast as singer-songwriter Conleth Kane performed to tens of thousands, celebrating community and creativity; his headline set marked a personal milestone and came amid what organisers called one of the largest Pride gatherings in Northern Ireland, making the show a joyful, defiant moment.</w:t>
      </w:r>
      <w:r/>
    </w:p>
    <w:p>
      <w:r/>
      <w:r>
        <w:t>Essential Takeaways</w:t>
      </w:r>
      <w:r/>
      <w:r/>
    </w:p>
    <w:p>
      <w:pPr>
        <w:pStyle w:val="ListBullet"/>
        <w:spacing w:line="240" w:lineRule="auto"/>
        <w:ind w:left="720"/>
      </w:pPr>
      <w:r/>
      <w:r>
        <w:rPr>
          <w:b/>
        </w:rPr>
        <w:t>Mass turnout:</w:t>
      </w:r>
      <w:r>
        <w:t xml:space="preserve"> Thousands attended Belfast Pride, creating a lively, colourful atmosphere and large crowd energy. </w:t>
      </w:r>
      <w:r/>
    </w:p>
    <w:p>
      <w:pPr>
        <w:pStyle w:val="ListBullet"/>
        <w:spacing w:line="240" w:lineRule="auto"/>
        <w:ind w:left="720"/>
      </w:pPr>
      <w:r/>
      <w:r>
        <w:rPr>
          <w:b/>
        </w:rPr>
        <w:t>Full-circle performance:</w:t>
      </w:r>
      <w:r>
        <w:t xml:space="preserve"> Conleth Kane returned to the same main stage where he first performed, now as a more seasoned artist. </w:t>
      </w:r>
      <w:r/>
    </w:p>
    <w:p>
      <w:pPr>
        <w:pStyle w:val="ListBullet"/>
        <w:spacing w:line="240" w:lineRule="auto"/>
        <w:ind w:left="720"/>
      </w:pPr>
      <w:r/>
      <w:r>
        <w:rPr>
          <w:b/>
        </w:rPr>
        <w:t>New release:</w:t>
      </w:r>
      <w:r>
        <w:t xml:space="preserve"> His Erasure-inspired EP led to a church-filmed video for "A Little Respect," praised by fans. </w:t>
      </w:r>
      <w:r/>
    </w:p>
    <w:p>
      <w:pPr>
        <w:pStyle w:val="ListBullet"/>
        <w:spacing w:line="240" w:lineRule="auto"/>
        <w:ind w:left="720"/>
      </w:pPr>
      <w:r/>
      <w:r>
        <w:rPr>
          <w:b/>
        </w:rPr>
        <w:t>Personal resilience:</w:t>
      </w:r>
      <w:r>
        <w:t xml:space="preserve"> Kane credits his late mother with inspiring his comeback and creativity. </w:t>
      </w:r>
      <w:r/>
    </w:p>
    <w:p>
      <w:pPr>
        <w:pStyle w:val="ListBullet"/>
        <w:spacing w:line="240" w:lineRule="auto"/>
        <w:ind w:left="720"/>
      </w:pPr>
      <w:r/>
      <w:r>
        <w:rPr>
          <w:b/>
        </w:rPr>
        <w:t>Wider context:</w:t>
      </w:r>
      <w:r>
        <w:t xml:space="preserve"> The parade was one of the biggest in the region, though organisers and police also noted and investigated isolated incidents.</w:t>
      </w:r>
      <w:r/>
      <w:r/>
    </w:p>
    <w:p>
      <w:pPr>
        <w:pStyle w:val="Heading2"/>
      </w:pPr>
      <w:r>
        <w:t>A headline set that felt like homecoming</w:t>
      </w:r>
      <w:r/>
    </w:p>
    <w:p>
      <w:r/>
      <w:r>
        <w:t>Conleth Kane’s performance on the Belfast Pride main stage was a proper homecoming, the kind that hums with shared history and a stadium-sized cheer. He told fans it felt “joyous and liberating,” a reflection of the day’s warmth and the crowd’s electric energy. According to ITV coverage, this year’s events drew record numbers across Northern Ireland, which made Kane’s return all the more resonant for locals and visitors alike.</w:t>
      </w:r>
      <w:r/>
    </w:p>
    <w:p>
      <w:r/>
      <w:r>
        <w:t>For Kane, returning to the stage where he once had only a couple of original songs was a milestone; now he brings four bodies of work and international gigs to his performances. It’s the sort of arc that makes a live set feel like both celebration and statement.</w:t>
      </w:r>
      <w:r/>
    </w:p>
    <w:p>
      <w:pPr>
        <w:pStyle w:val="Heading2"/>
      </w:pPr>
      <w:r>
        <w:t>Why the turnout mattered , and what it looked like</w:t>
      </w:r>
      <w:r/>
    </w:p>
    <w:p>
      <w:r/>
      <w:r>
        <w:t>Belfast Pride this year was visibly bigger and bolder than in many recent years, with streets full of families, pensioners and groups of friends waving flags and cheering. ITV and local reporting described the parade as one of the largest ever held in the city, which is why the event felt like a community-wide affirmation. The sensory note was obvious: colour, music and constant applause.</w:t>
      </w:r>
      <w:r/>
    </w:p>
    <w:p>
      <w:r/>
      <w:r>
        <w:t>That atmosphere didn’t erase all challenges , police later investigated incidents that marred the day for some , but the dominant impression was one of support and visibility, which is crucial for any Pride weekend.</w:t>
      </w:r>
      <w:r/>
    </w:p>
    <w:p>
      <w:pPr>
        <w:pStyle w:val="Heading2"/>
      </w:pPr>
      <w:r>
        <w:t>The music: Erasure nods, church visuals and a healing project</w:t>
      </w:r>
      <w:r/>
    </w:p>
    <w:p>
      <w:r/>
      <w:r>
        <w:t>Kane’s recent work leans into homage and healing. His Erasure-inspired EP 'Erasure-esque' culminated in a new video for "A Little Respect," filmed in an East London church and already getting warm reactions. The contrast of synth-pop influences with a quiet, reverent visual setting gives the song a surprisingly tender feel.</w:t>
      </w:r>
      <w:r/>
    </w:p>
    <w:p>
      <w:r/>
      <w:r>
        <w:t>He says this creative streak was therapeutic, helping him process grief after his mother’s death. That personal backstory adds an extra layer when you hear the songs live , there’s vulnerability underneath the big choruses.</w:t>
      </w:r>
      <w:r/>
    </w:p>
    <w:p>
      <w:pPr>
        <w:pStyle w:val="Heading2"/>
      </w:pPr>
      <w:r>
        <w:t>Touring, ticket sales and the business of being seen</w:t>
      </w:r>
      <w:r/>
    </w:p>
    <w:p>
      <w:r/>
      <w:r>
        <w:t>Kane announced a sold-out self-produced UK tour, including dates at London’s Crazy Coqs and The Black Box in Belfast. Selling out venues like these shows that DIY artists can still make big waves when they connect with an audience. It’s also a reminder that Pride stages can be launchpads, not just one-off moments.</w:t>
      </w:r>
      <w:r/>
    </w:p>
    <w:p>
      <w:r/>
      <w:r>
        <w:t>For fans choosing gigs, size and vibe matter: pick venues that match your energy, and if you’re after intimacy, smaller rooms offer a different, up-close experience than the main Pride bill.</w:t>
      </w:r>
      <w:r/>
    </w:p>
    <w:p>
      <w:pPr>
        <w:pStyle w:val="Heading2"/>
      </w:pPr>
      <w:r>
        <w:t>Pride’s mixed picture: celebration with vigilance</w:t>
      </w:r>
      <w:r/>
    </w:p>
    <w:p>
      <w:r/>
      <w:r>
        <w:t>While the day’s headline was joy, it wasn’t entirely without friction. Reports from the Irish Times and ITV noted that footage and incidents prompted police inquiries into possible hate crimes. That darker thread serves as a reminder that public celebrations still need robust safety and community support measures.</w:t>
      </w:r>
      <w:r/>
    </w:p>
    <w:p>
      <w:r/>
      <w:r>
        <w:t>Organisers and attendees often respond by doubling down on visibility and solidarity. For artists like Kane, that means performances that are both entertainment and advocacy , music with a cause, in other words.</w:t>
      </w:r>
      <w:r/>
    </w:p>
    <w:p>
      <w:r/>
      <w:r>
        <w:t>It's a small change that can make every performance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https://www.northernirelandworld.com/news/people/high-profile-singer-songwriter-conleth-kane-says-love-not-hate-won-at-belfast-pride-where-he-performed-to-thousands-8827899</w:t>
        </w:r>
      </w:hyperlink>
      <w:r>
        <w:t xml:space="preserve"> - Please view link - unable to able to access data</w:t>
      </w:r>
      <w:r/>
    </w:p>
    <w:p>
      <w:pPr>
        <w:pStyle w:val="ListNumber"/>
        <w:spacing w:line="240" w:lineRule="auto"/>
        <w:ind w:left="720"/>
      </w:pPr>
      <w:r/>
      <w:hyperlink r:id="rId10">
        <w:r>
          <w:rPr>
            <w:color w:val="0000EE"/>
            <w:u w:val="single"/>
          </w:rPr>
          <w:t>https://www.itv.com/news/utv/2023-07-29/thousands-join-nis-largest-ever-pride</w:t>
        </w:r>
      </w:hyperlink>
      <w:r>
        <w:t xml:space="preserve"> - Thousands of people participated in Belfast's largest-ever Pride parade, with over 250 groups taking part, marking a 25% increase from the previous year. The event featured colourful floats and a carnival atmosphere, with attendees of all ages and backgrounds. The theme for the 2023 parade was 'Stand By Your Trans', highlighting the event's commitment to trans inclusivity. Co-chairman John O'Doherty emphasised the parade's unapologetic trans-inclusive nature, reflecting the growing support for LGBTQIA+ equality in Belfast and Northern Ireland.</w:t>
      </w:r>
      <w:r/>
    </w:p>
    <w:p>
      <w:pPr>
        <w:pStyle w:val="ListNumber"/>
        <w:spacing w:line="240" w:lineRule="auto"/>
        <w:ind w:left="720"/>
      </w:pPr>
      <w:r/>
      <w:hyperlink r:id="rId11">
        <w:r>
          <w:rPr>
            <w:color w:val="0000EE"/>
            <w:u w:val="single"/>
          </w:rPr>
          <w:t>https://www.itv.com/news/utv/2023-07-28/2023-belfast-pride-parade-promises-to-be-biggest-ever</w:t>
        </w:r>
      </w:hyperlink>
      <w:r>
        <w:t xml:space="preserve"> - Organisers announced that the 2023 Belfast Pride parade would be the city's largest to date, with over 250 groups registered, a 25% increase from the previous year. The theme 'Stand By Your Trans' underscored the event's focus on trans inclusivity. Co-chair Kirsty Mulholland highlighted the parade's role in showcasing the diverse support for Belfast Pride and its significance in making Belfast a city that embraces all its communities.</w:t>
      </w:r>
      <w:r/>
    </w:p>
    <w:p>
      <w:pPr>
        <w:pStyle w:val="ListNumber"/>
        <w:spacing w:line="240" w:lineRule="auto"/>
        <w:ind w:left="720"/>
      </w:pPr>
      <w:r/>
      <w:hyperlink r:id="rId13">
        <w:r>
          <w:rPr>
            <w:color w:val="0000EE"/>
            <w:u w:val="single"/>
          </w:rPr>
          <w:t>https://www.anglocelt.ie/2023/07/29/thousands-take-to-the-streets-of-belfast-for-pride-parade/</w:t>
        </w:r>
      </w:hyperlink>
      <w:r>
        <w:t xml:space="preserve"> - The Belfast Pride parade saw thousands of participants, with over 250 groups taking part, marking a 25% increase from the previous year. Despite initial rain, the parade proceeded with vibrant floats and a festive atmosphere. The theme 'Stand By Your Trans' was central, with the parade led by trans, non-binary, and gender-diverse individuals. Co-chairman John O'Doherty emphasised the event's unapologetic trans-inclusive nature, reflecting the growing support for LGBTQIA+ equality in Belfast and Northern Ireland.</w:t>
      </w:r>
      <w:r/>
    </w:p>
    <w:p>
      <w:pPr>
        <w:pStyle w:val="ListNumber"/>
        <w:spacing w:line="240" w:lineRule="auto"/>
        <w:ind w:left="720"/>
      </w:pPr>
      <w:r/>
      <w:hyperlink r:id="rId14">
        <w:r>
          <w:rPr>
            <w:color w:val="0000EE"/>
            <w:u w:val="single"/>
          </w:rPr>
          <w:t>https://www.irishtimes.com/ireland/2023/07/30/belfast-pride-parade-incident-being-treated-as-hate-crime-says-psni/</w:t>
        </w:r>
      </w:hyperlink>
      <w:r>
        <w:t xml:space="preserve"> - An incident involving a man using a microphone to make remarks about the LGBTQ+ community ahead of the Belfast Pride parade is being treated as a hate crime by the PSNI. The incident, captured on video, occurred on Royal Avenue prior to the parade. Superintendent Christian Bradley stated that officers gathered evidence using body-worn video and that the footage is under review. The incident highlights ongoing challenges faced by the LGBTQ+ community during Pride events.</w:t>
      </w:r>
      <w:r/>
    </w:p>
    <w:p>
      <w:pPr>
        <w:pStyle w:val="ListNumber"/>
        <w:spacing w:line="240" w:lineRule="auto"/>
        <w:ind w:left="720"/>
      </w:pPr>
      <w:r/>
      <w:hyperlink r:id="rId15">
        <w:r>
          <w:rPr>
            <w:color w:val="0000EE"/>
            <w:u w:val="single"/>
          </w:rPr>
          <w:t>https://www.itv.com/news/utv/2023-07-30/suspected-hate-crime-as-footage-shows-man-addressing-crowd-ahead-of-pride</w:t>
        </w:r>
      </w:hyperlink>
      <w:r>
        <w:t xml:space="preserve"> - Police are investigating a suspected hate crime after a man used a public address system to make remarks about homosexuality ahead of the Belfast Pride parade. The incident occurred on Royal Avenue, with footage circulating on social media. Superintendent Christian Bradley confirmed that officers were present at the scene and gathered evidence using body-worn video. The incident is being treated as a hate crime, underscoring the challenges faced by the LGBTQ+ community during Pride events.</w:t>
      </w:r>
      <w:r/>
    </w:p>
    <w:p>
      <w:pPr>
        <w:pStyle w:val="ListNumber"/>
        <w:spacing w:line="240" w:lineRule="auto"/>
        <w:ind w:left="720"/>
      </w:pPr>
      <w:r/>
      <w:hyperlink r:id="rId12">
        <w:r>
          <w:rPr>
            <w:color w:val="0000EE"/>
            <w:u w:val="single"/>
          </w:rPr>
          <w:t>https://www.qxmagazine.com/2023/06/conleth-kane-is-proud/</w:t>
        </w:r>
      </w:hyperlink>
      <w:r>
        <w:t xml:space="preserve"> - Conleth Kane, the Co Armagh-born singer-songwriter, reflects on his journey as an LGBTQ+ artist in Northern Ireland. He shares personal experiences of growing up in a divided society and the challenges faced due to his sexuality. Kane discusses the significance of Pride events and the importance of education in schools to combat prejudice. He also highlights his latest single, 'Proud', expressing his pride and commitment to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rthernirelandworld.com/news/people/high-profile-singer-songwriter-conleth-kane-says-love-not-hate-won-at-belfast-pride-where-he-performed-to-thousands-8827899" TargetMode="External"/><Relationship Id="rId10" Type="http://schemas.openxmlformats.org/officeDocument/2006/relationships/hyperlink" Target="https://www.itv.com/news/utv/2023-07-29/thousands-join-nis-largest-ever-pride" TargetMode="External"/><Relationship Id="rId11" Type="http://schemas.openxmlformats.org/officeDocument/2006/relationships/hyperlink" Target="https://www.itv.com/news/utv/2023-07-28/2023-belfast-pride-parade-promises-to-be-biggest-ever" TargetMode="External"/><Relationship Id="rId12" Type="http://schemas.openxmlformats.org/officeDocument/2006/relationships/hyperlink" Target="https://www.qxmagazine.com/2023/06/conleth-kane-is-proud/" TargetMode="External"/><Relationship Id="rId13" Type="http://schemas.openxmlformats.org/officeDocument/2006/relationships/hyperlink" Target="https://www.anglocelt.ie/2023/07/29/thousands-take-to-the-streets-of-belfast-for-pride-parade/" TargetMode="External"/><Relationship Id="rId14" Type="http://schemas.openxmlformats.org/officeDocument/2006/relationships/hyperlink" Target="https://www.irishtimes.com/ireland/2023/07/30/belfast-pride-parade-incident-being-treated-as-hate-crime-says-psni/" TargetMode="External"/><Relationship Id="rId15" Type="http://schemas.openxmlformats.org/officeDocument/2006/relationships/hyperlink" Target="https://www.itv.com/news/utv/2023-07-30/suspected-hate-crime-as-footage-shows-man-addressing-crowd-ahead-of-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