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Is Madonna Teasing a Surprise at Amsterdam WorldPride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Fans are buzzing after Madonna shared a bold pink card on Instagram saying “Ik heb iets waar ik over wil praten” , and with WorldPride and the Canal Parade taking over Amsterdam this weekend, speculation is rising about a surprise appearance that would make an already electric event even bigger.</w:t>
      </w:r>
      <w:r/>
    </w:p>
    <w:p>
      <w:r/>
      <w:r>
        <w:t>Essential Takeaways</w:t>
      </w:r>
      <w:r/>
      <w:r/>
    </w:p>
    <w:p>
      <w:pPr>
        <w:pStyle w:val="ListBullet"/>
        <w:spacing w:line="240" w:lineRule="auto"/>
        <w:ind w:left="720"/>
      </w:pPr>
      <w:r/>
      <w:r>
        <w:rPr>
          <w:b/>
        </w:rPr>
        <w:t>Visual hint:</w:t>
      </w:r>
      <w:r>
        <w:t xml:space="preserve"> Madonna posted a bright pink card with the Dutch line “Ik heb iets waar ik over wil praten,” a phrase she's previously used to tease major news.</w:t>
      </w:r>
      <w:r/>
    </w:p>
    <w:p>
      <w:pPr>
        <w:pStyle w:val="ListBullet"/>
        <w:spacing w:line="240" w:lineRule="auto"/>
        <w:ind w:left="720"/>
      </w:pPr>
      <w:r/>
      <w:r>
        <w:rPr>
          <w:b/>
        </w:rPr>
        <w:t>Timing matters:</w:t>
      </w:r>
      <w:r>
        <w:t xml:space="preserve"> The post arrived days before Amsterdam’s WorldPride, which features the Canal Parade on 1 August and a packed schedule of public events.</w:t>
      </w:r>
      <w:r/>
    </w:p>
    <w:p>
      <w:pPr>
        <w:pStyle w:val="ListBullet"/>
        <w:spacing w:line="240" w:lineRule="auto"/>
        <w:ind w:left="720"/>
      </w:pPr>
      <w:r/>
      <w:r>
        <w:rPr>
          <w:b/>
        </w:rPr>
        <w:t>No official confirmation:</w:t>
      </w:r>
      <w:r>
        <w:t xml:space="preserve"> Organisers haven’t announced Madonna, so any appearance would likely be a surprise or a late addition.</w:t>
      </w:r>
      <w:r/>
    </w:p>
    <w:p>
      <w:pPr>
        <w:pStyle w:val="ListBullet"/>
        <w:spacing w:line="240" w:lineRule="auto"/>
        <w:ind w:left="720"/>
      </w:pPr>
      <w:r/>
      <w:r>
        <w:rPr>
          <w:b/>
        </w:rPr>
        <w:t>High-stakes weekend:</w:t>
      </w:r>
      <w:r>
        <w:t xml:space="preserve"> European Pride attention is heightened after recent events in Berlin; Amsterdam’s programme is under close public scrutiny and support.</w:t>
      </w:r>
      <w:r/>
    </w:p>
    <w:p>
      <w:pPr>
        <w:pStyle w:val="ListBullet"/>
        <w:spacing w:line="240" w:lineRule="auto"/>
        <w:ind w:left="720"/>
      </w:pPr>
      <w:r/>
      <w:r>
        <w:rPr>
          <w:b/>
        </w:rPr>
        <w:t>What to expect:</w:t>
      </w:r>
      <w:r>
        <w:t xml:space="preserve"> If she turns up, look for a short, high-energy moment at a main stage or parade stop rather than a full-length concert.</w:t>
      </w:r>
      <w:r/>
      <w:r/>
    </w:p>
    <w:p>
      <w:r/>
      <w:r>
        <w:t>Why this Instagram tease has fans on alert Madonna’s pink card is simple but very on-brand , the phrase isn’t random, it’s a line associated with her recent work and with past teasers she’s used to drop big news. Social posts like this are designed to provoke exactly the reaction we’re seeing: immediate sharing, decoding and hopeful planning. According to Pride Amsterdam’s published schedule, the city is hosting a cluster of headline moments this weekend, so the logistical window for a surprise appearance is wide enough for a pop icon to slide in. If you’ve been to a Canal Parade before, expect crowds, confetti and quick-moving moments that reward being in the right place at the right time.</w:t>
      </w:r>
      <w:r/>
    </w:p>
    <w:p>
      <w:r/>
      <w:r>
        <w:t>What WorldPride in Amsterdam looks like this year Amsterdam has long staged visually rich Pride celebrations, and this year’s programme includes official closing concerts and events across the city. The Canal Parade on 1 August is the anchor, drawing floats, performers and international visitors. City guides and the official Pride site list multiple sanctioned stages and viewing points, which would be logical spots for an unannounced cameo. For anyone hoping to catch a surprise, arrive early, scout official viewing zones and follow live social updates from organisers.</w:t>
      </w:r>
      <w:r/>
    </w:p>
    <w:p>
      <w:r/>
      <w:r>
        <w:t>How surprise pop appearances usually play out at festivals Surprise performances at major festivals often favour brevity and spectacle , a single song, a speech or a quick meet-and-greet rather than a headline-length set. That’s practical: permits, soundchecks and crowds are harder to manage on the fly. Should Madonna appear, organisers will likely coordinate quickly with public safety teams and the main stage schedule. Fans who want the best chance to see her should monitor official Pride Amsterdam channels, follow Madonna’s socials, and be ready to pivot if a sudden announcement pops up.</w:t>
      </w:r>
      <w:r/>
    </w:p>
    <w:p>
      <w:r/>
      <w:r>
        <w:t>What it would mean if she did show up A Madonna appearance at WorldPride would be a loud-cultural moment , both a headline-making gesture of support and a reminder of the performer’s long relationship with LGBTQ+ communities. Given the recent sombre tone after events in Berlin, it would also carry emotional weight: celebration blended with solidarity. For Amsterdam, it would pull extra international attention to the city’s programme and potentially draw larger crowds, so local organisers may be balancing excitement with an eye on safety.</w:t>
      </w:r>
      <w:r/>
    </w:p>
    <w:p>
      <w:r/>
      <w:r>
        <w:t>Practical tips for visitors hoping for a surprise Go early to secure a good spot near main stages or official parade routes, and pack light , crowds and canal-side terrain are unforgiving. Keep phone battery packs handy and follow verified Pride Amsterdam and city channels for real-time updates. If your priority is a potential celebrity moment, choose official viewing points listed on the Pride programme rather than unofficial rooftops or private venues, which rarely host pop-up appearances.</w:t>
      </w:r>
      <w:r/>
    </w:p>
    <w:p>
      <w:r/>
      <w:r>
        <w:t>It’s a small piece of pink paper with the power to light up a weekend , keep your plans flexible and your eyes on the river.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1">
        <w:r>
          <w:rPr>
            <w:color w:val="0000EE"/>
            <w:u w:val="single"/>
          </w:rPr>
          <w:t>[3]</w:t>
        </w:r>
      </w:hyperlink>
      <w:r>
        <w:t xml:space="preserve">- Paragraph 3: </w:t>
      </w:r>
      <w:hyperlink r:id="rId12">
        <w:r>
          <w:rPr>
            <w:color w:val="0000EE"/>
            <w:u w:val="single"/>
          </w:rPr>
          <w:t>[4]</w:t>
        </w:r>
      </w:hyperlink>
      <w:r>
        <w:t xml:space="preserve">, </w:t>
      </w:r>
      <w:hyperlink r:id="rId13">
        <w:r>
          <w:rPr>
            <w:color w:val="0000EE"/>
            <w:u w:val="single"/>
          </w:rPr>
          <w:t>[6]</w:t>
        </w:r>
      </w:hyperlink>
      <w:r>
        <w:t xml:space="preserve">- Paragraph 4: </w:t>
      </w:r>
      <w:hyperlink r:id="rId14">
        <w:r>
          <w:rPr>
            <w:color w:val="0000EE"/>
            <w:u w:val="single"/>
          </w:rPr>
          <w:t>[5]</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1">
        <w:r>
          <w:rPr>
            <w:color w:val="0000EE"/>
            <w:u w:val="single"/>
          </w:rPr>
          <w:t>[3]</w:t>
        </w:r>
      </w:hyperlink>
      <w:r>
        <w:t xml:space="preserve">- Paragraph 6: </w:t>
      </w:r>
      <w:hyperlink r:id="rId13">
        <w:r>
          <w:rPr>
            <w:color w:val="0000EE"/>
            <w:u w:val="single"/>
          </w:rPr>
          <w:t>[6]</w:t>
        </w:r>
      </w:hyperlink>
      <w:r>
        <w:t xml:space="preserve">, </w:t>
      </w:r>
      <w:hyperlink r:id="rId12">
        <w:r>
          <w:rPr>
            <w:color w:val="0000EE"/>
            <w:u w:val="single"/>
          </w:rPr>
          <w:t>[4]</w:t>
        </w:r>
      </w:hyperlink>
      <w:r>
        <w:t xml:space="preserve">- Paragraph 7: </w:t>
      </w:r>
      <w:hyperlink r:id="rId11">
        <w:r>
          <w:rPr>
            <w:color w:val="0000EE"/>
            <w:u w:val="single"/>
          </w:rPr>
          <w:t>[3]</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https://jenesaispop.com/2026/07/28/527866/madonna-amsterdam-pride/</w:t>
        </w:r>
      </w:hyperlink>
      <w:r>
        <w:t xml:space="preserve"> - Please view link - unable to able to access data</w:t>
      </w:r>
      <w:r/>
    </w:p>
    <w:p>
      <w:pPr>
        <w:pStyle w:val="ListNumber"/>
        <w:spacing w:line="240" w:lineRule="auto"/>
        <w:ind w:left="720"/>
      </w:pPr>
      <w:r/>
      <w:hyperlink r:id="rId10">
        <w:r>
          <w:rPr>
            <w:color w:val="0000EE"/>
            <w:u w:val="single"/>
          </w:rPr>
          <w:t>https://www.amsterdam.nl/en/leisure/amsterdam-pride/</w:t>
        </w:r>
      </w:hyperlink>
      <w:r>
        <w:t xml:space="preserve"> - Amsterdam Pride 2026 is scheduled from 8 to 29 July, with WorldPride taking place from 25 July to 8 August. This marks the 25th anniversary of the world's first legal same-sex marriage in Amsterdam. The event features a variety of activities, exhibitions, and performances across the city, celebrating freedom, diversity, and inclusion. For detailed information on the programme and events, visitors can consult the official Amsterdam Pride website.</w:t>
      </w:r>
      <w:r/>
    </w:p>
    <w:p>
      <w:pPr>
        <w:pStyle w:val="ListNumber"/>
        <w:spacing w:line="240" w:lineRule="auto"/>
        <w:ind w:left="720"/>
      </w:pPr>
      <w:r/>
      <w:hyperlink r:id="rId11">
        <w:r>
          <w:rPr>
            <w:color w:val="0000EE"/>
            <w:u w:val="single"/>
          </w:rPr>
          <w:t>https://pride.amsterdam/en/</w:t>
        </w:r>
      </w:hyperlink>
      <w:r>
        <w:t xml:space="preserve"> - WorldPride Amsterdam 2026 runs from 25 July to 8 August, coinciding with the annual Amsterdam Pride. The Canal Parade on 1 August is a highlight, featuring a WorldPride Stadium along the Prinsengracht with approximately 10,000 seats. Other major events include the UNITY Concert on 4 August and the Wedding Party XXL on 6 August. The festivities conclude with the Closing Concert on 8 August at Museumplein, featuring performances by various artists.</w:t>
      </w:r>
      <w:r/>
    </w:p>
    <w:p>
      <w:pPr>
        <w:pStyle w:val="ListNumber"/>
        <w:spacing w:line="240" w:lineRule="auto"/>
        <w:ind w:left="720"/>
      </w:pPr>
      <w:r/>
      <w:hyperlink r:id="rId12">
        <w:r>
          <w:rPr>
            <w:color w:val="0000EE"/>
            <w:u w:val="single"/>
          </w:rPr>
          <w:t>https://pride.amsterdam/en/event/closing-concert/</w:t>
        </w:r>
      </w:hyperlink>
      <w:r>
        <w:t xml:space="preserve"> - The WorldPride Closing Concert is scheduled for 8 August 2026 at Museumplein. The event will feature performances by artists such as Olly Alexander (Years &amp; Years), Lion Babe, The Blessed Madonna, and others. The concert aims to celebrate the conclusion of two historic weeks of WorldPride Amsterdam 2026, bringing together the community to commemorate the significance of the event.</w:t>
      </w:r>
      <w:r/>
    </w:p>
    <w:p>
      <w:pPr>
        <w:pStyle w:val="ListNumber"/>
        <w:spacing w:line="240" w:lineRule="auto"/>
        <w:ind w:left="720"/>
      </w:pPr>
      <w:r/>
      <w:hyperlink r:id="rId14">
        <w:r>
          <w:rPr>
            <w:color w:val="0000EE"/>
            <w:u w:val="single"/>
          </w:rPr>
          <w:t>https://mainstageprideamsterdam.nl/</w:t>
        </w:r>
      </w:hyperlink>
      <w:r>
        <w:t xml:space="preserve"> - MainStage Pride Amsterdam is set to take place from 31 July to 2 August 2026 at Dam Square. The event promises three days of music, performances, culture, and community, featuring international artists, renowned DJs, and drag performers. MainStage Pride aims to celebrate freedom, inclusivity, and connection in the heart of Amsterdam, offering a vibrant experience for attendees.</w:t>
      </w:r>
      <w:r/>
    </w:p>
    <w:p>
      <w:pPr>
        <w:pStyle w:val="ListNumber"/>
        <w:spacing w:line="240" w:lineRule="auto"/>
        <w:ind w:left="720"/>
      </w:pPr>
      <w:r/>
      <w:hyperlink r:id="rId13">
        <w:r>
          <w:rPr>
            <w:color w:val="0000EE"/>
            <w:u w:val="single"/>
          </w:rPr>
          <w:t>https://www.iamsterdam.com/en/whats-on/pride-amsterdam</w:t>
        </w:r>
      </w:hyperlink>
      <w:r>
        <w:t xml:space="preserve"> - WorldPride Amsterdam 2026 is the first time the event is hosted in the city, running from 25 July to 8 August. Major events include the Canal Parade, Pride Park, WorldPride Village, cultural exhibitions, concerts, and LGBTQI+ community events across Amsterdam. The occasion marks 25 years since the Netherlands made history as the first country to open civil marriage to everyone, regardless of gender or sexual orientation.</w:t>
      </w:r>
      <w:r/>
    </w:p>
    <w:p>
      <w:pPr>
        <w:pStyle w:val="ListNumber"/>
        <w:spacing w:line="240" w:lineRule="auto"/>
        <w:ind w:left="720"/>
      </w:pPr>
      <w:r/>
      <w:hyperlink r:id="rId15">
        <w:r>
          <w:rPr>
            <w:color w:val="0000EE"/>
            <w:u w:val="single"/>
          </w:rPr>
          <w:t>https://amspride.com/</w:t>
        </w:r>
      </w:hyperlink>
      <w:r>
        <w:t xml:space="preserve"> - The Amsterdam Pride &amp; WorldPride 2026 Party Guide offers an interactive schedule of over 50 events, including parties, festivals, and activities, with live ticket prices and availability. The guide covers events from 25 July to 8 August 2026, featuring circuit parties, techno nights, bear events, street parties, the Canal Parade on 1 August, Pride March, and many free community events across Amsterdam.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jenesaispop.com/2026/07/28/527866/madonna-amsterdam-pride/" TargetMode="External"/><Relationship Id="rId10" Type="http://schemas.openxmlformats.org/officeDocument/2006/relationships/hyperlink" Target="https://www.amsterdam.nl/en/leisure/amsterdam-pride/" TargetMode="External"/><Relationship Id="rId11" Type="http://schemas.openxmlformats.org/officeDocument/2006/relationships/hyperlink" Target="https://pride.amsterdam/en/" TargetMode="External"/><Relationship Id="rId12" Type="http://schemas.openxmlformats.org/officeDocument/2006/relationships/hyperlink" Target="https://pride.amsterdam/en/event/closing-concert/" TargetMode="External"/><Relationship Id="rId13" Type="http://schemas.openxmlformats.org/officeDocument/2006/relationships/hyperlink" Target="https://www.iamsterdam.com/en/whats-on/pride-amsterdam" TargetMode="External"/><Relationship Id="rId14" Type="http://schemas.openxmlformats.org/officeDocument/2006/relationships/hyperlink" Target="https://mainstageprideamsterdam.nl/" TargetMode="External"/><Relationship Id="rId15" Type="http://schemas.openxmlformats.org/officeDocument/2006/relationships/hyperlink" Target="https://amsprid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